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Feststellungsklage - Projekt 51</w:t>
      </w:r>
    </w:p>
    <w:p>
      <w:pPr>
        <w:pStyle w:val="Subtitle"/>
      </w:pPr>
      <w:r>
        <w:t>Modularer Schriftsatz mit vier Begründungsabschnitten</w:t>
      </w:r>
    </w:p>
    <w:p>
      <w:r>
        <w:t>An das Verwaltungsgericht [zuständiges Gericht]</w:t>
        <w:br/>
        <w:t>[Gerichtsanschrift]</w:t>
      </w:r>
    </w:p>
    <w:p>
      <w:r>
        <w:t>Klägerseite: [vollständiger Name und ladungsfähige Anschrift]</w:t>
        <w:br/>
        <w:t>Beklagte: [genaue rechtsfähige Rundfunkanstalt und Vertretung]</w:t>
        <w:br/>
        <w:t>Aktenzeichen: [soweit bereits vergeben]</w:t>
      </w:r>
    </w:p>
    <w:p>
      <w:pPr>
        <w:pStyle w:val="Heading2"/>
      </w:pPr>
      <w:r>
        <w:t>Gegenstand</w:t>
      </w:r>
    </w:p>
    <w:p>
      <w:r>
        <w:t>Begrenzte Feststellung zur aktuellen Behandlung eines bestimmten Erkenntnishindernisses im eigenen Beitragsrechtsverhältnis. Der eigene zuvor verlorene Bescheidprozess und die danach dokumentierte aktuelle Auseinandersetzung werden in Abschnitt 1 dargestellt. Die alten Bescheide werden nicht erneut angefochten.</w:t>
      </w:r>
    </w:p>
    <w:p>
      <w:pPr>
        <w:pStyle w:val="Heading2"/>
      </w:pPr>
      <w:r>
        <w:t>Bestandteile</w:t>
      </w:r>
    </w:p>
    <w:p>
      <w:r>
        <w:t>Deckblatt; Inhaltsverzeichnis; Abschnitt 1 zur individuellen Streitlage; Abschnitt 2 zu Programmbefunden; Abschnitt 3 zu Beschwerde- und Kontrollvorgängen; Abschnitt 4 zu Erkenntniszugang und Beweisführung; gesondertes Antrags- und Unterschriftsblatt.</w:t>
      </w:r>
    </w:p>
    <w:p>
      <w:r>
        <w:t>Fassungsstand: V5, 04.10.2026. Vor Einreichung sind die persönlichen Felder aus der Originalakte zu füllen, der konkrete Anlagenbestand festzulegen und die zutreffende Klageart sowie Zuständigkeit zu prüfen. Unausgefüllte Varianten sind nicht einzureichen.</w:t>
      </w:r>
    </w:p>
    <w:p>
      <w:r>
        <w:br w:type="page"/>
      </w:r>
    </w:p>
    <w:p>
      <w:pPr>
        <w:pStyle w:val="Title"/>
      </w:pPr>
      <w:r>
        <w:t>Inhaltsverzeichnis</w:t>
      </w:r>
    </w:p>
    <w:p>
      <w:r>
        <w:t>Die Gliederungsziffern sind feste Fundstellen der modularen Fassung. Die Seitenzahlen der Gesamtfassung können sich nach Individualisierung verschieben. Quellenkürzel werden im Nachweisregister B01 aufgelöst.</w:t>
      </w:r>
    </w:p>
    <w:p>
      <w:pPr>
        <w:pStyle w:val="Heading2"/>
      </w:pPr>
      <w:r>
        <w:t>Abschnitt 1 - Eigenes unterlegenes Beitragsverfahren und neuer konkreter Feststellungsgegenstand</w:t>
      </w:r>
    </w:p>
    <w:p>
      <w:pPr>
        <w:spacing w:after="40" w:line="245" w:lineRule="auto"/>
      </w:pPr>
      <w:r>
        <w:rPr>
          <w:sz w:val="21"/>
        </w:rPr>
        <w:t>1.1 Verbindliches Fallblatt und individuelle Anlagen</w:t>
      </w:r>
    </w:p>
    <w:p>
      <w:pPr>
        <w:spacing w:after="40" w:line="245" w:lineRule="auto"/>
      </w:pPr>
      <w:r>
        <w:rPr>
          <w:sz w:val="21"/>
        </w:rPr>
        <w:t>1.2 Was das frühere Verfahren für diese Klage belegt</w:t>
      </w:r>
    </w:p>
    <w:p>
      <w:pPr>
        <w:spacing w:after="40" w:line="245" w:lineRule="auto"/>
      </w:pPr>
      <w:r>
        <w:rPr>
          <w:sz w:val="21"/>
        </w:rPr>
        <w:t>1.3 Anschluss an den tatsächlichen Abweisungsgrund</w:t>
      </w:r>
    </w:p>
    <w:p>
      <w:pPr>
        <w:spacing w:after="40" w:line="245" w:lineRule="auto"/>
      </w:pPr>
      <w:r>
        <w:rPr>
          <w:sz w:val="21"/>
        </w:rPr>
        <w:t>1.4 Eigene Beschaffungsversuche und genau bestimmter Datenbestand</w:t>
      </w:r>
    </w:p>
    <w:p>
      <w:pPr>
        <w:spacing w:after="40" w:line="245" w:lineRule="auto"/>
      </w:pPr>
      <w:r>
        <w:rPr>
          <w:sz w:val="21"/>
        </w:rPr>
        <w:t>1.5 Öffentliche Alternativen und milde Nutzungsformen</w:t>
      </w:r>
    </w:p>
    <w:p>
      <w:pPr>
        <w:spacing w:after="40" w:line="245" w:lineRule="auto"/>
      </w:pPr>
      <w:r>
        <w:rPr>
          <w:sz w:val="21"/>
        </w:rPr>
        <w:t>1.6 Gegenwärtiger Streit statt nachträglicher Genugtuung</w:t>
      </w:r>
    </w:p>
    <w:p>
      <w:pPr>
        <w:spacing w:after="40" w:line="245" w:lineRule="auto"/>
      </w:pPr>
      <w:r>
        <w:rPr>
          <w:sz w:val="21"/>
        </w:rPr>
        <w:t>1.7 Wortlaut und Begrenzung des begehrten Feststellungsinhalts</w:t>
      </w:r>
    </w:p>
    <w:p>
      <w:pPr>
        <w:spacing w:after="40" w:line="245" w:lineRule="auto"/>
      </w:pPr>
      <w:r>
        <w:rPr>
          <w:sz w:val="21"/>
        </w:rPr>
        <w:t>1.8 Materielle Herleitung aus der besonderen Beitragsbeziehung</w:t>
      </w:r>
    </w:p>
    <w:p>
      <w:pPr>
        <w:spacing w:after="40" w:line="245" w:lineRule="auto"/>
      </w:pPr>
      <w:r>
        <w:rPr>
          <w:sz w:val="21"/>
        </w:rPr>
        <w:t>1.9 Art. 19 Abs. 4 GG als Auslegungsmaßstab, nicht als Ersatz aller Tatbestände</w:t>
      </w:r>
    </w:p>
    <w:p>
      <w:pPr>
        <w:spacing w:after="40" w:line="245" w:lineRule="auto"/>
      </w:pPr>
      <w:r>
        <w:rPr>
          <w:sz w:val="21"/>
        </w:rPr>
        <w:t>1.10 Feststellungsfähiges Rechtsverhältnis und die Gegenposition</w:t>
      </w:r>
    </w:p>
    <w:p>
      <w:pPr>
        <w:spacing w:after="40" w:line="245" w:lineRule="auto"/>
      </w:pPr>
      <w:r>
        <w:rPr>
          <w:sz w:val="21"/>
        </w:rPr>
        <w:t>1.11 Berechtigtes Interesse an baldiger Feststellung</w:t>
      </w:r>
    </w:p>
    <w:p>
      <w:pPr>
        <w:spacing w:after="40" w:line="245" w:lineRule="auto"/>
      </w:pPr>
      <w:r>
        <w:rPr>
          <w:sz w:val="21"/>
        </w:rPr>
        <w:t>1.12 Subsidiarität: ernsthafte Prüfung statt pauschaler Ausnahme</w:t>
      </w:r>
    </w:p>
    <w:p>
      <w:pPr>
        <w:spacing w:after="40" w:line="245" w:lineRule="auto"/>
      </w:pPr>
      <w:r>
        <w:rPr>
          <w:sz w:val="21"/>
        </w:rPr>
        <w:t>1.13 Rechtskraft und neuer Sachverhalt</w:t>
      </w:r>
    </w:p>
    <w:p>
      <w:pPr>
        <w:spacing w:after="40" w:line="245" w:lineRule="auto"/>
      </w:pPr>
      <w:r>
        <w:rPr>
          <w:sz w:val="21"/>
        </w:rPr>
        <w:t>1.14 Örtliche Zuständigkeit und Beklagtenbestimmung</w:t>
      </w:r>
    </w:p>
    <w:p>
      <w:pPr>
        <w:spacing w:after="40" w:line="245" w:lineRule="auto"/>
      </w:pPr>
      <w:r>
        <w:rPr>
          <w:sz w:val="21"/>
        </w:rPr>
        <w:t>1.15 Bedeutung der gemeinsamen Programm- und Beschwerdebefunde</w:t>
      </w:r>
    </w:p>
    <w:p>
      <w:pPr>
        <w:spacing w:after="40" w:line="245" w:lineRule="auto"/>
      </w:pPr>
      <w:r>
        <w:rPr>
          <w:sz w:val="21"/>
        </w:rPr>
        <w:t>1.16 Entscheidungserhebliche Beweistatsachen</w:t>
      </w:r>
    </w:p>
    <w:p>
      <w:pPr>
        <w:spacing w:after="40" w:line="245" w:lineRule="auto"/>
      </w:pPr>
      <w:r>
        <w:rPr>
          <w:sz w:val="21"/>
        </w:rPr>
        <w:t>1.17 Kosten, Verfahrensgestaltung und keine automatische Vollstreckungswirkung</w:t>
      </w:r>
    </w:p>
    <w:p>
      <w:pPr>
        <w:spacing w:after="40" w:line="245" w:lineRule="auto"/>
      </w:pPr>
      <w:r>
        <w:rPr>
          <w:sz w:val="21"/>
        </w:rPr>
        <w:t>1.18 Ergebnis des individuellen Feststellungsansatzes</w:t>
      </w:r>
    </w:p>
    <w:p>
      <w:pPr>
        <w:pStyle w:val="Heading2"/>
      </w:pPr>
      <w:r>
        <w:t>Abschnitt 2 - Programmbezogene Befunde und ihre wissenschaftliche Einordnung</w:t>
      </w:r>
    </w:p>
    <w:p>
      <w:pPr>
        <w:spacing w:after="40" w:line="245" w:lineRule="auto"/>
      </w:pPr>
      <w:r>
        <w:rPr>
          <w:sz w:val="21"/>
        </w:rPr>
        <w:t>2.1 Vier unterschiedliche Gegenstände, die nicht verwechselt werden dürfen</w:t>
      </w:r>
    </w:p>
    <w:p>
      <w:pPr>
        <w:spacing w:after="40" w:line="245" w:lineRule="auto"/>
      </w:pPr>
      <w:r>
        <w:rPr>
          <w:sz w:val="21"/>
        </w:rPr>
        <w:t>2.2 Übersicht der tatsächlich erschlossenen Untersuchungsbestände</w:t>
      </w:r>
    </w:p>
    <w:p>
      <w:pPr>
        <w:spacing w:after="40" w:line="245" w:lineRule="auto"/>
      </w:pPr>
      <w:r>
        <w:rPr>
          <w:sz w:val="21"/>
        </w:rPr>
        <w:t>2.3 Müller: Untersuchungsrahmen und vollständig bezeichnete Zählgrundlage</w:t>
      </w:r>
    </w:p>
    <w:p>
      <w:pPr>
        <w:spacing w:after="40" w:line="245" w:lineRule="auto"/>
      </w:pPr>
      <w:r>
        <w:rPr>
          <w:sz w:val="21"/>
        </w:rPr>
        <w:t>2.4 Müller: konkrete positive Befunde und ihre begrenzte Übernahme</w:t>
      </w:r>
    </w:p>
    <w:p>
      <w:pPr>
        <w:spacing w:after="40" w:line="245" w:lineRule="auto"/>
      </w:pPr>
      <w:r>
        <w:rPr>
          <w:sz w:val="21"/>
        </w:rPr>
        <w:t>2.5 Glashaus: langjähriger Korpus statt einzelner Kommentar</w:t>
      </w:r>
    </w:p>
    <w:p>
      <w:pPr>
        <w:spacing w:after="40" w:line="245" w:lineRule="auto"/>
      </w:pPr>
      <w:r>
        <w:rPr>
          <w:sz w:val="21"/>
        </w:rPr>
        <w:t>2.6 Glashaus: Messverfahren, berichtetes Ergebnis und gerichtliche Bedeutung</w:t>
      </w:r>
    </w:p>
    <w:p>
      <w:pPr>
        <w:spacing w:after="40" w:line="245" w:lineRule="auto"/>
      </w:pPr>
      <w:r>
        <w:rPr>
          <w:sz w:val="21"/>
        </w:rPr>
        <w:t>2.7 Glashaus: bereits enthaltene Kontrollen und noch nicht nachgewiesene Validierung</w:t>
      </w:r>
    </w:p>
    <w:p>
      <w:pPr>
        <w:spacing w:after="40" w:line="245" w:lineRule="auto"/>
      </w:pPr>
      <w:r>
        <w:rPr>
          <w:sz w:val="21"/>
        </w:rPr>
        <w:t>2.8 O-Ton-Bericht: tatsächliche Korpora und absolute Ergebnisse</w:t>
      </w:r>
    </w:p>
    <w:p>
      <w:pPr>
        <w:spacing w:after="40" w:line="245" w:lineRule="auto"/>
      </w:pPr>
      <w:r>
        <w:rPr>
          <w:sz w:val="21"/>
        </w:rPr>
        <w:t>2.9 O-Ton-Bericht: zwei Erkennungswege und ihre Folgen</w:t>
      </w:r>
    </w:p>
    <w:p>
      <w:pPr>
        <w:spacing w:after="40" w:line="245" w:lineRule="auto"/>
      </w:pPr>
      <w:r>
        <w:rPr>
          <w:sz w:val="21"/>
        </w:rPr>
        <w:t>2.10 O-Ton-Bericht: tatsächliche Archivhinweise und historische Vergleichsgrenzen</w:t>
      </w:r>
    </w:p>
    <w:p>
      <w:pPr>
        <w:spacing w:after="40" w:line="245" w:lineRule="auto"/>
      </w:pPr>
      <w:r>
        <w:rPr>
          <w:sz w:val="21"/>
        </w:rPr>
        <w:t>2.11 Zusätzlich erschlossene Originaluntersuchung zur Ukraine-Berichterstattung</w:t>
      </w:r>
    </w:p>
    <w:p>
      <w:pPr>
        <w:spacing w:after="40" w:line="245" w:lineRule="auto"/>
      </w:pPr>
      <w:r>
        <w:rPr>
          <w:sz w:val="21"/>
        </w:rPr>
        <w:t>2.12 Jeitner: das wiedergefundene Original und die jetzt mögliche genaue Verwendung</w:t>
      </w:r>
    </w:p>
    <w:p>
      <w:pPr>
        <w:spacing w:after="40" w:line="245" w:lineRule="auto"/>
      </w:pPr>
      <w:r>
        <w:rPr>
          <w:sz w:val="21"/>
        </w:rPr>
        <w:t>2.13 Reformdiagnosen, Insiderberichte und noch nicht erschlossene Themenkomplexe</w:t>
      </w:r>
    </w:p>
    <w:p>
      <w:pPr>
        <w:spacing w:after="40" w:line="245" w:lineRule="auto"/>
      </w:pPr>
      <w:r>
        <w:rPr>
          <w:sz w:val="21"/>
        </w:rPr>
        <w:t>2.14 Konkreter Programm- und Kontrollfall: heute journal vom 15. Februar 2026</w:t>
      </w:r>
    </w:p>
    <w:p>
      <w:pPr>
        <w:spacing w:after="40" w:line="245" w:lineRule="auto"/>
      </w:pPr>
      <w:r>
        <w:rPr>
          <w:sz w:val="21"/>
        </w:rPr>
        <w:t>2.15 Zeitliche Zusammenführung ohne Scheingenauigkeit</w:t>
      </w:r>
    </w:p>
    <w:p>
      <w:pPr>
        <w:spacing w:after="40" w:line="245" w:lineRule="auto"/>
      </w:pPr>
      <w:r>
        <w:rPr>
          <w:sz w:val="21"/>
        </w:rPr>
        <w:t>2.16 Gesamtangebot, Ausgleich und die Grenzen einer bloßen Addition</w:t>
      </w:r>
    </w:p>
    <w:p>
      <w:pPr>
        <w:spacing w:after="40" w:line="245" w:lineRule="auto"/>
      </w:pPr>
      <w:r>
        <w:rPr>
          <w:sz w:val="21"/>
        </w:rPr>
        <w:t>2.17 Ausformulierte Indikatoren für die weitere Prüfung</w:t>
      </w:r>
    </w:p>
    <w:p>
      <w:pPr>
        <w:spacing w:after="40" w:line="245" w:lineRule="auto"/>
      </w:pPr>
      <w:r>
        <w:rPr>
          <w:sz w:val="21"/>
        </w:rPr>
        <w:t>2.18 Das positive Ergebnis dieses Abschnitts</w:t>
      </w:r>
    </w:p>
    <w:p>
      <w:pPr>
        <w:pStyle w:val="Heading2"/>
      </w:pPr>
      <w:r>
        <w:t>Abschnitt 3 - Programmbeschwerden, Gremienkontrolle und nachgeprüfte Fallgruppen</w:t>
      </w:r>
    </w:p>
    <w:p>
      <w:pPr>
        <w:spacing w:after="40" w:line="245" w:lineRule="auto"/>
      </w:pPr>
      <w:r>
        <w:rPr>
          <w:sz w:val="21"/>
        </w:rPr>
        <w:t>3.1 Rechtliche Funktion: Kontrollweg, aber kein Ersatz jedes gerichtlichen Rechtsschutzes</w:t>
      </w:r>
    </w:p>
    <w:p>
      <w:pPr>
        <w:spacing w:after="40" w:line="245" w:lineRule="auto"/>
      </w:pPr>
      <w:r>
        <w:rPr>
          <w:sz w:val="21"/>
        </w:rPr>
        <w:t>3.2 Verwendete Originaldatei und tatsächlicher Prüfumfang</w:t>
      </w:r>
    </w:p>
    <w:p>
      <w:pPr>
        <w:spacing w:after="40" w:line="245" w:lineRule="auto"/>
      </w:pPr>
      <w:r>
        <w:rPr>
          <w:sz w:val="21"/>
        </w:rPr>
        <w:t>3.3 Feldbeschreibung: Was der Export enthält und was nicht</w:t>
      </w:r>
    </w:p>
    <w:p>
      <w:pPr>
        <w:spacing w:after="40" w:line="245" w:lineRule="auto"/>
      </w:pPr>
      <w:r>
        <w:rPr>
          <w:sz w:val="21"/>
        </w:rPr>
        <w:t>3.4 Zähleinheiten und die Gefahr der Mehrfachzählung</w:t>
      </w:r>
    </w:p>
    <w:p>
      <w:pPr>
        <w:spacing w:after="40" w:line="245" w:lineRule="auto"/>
      </w:pPr>
      <w:r>
        <w:rPr>
          <w:sz w:val="21"/>
        </w:rPr>
        <w:t>3.5 Abgleich mit den im Gutachten wiedergegebenen Dashboard-Werten</w:t>
      </w:r>
    </w:p>
    <w:p>
      <w:pPr>
        <w:spacing w:after="40" w:line="245" w:lineRule="auto"/>
      </w:pPr>
      <w:r>
        <w:rPr>
          <w:sz w:val="21"/>
        </w:rPr>
        <w:t>3.6 Medien- und Senderverteilung als Grundlage gezielter Teilmengen</w:t>
      </w:r>
    </w:p>
    <w:p>
      <w:pPr>
        <w:spacing w:after="40" w:line="245" w:lineRule="auto"/>
      </w:pPr>
      <w:r>
        <w:rPr>
          <w:sz w:val="21"/>
        </w:rPr>
        <w:t>3.7 Zeitverteilung und Datenqualität</w:t>
      </w:r>
    </w:p>
    <w:p>
      <w:pPr>
        <w:spacing w:after="40" w:line="245" w:lineRule="auto"/>
      </w:pPr>
      <w:r>
        <w:rPr>
          <w:sz w:val="21"/>
        </w:rPr>
        <w:t>3.8 Vorwurfskategorien: Untersuchungsanlass statt bereits festgestellter Verstoß</w:t>
      </w:r>
    </w:p>
    <w:p>
      <w:pPr>
        <w:spacing w:after="40" w:line="245" w:lineRule="auto"/>
      </w:pPr>
      <w:r>
        <w:rPr>
          <w:sz w:val="21"/>
        </w:rPr>
        <w:t>3.9 Ein differenziertes Wirkungsmodell</w:t>
      </w:r>
    </w:p>
    <w:p>
      <w:pPr>
        <w:spacing w:after="40" w:line="245" w:lineRule="auto"/>
      </w:pPr>
      <w:r>
        <w:rPr>
          <w:sz w:val="21"/>
        </w:rPr>
        <w:t>3.10 Fallgruppe F01: heute journal vom 15. Februar 2026</w:t>
      </w:r>
    </w:p>
    <w:p>
      <w:pPr>
        <w:spacing w:after="40" w:line="245" w:lineRule="auto"/>
      </w:pPr>
      <w:r>
        <w:rPr>
          <w:sz w:val="21"/>
        </w:rPr>
        <w:t>3.11 F01: gesicherte Verbindung und offenbleibende Kausalität</w:t>
      </w:r>
    </w:p>
    <w:p>
      <w:pPr>
        <w:spacing w:after="40" w:line="245" w:lineRule="auto"/>
      </w:pPr>
      <w:r>
        <w:rPr>
          <w:sz w:val="21"/>
        </w:rPr>
        <w:t>3.12 Fallgruppe F02: Schlagabtausch vom 6. Februar 2025</w:t>
      </w:r>
    </w:p>
    <w:p>
      <w:pPr>
        <w:spacing w:after="40" w:line="245" w:lineRule="auto"/>
      </w:pPr>
      <w:r>
        <w:rPr>
          <w:sz w:val="21"/>
        </w:rPr>
        <w:t>3.13 Fallgruppe F03: Nuhr im Ersten vom 29. Mai 2025</w:t>
      </w:r>
    </w:p>
    <w:p>
      <w:pPr>
        <w:spacing w:after="40" w:line="245" w:lineRule="auto"/>
      </w:pPr>
      <w:r>
        <w:rPr>
          <w:sz w:val="21"/>
        </w:rPr>
        <w:t>3.14 Ergebnis der drei Fallgruppen</w:t>
      </w:r>
    </w:p>
    <w:p>
      <w:pPr>
        <w:spacing w:after="40" w:line="245" w:lineRule="auto"/>
      </w:pPr>
      <w:r>
        <w:rPr>
          <w:sz w:val="21"/>
        </w:rPr>
        <w:t>3.15 Externe Vergleichsbefunde der September-Fassung</w:t>
      </w:r>
    </w:p>
    <w:p>
      <w:pPr>
        <w:spacing w:after="40" w:line="245" w:lineRule="auto"/>
      </w:pPr>
      <w:r>
        <w:rPr>
          <w:sz w:val="21"/>
        </w:rPr>
        <w:t>3.16 Organisation und Programmwirkung: die erforderliche Verbindung</w:t>
      </w:r>
    </w:p>
    <w:p>
      <w:pPr>
        <w:spacing w:after="40" w:line="245" w:lineRule="auto"/>
      </w:pPr>
      <w:r>
        <w:rPr>
          <w:sz w:val="21"/>
        </w:rPr>
        <w:t>3.17 Konkrete Beweisfunktion und begrenzte Aufklärung</w:t>
      </w:r>
    </w:p>
    <w:p>
      <w:pPr>
        <w:spacing w:after="40" w:line="245" w:lineRule="auto"/>
      </w:pPr>
      <w:r>
        <w:rPr>
          <w:sz w:val="21"/>
        </w:rPr>
        <w:t>3.18 Schlussfolgerung: was nun tatsächlich vorgetragen ist</w:t>
      </w:r>
    </w:p>
    <w:p>
      <w:pPr>
        <w:pStyle w:val="Heading2"/>
      </w:pPr>
      <w:r>
        <w:t>Abschnitt 4 - Erkenntniszugang, rechtliche Herleitung und bestimmte Aufklärungsbegehren</w:t>
      </w:r>
    </w:p>
    <w:p>
      <w:pPr>
        <w:spacing w:after="40" w:line="245" w:lineRule="auto"/>
      </w:pPr>
      <w:r>
        <w:rPr>
          <w:sz w:val="21"/>
        </w:rPr>
        <w:t>4.1 Erkenntnis geht Beweiswürdigung voraus</w:t>
      </w:r>
    </w:p>
    <w:p>
      <w:pPr>
        <w:spacing w:after="40" w:line="245" w:lineRule="auto"/>
      </w:pPr>
      <w:r>
        <w:rPr>
          <w:sz w:val="21"/>
        </w:rPr>
        <w:t>4.2 Der materielle Maßstab bestimmt die benötigte Erkenntnis</w:t>
      </w:r>
    </w:p>
    <w:p>
      <w:pPr>
        <w:spacing w:after="40" w:line="245" w:lineRule="auto"/>
      </w:pPr>
      <w:r>
        <w:rPr>
          <w:sz w:val="21"/>
        </w:rPr>
        <w:t>4.3 Drei getrennte Stufen der gerichtlichen Prüfung</w:t>
      </w:r>
    </w:p>
    <w:p>
      <w:pPr>
        <w:spacing w:after="40" w:line="245" w:lineRule="auto"/>
      </w:pPr>
      <w:r>
        <w:rPr>
          <w:sz w:val="21"/>
        </w:rPr>
        <w:t>4.4 Amtsermittlung, Beteiligtenmitwirkung und Hinweise</w:t>
      </w:r>
    </w:p>
    <w:p>
      <w:pPr>
        <w:spacing w:after="40" w:line="245" w:lineRule="auto"/>
      </w:pPr>
      <w:r>
        <w:rPr>
          <w:sz w:val="21"/>
        </w:rPr>
        <w:t>4.5 Effektiver Rechtsschutz und wirtschaftliche Erkenntnishürden</w:t>
      </w:r>
    </w:p>
    <w:p>
      <w:pPr>
        <w:spacing w:after="40" w:line="245" w:lineRule="auto"/>
      </w:pPr>
      <w:r>
        <w:rPr>
          <w:sz w:val="21"/>
        </w:rPr>
        <w:t>4.6 Sekundäre Darlegungslast ohne falschen Automatismus</w:t>
      </w:r>
    </w:p>
    <w:p>
      <w:pPr>
        <w:spacing w:after="40" w:line="245" w:lineRule="auto"/>
      </w:pPr>
      <w:r>
        <w:rPr>
          <w:sz w:val="21"/>
        </w:rPr>
        <w:t>4.7 Abgrenzung des im Kurzgutachten genannten BGH-Verfahrens</w:t>
      </w:r>
    </w:p>
    <w:p>
      <w:pPr>
        <w:spacing w:after="40" w:line="245" w:lineRule="auto"/>
      </w:pPr>
      <w:r>
        <w:rPr>
          <w:sz w:val="21"/>
        </w:rPr>
        <w:t>4.8 Rohdatenanalogien und die Grenze zur Neuerzeugung</w:t>
      </w:r>
    </w:p>
    <w:p>
      <w:pPr>
        <w:spacing w:after="40" w:line="245" w:lineRule="auto"/>
      </w:pPr>
      <w:r>
        <w:rPr>
          <w:sz w:val="21"/>
        </w:rPr>
        <w:t>4.9 Öffentliche Mediathek und wissenschaftlicher Archivzugang</w:t>
      </w:r>
    </w:p>
    <w:p>
      <w:pPr>
        <w:spacing w:after="40" w:line="245" w:lineRule="auto"/>
      </w:pPr>
      <w:r>
        <w:rPr>
          <w:sz w:val="21"/>
        </w:rPr>
        <w:t>4.10 Datenarten und aus dem Material abgeleitete Erkenntniszwecke</w:t>
      </w:r>
    </w:p>
    <w:p>
      <w:pPr>
        <w:spacing w:after="40" w:line="245" w:lineRule="auto"/>
      </w:pPr>
      <w:r>
        <w:rPr>
          <w:sz w:val="21"/>
        </w:rPr>
        <w:t>4.11 Konkreter Beweisanstoß B1: technische Integrität und Zähllogik</w:t>
      </w:r>
    </w:p>
    <w:p>
      <w:pPr>
        <w:spacing w:after="40" w:line="245" w:lineRule="auto"/>
      </w:pPr>
      <w:r>
        <w:rPr>
          <w:sz w:val="21"/>
        </w:rPr>
        <w:t>4.12 Konkreter Beweisanstoß B2: ZDF-Fallgruppe heute journal</w:t>
      </w:r>
    </w:p>
    <w:p>
      <w:pPr>
        <w:spacing w:after="40" w:line="245" w:lineRule="auto"/>
      </w:pPr>
      <w:r>
        <w:rPr>
          <w:sz w:val="21"/>
        </w:rPr>
        <w:t>4.13 Konkreter Beweisanstoß B3: bekannte Verfahrensunterlagen zu F02 und F03</w:t>
      </w:r>
    </w:p>
    <w:p>
      <w:pPr>
        <w:spacing w:after="40" w:line="245" w:lineRule="auto"/>
      </w:pPr>
      <w:r>
        <w:rPr>
          <w:sz w:val="21"/>
        </w:rPr>
        <w:t>4.14 Konkreter Beweisanstoß B4: fachliche Tragfähigkeit bestimmter Studienergebnisse</w:t>
      </w:r>
    </w:p>
    <w:p>
      <w:pPr>
        <w:spacing w:after="40" w:line="245" w:lineRule="auto"/>
      </w:pPr>
      <w:r>
        <w:rPr>
          <w:sz w:val="21"/>
        </w:rPr>
        <w:t>4.15 Beweisantrag, Beweisanregung und Ausforschung</w:t>
      </w:r>
    </w:p>
    <w:p>
      <w:pPr>
        <w:spacing w:after="40" w:line="245" w:lineRule="auto"/>
      </w:pPr>
      <w:r>
        <w:rPr>
          <w:sz w:val="21"/>
        </w:rPr>
        <w:t>4.16 Schutzbelange und verhältnismäßige Zugangsformen</w:t>
      </w:r>
    </w:p>
    <w:p>
      <w:pPr>
        <w:spacing w:after="40" w:line="245" w:lineRule="auto"/>
      </w:pPr>
      <w:r>
        <w:rPr>
          <w:sz w:val="21"/>
        </w:rPr>
        <w:t>4.17 Quellenregister, Archiv und tatsächliche Akteneinführung</w:t>
      </w:r>
    </w:p>
    <w:p>
      <w:pPr>
        <w:spacing w:after="40" w:line="245" w:lineRule="auto"/>
      </w:pPr>
      <w:r>
        <w:rPr>
          <w:sz w:val="21"/>
        </w:rPr>
        <w:t>4.18 Umgang mit früheren Ablehnungen und gerichtlichen Textbausteinen</w:t>
      </w:r>
    </w:p>
    <w:p>
      <w:pPr>
        <w:spacing w:after="40" w:line="245" w:lineRule="auto"/>
      </w:pPr>
      <w:r>
        <w:rPr>
          <w:sz w:val="21"/>
        </w:rPr>
        <w:t>4.19 Kosten, Fristen und Begrenzung der Sachanträge</w:t>
      </w:r>
    </w:p>
    <w:p>
      <w:pPr>
        <w:spacing w:after="40" w:line="245" w:lineRule="auto"/>
      </w:pPr>
      <w:r>
        <w:rPr>
          <w:sz w:val="21"/>
        </w:rPr>
        <w:t>4.20 Abschließende Verbindung von Tatsachenvortrag und Rechtsfolge</w:t>
      </w:r>
    </w:p>
    <w:p>
      <w:pPr>
        <w:keepNext w:val="0"/>
        <w:spacing w:before="100" w:after="0" w:line="240" w:lineRule="auto"/>
      </w:pPr>
      <w:r>
        <w:rPr>
          <w:sz w:val="20"/>
        </w:rPr>
        <w:t>Anschließend: gesondertes Antrags- und Unterschriftsblatt; Nachweisregister. Individuelle Belege K01 ff. und tatsächlich ausgewählte Quellenanlagen nach Anlagenliste.</w:t>
      </w:r>
    </w:p>
    <w:p>
      <w:r>
        <w:br w:type="page"/>
      </w:r>
    </w:p>
    <w:p>
      <w:pPr>
        <w:pStyle w:val="Heading1"/>
      </w:pPr>
      <w:r>
        <w:t>Abschnitt 1</w:t>
      </w:r>
    </w:p>
    <w:p>
      <w:pPr>
        <w:pStyle w:val="Title"/>
      </w:pPr>
      <w:r>
        <w:t>Eigenes unterlegenes Beitragsverfahren und neuer konkreter Feststellungsgegenstand</w:t>
      </w:r>
    </w:p>
    <w:p>
      <w:r>
        <w:t>Die Klägerseite hat bereits selbst gegen ihre Rundfunkbeitragsbelastung geklagt und ist in diesem Verfahren unterlegen. Die vorliegende Klage geht von diesem eigenen Vorgang aus. Sie verlangt keine zweite Entscheidung über dieselben alten Bescheide, keine abstrakte Feststellung zur Gültigkeit des Rundfunkbeitragsstaatsvertrags und keine verbindliche Vorgabe für die Beweiswürdigung anderer Gerichte. Geltend gemacht wird eine begrenzte eigene Rechtsposition im gegenwärtigen Verhältnis zur Beklagten, die durch den anschließend konkret dokumentierten Umgang mit notwendigen Erkenntnisgrundlagen streitig geworden ist.</w:t>
      </w:r>
    </w:p>
    <w:p>
      <w:r>
        <w:t>Die gemeinsame Bezeichnung Projekt 51 erklärt die koordinierte Aufbereitung, nicht die Zulässigkeit dieser Klage. Jede Klägerseite hat einen eigenen Lebenssachverhalt, ein eigenes Rechtsschutzziel und ein eigenes Kostenrisiko. Die nachfolgende rechtliche Herleitung wird als eigenständiger Entwicklungsansatz zur Entscheidung gestellt. Eine bereits gesicherte höchstrichterliche Anerkennung der hier beanspruchten Konsistenzbindung wird nicht behauptet.</w:t>
      </w:r>
    </w:p>
    <w:p>
      <w:pPr>
        <w:pStyle w:val="Heading2"/>
      </w:pPr>
      <w:r>
        <w:t>1.1 Verbindliches Fallblatt und individuelle Anlagen</w:t>
      </w:r>
    </w:p>
    <w:p>
      <w:r>
        <w:t>Die in dieser Fassung verwendeten persönlichen Angaben stehen in dem folgenden Fallblatt. Die bezeichneten Originalbelege werden mit unveränderter Kennung in das individuelle Anlagenverzeichnis aufgenommen. Gemeinsame Forschungsergebnisse oder Plattformfälle werden nicht nachträglich als eigene Erlebnisse der Klägerseite dargestellt. Die Angaben zum Vorprozess beruhen auf dem tatsächlichen damaligen Aktenbestand, nicht auf später entstandenen Gutachten.</w:t>
      </w:r>
    </w:p>
    <w:tbl>
      <w:tblPr>
        <w:tblW w:type="auto" w:w="0"/>
        <w:jc w:val="center"/>
        <w:tblLayout w:type="fixed"/>
        <w:tblLook w:firstColumn="1" w:firstRow="1" w:lastColumn="0" w:lastRow="0" w:noHBand="0" w:noVBand="1" w:val="04A0"/>
      </w:tblPr>
      <w:tblGrid>
        <w:gridCol w:w="1077"/>
        <w:gridCol w:w="4365"/>
        <w:gridCol w:w="3515"/>
      </w:tblGrid>
      <w:tr>
        <w:trPr>
          <w:tblHeader/>
          <w:cantSplit/>
        </w:trPr>
        <w:tc>
          <w:tcPr>
            <w:tcW w:type="dxa" w:w="107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Beleg</w:t>
            </w:r>
          </w:p>
        </w:tc>
        <w:tc>
          <w:tcPr>
            <w:tcW w:type="dxa" w:w="436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Persönliche Angabe</w:t>
            </w:r>
          </w:p>
        </w:tc>
        <w:tc>
          <w:tcPr>
            <w:tcW w:type="dxa" w:w="351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Eintrag</w:t>
            </w:r>
          </w:p>
        </w:tc>
      </w:tr>
      <w:tr>
        <w:trPr>
          <w:cantSplit/>
        </w:trPr>
        <w:tc>
          <w:tcPr>
            <w:tcW w:type="dxa" w:w="107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K01-K03</w:t>
            </w:r>
          </w:p>
        </w:tc>
        <w:tc>
          <w:tcPr>
            <w:tcW w:type="dxa" w:w="43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Eigene Bescheide, Widerspruch, Klageeingang im Vorprozess.</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[Daten und Belege]</w:t>
            </w:r>
          </w:p>
        </w:tc>
      </w:tr>
      <w:tr>
        <w:trPr>
          <w:cantSplit/>
        </w:trPr>
        <w:tc>
          <w:tcPr>
            <w:tcW w:type="dxa" w:w="107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K04</w:t>
            </w:r>
          </w:p>
        </w:tc>
        <w:tc>
          <w:tcPr>
            <w:tcW w:type="dxa" w:w="43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Vollständige Vorentscheidung, Zustellung, Rechtsmittel und Rechtskraftstatus.</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[Gericht, Az., Datum, Status]</w:t>
            </w:r>
          </w:p>
        </w:tc>
      </w:tr>
      <w:tr>
        <w:trPr>
          <w:cantSplit/>
        </w:trPr>
        <w:tc>
          <w:tcPr>
            <w:tcW w:type="dxa" w:w="107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K05</w:t>
            </w:r>
          </w:p>
        </w:tc>
        <w:tc>
          <w:tcPr>
            <w:tcW w:type="dxa" w:w="43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Tatsächlich vorgelegte Gutachten und Belege des Vorprozesses.</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[Titel, Fassung, Eingang]</w:t>
            </w:r>
          </w:p>
        </w:tc>
      </w:tr>
      <w:tr>
        <w:trPr>
          <w:cantSplit/>
        </w:trPr>
        <w:tc>
          <w:tcPr>
            <w:tcW w:type="dxa" w:w="107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K06</w:t>
            </w:r>
          </w:p>
        </w:tc>
        <w:tc>
          <w:tcPr>
            <w:tcW w:type="dxa" w:w="43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Tragende Abweisungsgründe, besonders Untersuchungslücke oder methodischer Mangel.</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[Genaue Seite und Wortlaut]</w:t>
            </w:r>
          </w:p>
        </w:tc>
      </w:tr>
      <w:tr>
        <w:trPr>
          <w:cantSplit/>
        </w:trPr>
        <w:tc>
          <w:tcPr>
            <w:tcW w:type="dxa" w:w="107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K07</w:t>
            </w:r>
          </w:p>
        </w:tc>
        <w:tc>
          <w:tcPr>
            <w:tcW w:type="dxa" w:w="43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Historisches Programmfenster und fachlich bestimmte Untersuchungsfrage.</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[Nicht nur: alle Daten]</w:t>
            </w:r>
          </w:p>
        </w:tc>
      </w:tr>
      <w:tr>
        <w:trPr>
          <w:cantSplit/>
        </w:trPr>
        <w:tc>
          <w:tcPr>
            <w:tcW w:type="dxa" w:w="107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K08-K10</w:t>
            </w:r>
          </w:p>
        </w:tc>
        <w:tc>
          <w:tcPr>
            <w:tcW w:type="dxa" w:w="43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Eigener Zugangsantrag, Eingang, Antwort, Präzisierung und erneute Antwort.</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[Originale, Daten, bestimmter Bestand]</w:t>
            </w:r>
          </w:p>
        </w:tc>
      </w:tr>
      <w:tr>
        <w:trPr>
          <w:cantSplit/>
        </w:trPr>
        <w:tc>
          <w:tcPr>
            <w:tcW w:type="dxa" w:w="107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K11-K12</w:t>
            </w:r>
          </w:p>
        </w:tc>
        <w:tc>
          <w:tcPr>
            <w:tcW w:type="dxa" w:w="43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Bestandshinweise; tatsächlich erprobte Alternativen; Kosten- oder Nutzungsangebote.</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[Beleg statt allgemeiner Unmöglichkeitsbehauptung]</w:t>
            </w:r>
          </w:p>
        </w:tc>
      </w:tr>
      <w:tr>
        <w:trPr>
          <w:cantSplit/>
        </w:trPr>
        <w:tc>
          <w:tcPr>
            <w:tcW w:type="dxa" w:w="107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K13</w:t>
            </w:r>
          </w:p>
        </w:tc>
        <w:tc>
          <w:tcPr>
            <w:tcW w:type="dxa" w:w="43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Aktuelle außerprozessuale Gegenposition der Beklagten und gegenwärtige Rechtsfolge.</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[Schreiben; konkreter aktueller Nachteil]</w:t>
            </w:r>
          </w:p>
        </w:tc>
      </w:tr>
      <w:tr>
        <w:trPr>
          <w:cantSplit/>
        </w:trPr>
        <w:tc>
          <w:tcPr>
            <w:tcW w:type="dxa" w:w="107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K14</w:t>
            </w:r>
          </w:p>
        </w:tc>
        <w:tc>
          <w:tcPr>
            <w:tcW w:type="dxa" w:w="43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Abschließende Liste der Daten, Zeitraum und Nutzungsform des Feststellungsantrags.</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[Eindeutig abgrenzbare Bestände]</w:t>
            </w:r>
          </w:p>
        </w:tc>
      </w:tr>
      <w:tr>
        <w:trPr>
          <w:cantSplit/>
        </w:trPr>
        <w:tc>
          <w:tcPr>
            <w:tcW w:type="dxa" w:w="107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K15</w:t>
            </w:r>
          </w:p>
        </w:tc>
        <w:tc>
          <w:tcPr>
            <w:tcW w:type="dxa" w:w="43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Eigenständiger Nutzen der Feststellung; Abgrenzung von neuem Bescheid- oder Zugangsstreit.</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[Tatsächlicher aktueller Anlass]</w:t>
            </w:r>
          </w:p>
        </w:tc>
      </w:tr>
      <w:tr>
        <w:trPr>
          <w:cantSplit/>
        </w:trPr>
        <w:tc>
          <w:tcPr>
            <w:tcW w:type="dxa" w:w="107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K16</w:t>
            </w:r>
          </w:p>
        </w:tc>
        <w:tc>
          <w:tcPr>
            <w:tcW w:type="dxa" w:w="43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Gesetzlich zuständiges Gericht und richtiger Beklagter.</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[Getrennt vom Gericht des Vorprozesses prüfen]</w:t>
            </w:r>
          </w:p>
        </w:tc>
      </w:tr>
    </w:tbl>
    <w:p>
      <w:pPr>
        <w:spacing w:after="0"/>
      </w:pPr>
    </w:p>
    <w:p>
      <w:r>
        <w:t>Soweit ein Feld unbekannt ist, darf keine günstige Annahme eingesetzt werden. Insbesondere ist der Rechtskraftstatus anhand der Entscheidungen und Zustellungen zu bestimmen. Ein erstinstanzliches Unterliegen und eine unanfechtbare Sachentscheidung sind nicht gleichzusetzen. Eine Abweisung wegen Fristversäumnis belegt eine andere Verfahrenslage als eine inhaltliche Zurückweisung der Programmrüge. Die neue Klage kann nur an die tatsächlich dokumentierten Anforderungen und Ereignisse anschließen.</w:t>
      </w:r>
    </w:p>
    <w:p>
      <w:pPr>
        <w:pStyle w:val="Heading2"/>
      </w:pPr>
      <w:r>
        <w:t>1.2 Was das frühere Verfahren für diese Klage belegt</w:t>
      </w:r>
    </w:p>
    <w:p>
      <w:r>
        <w:t>Die frühere Bescheidklage belegt die konkrete Abgabenbetroffenheit und die tatsächliche Inanspruchnahme gerichtlichen Rechtsschutzes. Die darin eingereichten Studien, Beweisanträge und Auskunftsersuchen zeigen, welche Erkenntnisse damals bereits vorgetragen waren. Die gerichtliche Begründung zeigt, welche weitere Substantiierung verlangt oder aus welchen anderen Gründen die Klage abgewiesen wurde. Diese Dokumentation unterscheidet den vorliegenden Fall von einer abstrakten Anfrage zur Programmqualität.</w:t>
      </w:r>
    </w:p>
    <w:p>
      <w:r>
        <w:t>Die Klägerseite leitet daraus aber keinen Anspruch auf eine neue Sachentscheidung über den alten Streitgegenstand ab. § 43 Abs. 2 VwGO erfasst ausdrücklich auch Rechte, die durch Gestaltungs- oder Leistungsklage hätten verfolgt werden können. Der Eintritt der Rechtskraft bestimmt sich nach § 121 VwGO. Eine auf unzureichenden Tatsachenvortrag gestützte Sachabweisung ist nicht allein deshalb unverbindlich, weil das Gericht keine Volluntersuchung des Programms vorgenommen hat. [R02]</w:t>
      </w:r>
    </w:p>
    <w:p>
      <w:r>
        <w:t>Die rechtliche Funktion des Vorprozesses ist daher enger: Er konkretisiert das Anforderungsprofil, auf das die späteren Bemühungen der Klägerseite antworten. Der nachfolgende Konflikt muss einen eigenständigen Gegenstand haben. Neue Argumente oder ein neues Gutachten zum selben alten Bescheid genügen dafür nicht automatisch. Die Klägerseite trennt die Anerkennung dieser Bindung von der Frage, welche Pflichten die Beklagte in einer späteren aktuellen Auseinandersetzung treffen.</w:t>
      </w:r>
    </w:p>
    <w:p>
      <w:pPr>
        <w:pStyle w:val="Heading2"/>
      </w:pPr>
      <w:r>
        <w:t>1.3 Anschluss an den tatsächlichen Abweisungsgrund</w:t>
      </w:r>
    </w:p>
    <w:p>
      <w:r>
        <w:t>Die im Fallblatt mit Fundstelle bezeichnete tragende Begründung wird dem damals eingereichten Vortrag gegenübergestellt. Hat das Gericht etwa die zeitliche Reichweite, den Bezug zum Gesamtangebot oder eine fehlende wissenschaftliche Absicherung beanstandet, ist genau dieser Gesichtspunkt Ausgangspunkt der weiteren Beschaffung. Der pauschale Satz Das Gericht wollte alles genügt nicht. Die konkret verlangte Erkenntnisleistung und die dafür gesuchte Quelle müssen erkennbar zusammenhängen.</w:t>
      </w:r>
    </w:p>
    <w:p>
      <w:r>
        <w:t>Die Klägerseite hat die anschließenden Anfragen deshalb auf die im Bestandsblatt bezeichneten Informationen gerichtet. Die durch die Originalkorrespondenz belegte Beschränkung auf vorhandene Sendungen, Bestandsverzeichnisse, Metadaten oder bestimmte Beschwerdeunterlagen ist für den neuen Streit wesentlich. Das Verfahren ist nicht darauf angelegt, rückwirkend durch unbegrenzte Informationsforderungen einen zweiten Bescheidprozess zu erzeugen.</w:t>
      </w:r>
    </w:p>
    <w:p>
      <w:r>
        <w:t>Soweit der Vorprozess unabhängig von der Programmrüge aus einem anderen tragenden Grund erfolglos war, bleibt dieser Umstand sichtbar. Eine Zugangsschwierigkeit kann dann nicht als alleinige Ursache des Unterliegens ausgegeben werden. Sie kann allenfalls für einen hiervon getrennten gegenwärtigen Konflikt erheblich sein. Die Klägerseite behauptet keine Kausalität zwischen verweigerten Daten und dem Ausgang des Vorprozesses, die dessen Akte nicht trägt.</w:t>
      </w:r>
    </w:p>
    <w:p>
      <w:pPr>
        <w:pStyle w:val="Heading2"/>
      </w:pPr>
      <w:r>
        <w:t>1.4 Eigene Beschaffungsversuche und genau bestimmter Datenbestand</w:t>
      </w:r>
    </w:p>
    <w:p>
      <w:r>
        <w:t>Die im Fallblatt bezeichneten Anfragen und Antworten werden vollständig vorgelegt. Der begehrte Bestand wird nicht nur mit dem Wort Rohdaten beschrieben. Anzugeben sind die informationshaltende Stelle, der Zeitraum, das betroffene Angebot und die Datenart. Eine bereits veröffentlichte Sendung, ein vorhandenes Untertiteltranskript und ein interner redaktioneller Entscheidungsvermerk sind unterschiedliche Gegenstände. Für jeden wird dargelegt, welche konkrete Erkenntnis er ermöglichen soll.</w:t>
      </w:r>
    </w:p>
    <w:p>
      <w:r>
        <w:t>Der Bestand muss entweder belegt oder seine vermutete Existenz durch bestimmte Anhaltspunkte erklärt sein. Dazu können eine Archivbestätigung, ein öffentlicher Katalog, eine Veröffentlichung oder die ausdrückliche Antwort der Beklagten dienen. Eine unbewiesene Vorstellung, jeder Sender besitze alle gewünschten Daten vollständig in einem einheitlichen System, wird nicht zur Tatsachenbehauptung gemacht. Fehlender Bestand und verweigerter Zugang zu vorhandenem Bestand sind zu unterscheiden.</w:t>
      </w:r>
    </w:p>
    <w:p>
      <w:r>
        <w:t>Die Beklagte wird nur für ihre eigene Rechtsposition und ihren eigenen Verantwortungsbereich in Anspruch genommen. Antworten des ZDF, von Deutschlandradio oder anderer Archive können die tatsächliche Gesamtlage verdeutlichen. Sie belegen aber nicht ohne Weiteres eine eigene Ablehnung durch die hier beklagte Landesrundfunkanstalt. Eine Zuständigkeit für das Beitragsverhältnis schafft keine tatsächliche Verfügungsmacht über alle fremden Archive.</w:t>
      </w:r>
    </w:p>
    <w:p>
      <w:pPr>
        <w:pStyle w:val="Heading2"/>
      </w:pPr>
      <w:r>
        <w:t>1.5 Öffentliche Alternativen und milde Nutzungsformen</w:t>
      </w:r>
    </w:p>
    <w:p>
      <w:r>
        <w:t>Die Klägerseite berücksichtigt öffentliche Mediatheken und angebotene wissenschaftliche Archivzugänge. Die gemeinsamen Untersuchungen zeigen bereits, dass bestimmte große Korpora öffentlich erschlossen werden konnten. Daraus folgt kein generelles Informationsmonopol. Der vorliegende Konflikt betrifft die nach dokumentierten eigenen Recherchen verbliebene konkrete Lücke. [S07; S08; E27]</w:t>
      </w:r>
    </w:p>
    <w:p>
      <w:r>
        <w:t>Die angebotenen Alternativen werden im Fallblatt mit ihrem tatsächlichen Inhalt erfasst. Ein Präsenztermin, eine begrenzte Nutzung, ein vorhandener Standardexport oder eine Rechteklärung sind nicht gleichbedeutend mit einer endgültigen Verweigerung. Die Klägerseite muss nachvollziehbar darlegen, weshalb eine tatsächlich angebotene Form den bestimmten Erkenntniszweck erfüllt oder nicht erfüllt. Die Ablehnung eines zumutbaren geeigneten Zugangs kann nicht der Beklagten als Erkenntnissperre zugerechnet werden.</w:t>
      </w:r>
    </w:p>
    <w:p>
      <w:r>
        <w:t>Die begrenzte These dieses Verfahrens setzt daher nicht jeden Mehraufwand mit Rechtswidrigkeit gleich. Sie betrifft eine anhand der Unterlagen belegte Situation, in der ein bestimmter notwendiger Erkenntnisschritt nicht zumutbar erreichbar blieb und die Beklagte gleichwohl in der aktuellen Beziehung das Fehlen dieser Erkenntnis uneingeschränkt gegen die Klägerseite verwendet. Die Tatsachen zu Notwendigkeit, Bestand, Hindernis und aktueller Verwendung sind voneinander zu unterscheiden.</w:t>
      </w:r>
    </w:p>
    <w:p>
      <w:pPr>
        <w:pStyle w:val="Heading2"/>
      </w:pPr>
      <w:r>
        <w:t>1.6 Gegenwärtiger Streit statt nachträglicher Genugtuung</w:t>
      </w:r>
    </w:p>
    <w:p>
      <w:r>
        <w:t>Die aktuelle Auseinandersetzung ergibt sich aus der im Fallblatt bezeichneten fortbestehenden Beitragsbeziehung und den dort benannten aktuellen Schreiben. Die Klägerseite verlangt keine nachträgliche Feststellung, dass das frühere Gericht unrichtig entschieden habe. Sie erstrebt Handlungssicherheit im Umgang mit einem jetzt bestehenden Konflikt über die von der Beklagten verlangte Erkenntnisleistung und den von ihr zugleich bestimmten Zugang.</w:t>
      </w:r>
    </w:p>
    <w:p>
      <w:r>
        <w:t>Die beanspruchte Rechtswirkung muss über den bloßen Wunsch hinausgehen, in einem späteren Verfahren besser argumentieren zu können. Die Klägerseite wendet sich gegen das konkret dokumentierte gegenwärtige Verhalten der Beklagten, den benannten Einwand ausschließlich wegen der fehlenden Auswertung der näher bezeichneten Bestände unbeachtet zu lassen. An diese aktuelle tatsächliche Handhabung knüpft der begrenzte Feststellungsantrag an.</w:t>
      </w:r>
    </w:p>
    <w:p>
      <w:r>
        <w:t>Die Bedeutung einer Entscheidung liegt nach der hier vertretenen Auffassung darin, den Umgang der Beklagten mit derselben konkret bezeichneten Erkenntnislage zwischen diesen Beteiligten zu klären. Ein Gericht in einem anderen Verfahren bleibt für Sachaufklärung und Beweiswürdigung verantwortlich. Die begehrte Feststellung soll keine allgemeine Beweisregel schaffen und keinen Anspruch auf ein bestimmtes Programm begründen.</w:t>
      </w:r>
    </w:p>
    <w:p>
      <w:pPr>
        <w:pStyle w:val="Heading2"/>
      </w:pPr>
      <w:r>
        <w:t>1.7 Wortlaut und Begrenzung des begehrten Feststellungsinhalts</w:t>
      </w:r>
    </w:p>
    <w:p>
      <w:r>
        <w:t>Der im Antragsblatt formulierte Feststellungsinhalt wird auf die dort bezeichneten aktuellen Schreiben, den genau bezeichneten Bestand und den konkreten Untersuchungszeitraum begrenzt. Die Klägerseite macht geltend, die Beklagte sei unter den belegten Umständen nicht berechtigt, in der aktuellen außerprozessualen Behandlung des Einwands allein das Fehlen einer wissenschaftlichen Auswertung eben dieser Bestände entgegenzuhalten, ohne die von ihr mitverursachte und dokumentierte Zugangslage zu berücksichtigen.</w:t>
      </w:r>
    </w:p>
    <w:p>
      <w:r>
        <w:t>Gegenstand ist damit die behauptete Pflicht zu konsistentem Verhalten in einer bestimmten bestehenden öffentlich-rechtlichen Beziehung. Nicht begehrt wird die Feststellung, dass das ganze Programm verfassungswidrig sei, dass alle künftigen Beiträge entfielen, dass sämtliche Archive herauszugeben seien oder dass Schweigen der Beklagten ein Geständnis ersetze. Die notwendige Feststellung der tatsächlichen Zugangslage ist Vorfrage dieses eng begrenzten Begehrens.</w:t>
      </w:r>
    </w:p>
    <w:p>
      <w:r>
        <w:t>Diese Begrenzung ist keine bloße Umbenennung eines alten Anfechtungsantrags. Sie führt nur dann zu einem selbständigen Gegenstand, wenn der aktuelle Konflikt und die daraus beanspruchte eigene Rechtswirkung tatsächlich belegt sind. Fehlt diese Abgrenzung, kann die neue Klage nicht durch zusätzliche Seiten Programmkritik gerettet werden. Die vorliegende Begründung setzt den konkret ausgefüllten und belegten Sachverhalt voraus; sie ersetzt ihn nicht.</w:t>
      </w:r>
    </w:p>
    <w:p>
      <w:pPr>
        <w:pStyle w:val="Heading2"/>
      </w:pPr>
      <w:r>
        <w:t>1.8 Materielle Herleitung aus der besonderen Beitragsbeziehung</w:t>
      </w:r>
    </w:p>
    <w:p>
      <w:r>
        <w:t>Die Klägerseite stützt den Entwicklungsansatz auf die bestehende abgabenrechtliche Beziehung und den im öffentlichen Recht zu prüfenden Grundsatz von Treu und Glauben. Aus dieser Beziehung soll keine neue synallagmatische Programmleistungspflicht abgeleitet werden. R01 verneint gerade einen unmittelbaren Austausch zwischen individuellem Beitrag und einem bestimmten Qualitätserfolg. Die hier geltend gemachte Bindung betrifft stattdessen das konkrete Verhalten der Beklagten bei einer von ihr selbst mitbestimmten Erkenntnissituation. [R01, Rn. 21-33; R12]</w:t>
      </w:r>
    </w:p>
    <w:p>
      <w:r>
        <w:t>Die Herleitung lautet in drei Schritten. Erstens muss eine konkrete rechtliche Beziehung bestehen, in der die Beklagte vom Kläger eine bestimmte Darlegung verlangt oder deren Fehlen zum ausschließlichen Grund ihrer aktuellen Zurückweisung macht. Zweitens muss die Beklagte über gerade die dafür benötigten vorhandenen Erkenntnisgrundlagen verfügen oder ihren Zugang wesentlich bestimmen. Drittens muss trotz geeigneter begrenzter Anfragen und angebotener milder Nutzungsformen eine nicht durch gleichwertige zumutbare Alternativen schließbare Lücke verbleiben.</w:t>
      </w:r>
    </w:p>
    <w:p>
      <w:r>
        <w:t>Unter diesen Voraussetzungen vertritt die Klägerseite, dass das anschließende uneingeschränkte Entgegenhalten gerade dieses Erkenntnisdefizits rechtlich nicht bedeutungslos sein darf. Die Konsequenz wird nicht als automatische Befreiung vom Beitrag verstanden. Beansprucht wird die Berücksichtigung des eigenen zugangsbezogenen Verhaltens bei der aktuellen Behandlung des Einwands. Das ist eine begrenzte Nebenpflichtthese, die aus dem bestimmten Verhältnis entwickelt wird.</w:t>
      </w:r>
    </w:p>
    <w:p>
      <w:r>
        <w:t>Die Herleitung ist nicht dadurch erledigt, dass das Verhalten widersprüchlich genannt wird. Eine rechtmäßige Geheimhaltung oder das Fehlen eines Anspruchs auf die begehrte Information kann ein sachlicher Grund für die Begrenzung sein. Auch ein ungeeignetes oder unverhältnismäßiges Ersuchen begründet die beanspruchte Bindung nicht ohne Weiteres. Die Klägerseite muss deshalb die Schutzbelange und Alternativen ausdrücklich behandeln. Der bloße Gegensatz zwischen Beitragserhebung und verweigertem Wunschzugang genügt nicht.</w:t>
      </w:r>
    </w:p>
    <w:p>
      <w:pPr>
        <w:pStyle w:val="Heading2"/>
      </w:pPr>
      <w:r>
        <w:t>1.9 Art. 19 Abs. 4 GG als Auslegungsmaßstab, nicht als Ersatz aller Tatbestände</w:t>
      </w:r>
    </w:p>
    <w:p>
      <w:r>
        <w:t>Der Anspruch auf effektiven Rechtsschutz verstärkt nach Auffassung der Klägerseite das Erfordernis, konkrete Erkenntnisbarrieren nicht nur formal zu betrachten. Er gewährleistet aber nicht ohne Weiteres einen materiellen Herausgabeanspruch gegen jede informationshaltende Stelle. Ebenso wenig erlaubt er, prozessuale Anforderungen und Rechtskraftgrenzen zu umgehen. Die Klägerseite verwendet ihn deshalb als verfassungsrechtlichen Auslegungsmaßstab der begrenzten Beziehung, nicht als alleinige Antwort auf alle Zulässigkeits- und Anspruchsfragen. [R12; R02]</w:t>
      </w:r>
    </w:p>
    <w:p>
      <w:r>
        <w:t>Der VGH Baden-Württemberg hat die wirtschaftliche Zumutbarkeit der Beschaffung eines aufwendigen Privatgutachtens problematisiert. Dieser Gedanke kann die konkrete Hürde verdeutlichen, begründet aber nicht selbst die hiesige Nebenpflicht gegen die Anstalt. Umgekehrt schließt die allgemeine Erwartung wissenschaftlich unterlegten Vortrags in R01 eine Untersuchung besonderer, tatsächlich belegter Erkenntnisbarrieren nicht logisch aus. Der Streit betrifft die rechtliche Behandlung genau dieser Barriere, nicht die Abschaffung jeder Substantiierungsanforderung. [R03, S. 30-32; R01, Rn. 48]</w:t>
      </w:r>
    </w:p>
    <w:p>
      <w:r>
        <w:t>Die Einbeziehung des Grundrechts darf ferner nicht die Rollen von Gericht und Beklagter verwischen. Die gerichtliche Sachaufklärung folgt aus der VwGO. Die Beklagte kann diese Pflicht weder ersetzen noch durch eine private Aussage verbindlich beschränken. Die hiesige Feststellung soll daher ausschließlich ihr eigenes Verhalten in der aktuellen Beziehung betreffen. Die Grenze zu einer bloßen Vorfrage späterer Prozesse ist besonders sorgfältig zu bestimmen.</w:t>
      </w:r>
    </w:p>
    <w:p>
      <w:pPr>
        <w:pStyle w:val="Heading2"/>
      </w:pPr>
      <w:r>
        <w:t>1.10 Feststellungsfähiges Rechtsverhältnis und die Gegenposition</w:t>
      </w:r>
    </w:p>
    <w:p>
      <w:r>
        <w:t>Nach der Rechtsprechung des Bundesverwaltungsgerichts muss eine konkrete, durch Anwendung einer Rechtsnorm geordnete Beziehung zwischen den Beteiligten streitig sein. Ein bestimmtes Tun oder Unterlassen muss daraus verlangt werden; die Klage dient dem Schutz eigener Rechte, nicht einer allgemeinen objektiven Rechtskontrolle. Dies wird insbesondere in 4 CN 2.14, Rn. 11-12, beschrieben. Die Klägerseite bezieht ihr Begehren deshalb auf ihre eigene fortbestehende Beziehung und ein konkretes aktuelles Verhalten. [R16]</w:t>
      </w:r>
    </w:p>
    <w:p>
      <w:r>
        <w:t>Besonders ernst zu nehmen ist der Beschluss 6 B 25.07 vom 26. Juli 2007. Dort wird eine isolierte Feststellung zur Richtigkeit einzelner methodischer Schritte als unselbständiges Element eines anderen Rechtsverhältnisses behandelt. Dieser Einwand kann auch hier eingreifen, wenn der Antrag in Wahrheit nur die wissenschaftliche Methode, die Beweislast oder einen gerichtlichen Prüfungsmaßstab festlegen soll. Die Klägerseite verschweigt diese Parallele nicht. [R15, Rn. 4]</w:t>
      </w:r>
    </w:p>
    <w:p>
      <w:r>
        <w:t>Die hier vertretene Abgrenzung liegt darin, dass nicht die Richtigkeit einer abstrakten Untersuchungsmethode festgestellt werden soll. Beanstandet wird ein bestimmtes aktuelles Verhalten der Beklagten, das auf der dokumentierten Wechselwirkung zwischen ihrem Informationszugang und ihrer eigenen Zurückweisung beruht. Die beanspruchte Pflicht soll in dieser Beziehung unmittelbar gelten, nicht nur als Aussage darüber, wie ein späteres Gericht Beweise zu würdigen hätte.</w:t>
      </w:r>
    </w:p>
    <w:p>
      <w:r>
        <w:t>Ob diese Abgrenzung rechtlich trägt, ist der entscheidende offene Punkt des Entwicklungsansatzes. Die bloße Verwendung des Wortes Nebenpflicht oder Konsistenzbindung schafft kein selbständiges Rechtsverhältnis. Die Klägerseite macht die Grenze deshalb am konkreten beantragten Unterlassen und dessen gegenwärtiger Wirkung fest. Wird das Begehren gleichwohl als unselbständige Vorfrage eingeordnet, ist dies kein durch zusätzliche empirische Unterlagen zu behebender Mangel, sondern eine Rechtsfrage dieser Klageart.</w:t>
      </w:r>
    </w:p>
    <w:p>
      <w:pPr>
        <w:pStyle w:val="Heading2"/>
      </w:pPr>
      <w:r>
        <w:t>1.11 Berechtigtes Interesse an baldiger Feststellung</w:t>
      </w:r>
    </w:p>
    <w:p>
      <w:r>
        <w:t>Das Feststellungsinteresse ist anhand der aktuellen Handhabung der Beklagten und der konkreten fortbestehenden Unsicherheit zu begründen. Die Klägerseite muss wissen, ob die Beklagte ihren bestimmten Einwand unter den dokumentierten Zugangsbedingungen weiterhin allein wegen der fehlenden Untersuchung unbeachtet lassen darf. Dieses Interesse ist von der bloßen wissenschaftlichen Neugier an allgemein geltenden Beweisregeln zu unterscheiden.</w:t>
      </w:r>
    </w:p>
    <w:p>
      <w:r>
        <w:t>Die frühere Niederlage verstärkt den tatsächlichen Bezug, ersetzt aber den gegenwärtigen Anlass nicht. Die im Fallblatt bezeichneten aktuellen Beitragsperioden, Schreiben oder sonstigen rechtlichen Folgen müssen die Unsicherheit tragen. Sind keine solchen Folgen mehr vorhanden, ist eine andere Form des Feststellungsinteresses gesondert zu prüfen. Die Vorlage setzt weder ein beliebiges Rehabilitationsinteresse noch eine drohende erneute Belastung ohne Beleg voraus.</w:t>
      </w:r>
    </w:p>
    <w:p>
      <w:r>
        <w:t>Die Zahl paralleler Verfahren und das gemeinsame Projektziel begründen kein individuelles Feststellungsinteresse. Die Klägerseite verfolgt ihre eigene Rechtsposition. Eine Entscheidung in einem anderen Fall kann rechtlich interessant sein, schafft aber keine automatische Bindungswirkung für diesen Fall. Sämtliche eigenen Verfahrensfristen bleiben unabhängig von der Projektplanung zu beachten.</w:t>
      </w:r>
    </w:p>
    <w:p>
      <w:pPr>
        <w:pStyle w:val="Heading2"/>
      </w:pPr>
      <w:r>
        <w:t>1.12 Subsidiarität: ernsthafte Prüfung statt pauschaler Ausnahme</w:t>
      </w:r>
    </w:p>
    <w:p>
      <w:r>
        <w:t>§ 43 Abs. 2 VwGO steht einer Feststellung entgegen, soweit Rechte mit Gestaltungs- oder Leistungsklage verfolgt werden können oder hätten verfolgt werden können. Deshalb ist nicht allein entscheidend, dass ein Bescheidverfahren bereits stattgefunden hat. Entscheidend ist, ob das jetzt beanspruchte Recht schon damals mit diesem oder einem anderen sachnäheren Rechtsbehelf verfolgt werden konnte. Eine nachträglich bessere Begründung desselben alten Aufhebungsbegehrens eröffnet keinen neuen Weg. [R02]</w:t>
      </w:r>
    </w:p>
    <w:p>
      <w:r>
        <w:t>Die Rechtsprechung wendet die Subsidiarität jedoch ihrem Zweck entsprechend an. Im Beschluss 9 B 8.24 vom 8. August 2024, Rn. 18-20, wird darauf abgestellt, ob Umgehungen von Fristen und Vorverfahren drohen und ob die Feststellung eine selbständige streitige Beziehung effektiver klärt. Der dort entschiedene Fall betraf eine andere konkrete beitragsrechtliche Situation. Er wird deshalb nicht als bereits anerkannte Rundfunkzugangsklage ausgegeben. Er zeigt aber den rechtlichen Prüfweg, an den die Klägerseite ihre Abgrenzung anknüpft. [R14]</w:t>
      </w:r>
    </w:p>
    <w:p>
      <w:r>
        <w:t>Die hier beanspruchte Eigenständigkeit setzt voraus, dass die im Fallblatt dokumentierte aktuelle Zugangssituation und ihre gegenwärtige Verwendung nicht nur eine bereits abschließend entschiedene alte Bescheidfrage wiederholen. Ferner muss eine Leistungsklage auf Zugang zu den bestimmten Unterlagen konkret mitgeprüft werden. Bietet sie denselben oder wirksameren Rechtsschutz, ist sie nicht durch eine abstraktere Feststellung zu umgehen. Eine in einem Schreiben erteilte Rechtsbehelfsbelehrung und deren Fristen sind deshalb ernst zu nehmen.</w:t>
      </w:r>
    </w:p>
    <w:p>
      <w:r>
        <w:t>Die Klägerseite begründet den Feststellungsweg damit, dass ihr Begehren nicht mit der Herausgabe einer einzelnen Datei erschöpft sein soll, sondern die aktuelle rechtliche Behandlung einer bereits dokumentierten Erkenntnissituation betrifft. Diese Begründung darf allerdings nicht als universelle Ausnahme verstanden werden. Ergibt die Prüfung, dass ein bestimmter Zugang oder ein bestimmter aktueller Bescheid sachnäher zu verfolgen ist, fehlt eine tragfähige Grundlage für das Beharren auf dieser isolierten Feststellung.</w:t>
      </w:r>
    </w:p>
    <w:p>
      <w:r>
        <w:t>Auch die in R14, Randnummer 21, angesprochene Besonderheit öffentlicher Rechtsträger ist zu berücksichtigen: Eine Feststellung kann unter bestimmten Voraussetzungen genügen, wenn erwartet werden darf, dass der Rechtsträger sie beachtet und weiterer Leistungsrechtsschutz nicht benötigt wird. Diese Rechtsprechung spricht gegen eine schematische Ablehnung jeder Feststellung, sobald theoretisch eine Leistungsklage denkbar ist. Sie ersetzt aber weder das konkrete Rechtsverhältnis noch die Prüfung, ob hier tatsächlich dieselbe Handlungssicherheit erreicht wird. Die Klägerseite leitet daraus deshalb keine generelle Wahlfreiheit zwischen einer Datenzugangsklage und jeder Form von Feststellung ab. [R14, Rn. 21]</w:t>
      </w:r>
    </w:p>
    <w:p>
      <w:pPr>
        <w:pStyle w:val="Heading2"/>
      </w:pPr>
      <w:r>
        <w:t>1.13 Rechtskraft und neuer Sachverhalt</w:t>
      </w:r>
    </w:p>
    <w:p>
      <w:r>
        <w:t>Die rechtskräftig entschiedene alte Beitragspflicht wird nicht erneut zur Entscheidung gestellt. Die Klägerseite verlangt weder die Rückzahlung der damals bestätigten Beiträge noch die Feststellung ihrer damaligen Nichtschuld im Gewand eines neuen Antrags. Eine Wiederaufnahme wäre nur unter ihren eigenen gesetzlichen Voraussetzungen zu prüfen; sie wird mit diesem Schriftsatz nicht automatisch beantragt. [R02, §§ 121, 153]</w:t>
      </w:r>
    </w:p>
    <w:p>
      <w:r>
        <w:t>Die späteren eigenen Anfragen, Antworten und aktuellen Rechtswirkungen können tatsächlich neue Ereignisse sein. Ob sie einen neuen Streitgegenstand tragen, folgt aber nicht allein aus ihrem späteren Datum. Auch ein neuer Brief kann nur der Vorbereitung eines unzulässigen Zweitprozesses über denselben Anspruch dienen. Die Abgrenzung muss deshalb den Anspruchsinhalt, nicht nur die Chronologie betreffen.</w:t>
      </w:r>
    </w:p>
    <w:p>
      <w:r>
        <w:t>Die Klägerseite führt den Vorprozess als Beleg für das eigene tatsächliche Anforderungsprofil an. Die daraus entwickelte aktuelle Rechtsfrage wird getrennt von der Richtigkeit des alten Urteils gestellt. Diese Begrenzung wahrt nach ihrer Auffassung die Funktion der Rechtskraft und ermöglicht zugleich die Prüfung eines nicht notwendig von ihr erfassten späteren Konflikts. Ein umfassender Freibrief zur Neuverhandlung wird nicht beansprucht.</w:t>
      </w:r>
    </w:p>
    <w:p>
      <w:pPr>
        <w:pStyle w:val="Heading2"/>
      </w:pPr>
      <w:r>
        <w:t>1.14 Örtliche Zuständigkeit und Beklagtenbestimmung</w:t>
      </w:r>
    </w:p>
    <w:p>
      <w:r>
        <w:t>Für die isolierte Feststellungsklage ist die einschlägige Regel des § 52 VwGO anhand des tatsächlichen Streitgegenstands zu bestimmen. Insbesondere kommt die Anknüpfung an den Sitz der Beklagten nach Nummer 5 in Betracht. Der Gerichtsstand des früheren Anfechtungsverfahrens wird nicht automatisch übernommen. Eine bundesweite Auswahl von Wohnorten schafft daher keine gesetzliche Zuständigkeit aller früher angerufenen Gerichte. [R02]</w:t>
      </w:r>
    </w:p>
    <w:p>
      <w:r>
        <w:t>Die Beklagte ist der Rechtsträger, dem die aktuell beanstandete Handlung beziehungsweise Rechtsposition zugerechnet wird. Beitragsservice, ARD-Gemeinschaftsbezeichnung, ZDF und einzelne Landesrundfunkanstalten werden nicht austauschbar verwendet. Wenn die entscheidende Zugangsablehnung von einer anderen Anstalt stammt, muss die Anspruchs- und Beklagtenbestimmung entsprechend geprüft werden. Die gemeinsame Finanzierung allein begründet keine pauschale gegenseitige Verantwortlichkeit für jede Archiventscheidung.</w:t>
      </w:r>
    </w:p>
    <w:p>
      <w:r>
        <w:t>Das interne Projektziel von 102 verschiedenen Klägerseiten und zwei Fällen je Verwaltungsgericht ist kein Bestandteil der Zulässigkeitsbegründung. Eine Konzentration der gesetzlich zuständigen Gerichte kann sich aus dem gewählten Rechtsschutzgegenstand ergeben. Für jeden Fall sind daher das Gericht des Vorprozesses und das zuständige Gericht des neuen Verfahrens getrennt festzustellen. Die Klägerseite verlangt keine freie Wahl eines sachlich nicht zuständigen Gerichts.</w:t>
      </w:r>
    </w:p>
    <w:p>
      <w:pPr>
        <w:pStyle w:val="Heading2"/>
      </w:pPr>
      <w:r>
        <w:t>1.15 Bedeutung der gemeinsamen Programm- und Beschwerdebefunde</w:t>
      </w:r>
    </w:p>
    <w:p>
      <w:r>
        <w:t>Die Abschnitte 2 und 3 zeigen, dass die Untersuchung nicht auf einer inhaltsleeren Vermutung aufsetzt. Es liegen abgegrenzte Studien, eine nachgerechnete Datendatei und bestimmte Beschwerdefälle vor. Das O-Ton-Gutachten dokumentiert zugleich unterschiedliche öffentliche Verfügbarkeit bestimmter Formate. Die konkret erfassten ZDF-Verfahren zeigen, welche Informationen öffentlich vorhanden sein können und welche individuelle Zuordnung offenbleibt.</w:t>
      </w:r>
    </w:p>
    <w:p>
      <w:r>
        <w:t>Diese gemeinsamen Befunde ersetzen aber nicht die persönlichen Vorgänge aus dem Fallblatt. Ein anderer Nutzer kann Zugang erhalten haben, ohne dass dies den eigenen Zugang bereits beweist; ein anderer Nutzer kann eine Ablehnung erfahren haben, ohne dass die hier beklagte Stelle der Klägerseite etwas verweigerte. Die gemeinsamen Ergebnisse dienen der Erheblichkeit und Präzisierung bestimmter Fragen, nicht der Herstellung erfundener individueller Tatsachen.</w:t>
      </w:r>
    </w:p>
    <w:p>
      <w:r>
        <w:t>Ein Programmvollbeweis wird in diesem Feststellungsverfahren nicht als zusätzlicher eigenständiger Anspruch verfolgt. Es ist auch nicht sinnvoll, dessen große Untersuchungsanforderungen ungeprüft zur Voraussetzung jeder vorgelagerten Zugangsklärung zu machen. Umgekehrt darf eine tatsächliche Zugangsklärung nicht zur verdeckten Feststellung der Verfassungswidrigkeit des gesamten Rundfunks werden. Die unterschiedlichen Fragen werden deshalb in den Begehren getrennt.</w:t>
      </w:r>
    </w:p>
    <w:p>
      <w:pPr>
        <w:pStyle w:val="Heading2"/>
      </w:pPr>
      <w:r>
        <w:t>1.16 Entscheidungserhebliche Beweistatsachen</w:t>
      </w:r>
    </w:p>
    <w:p>
      <w:r>
        <w:t>Für die Zulässigkeit und Begründetheit sind vorrangig die eigene Belastung und Vorentscheidung, die tatsächlich erhobenen Anfragen, der belegte Bestand, die konkreten Antworten, erprobte Alternativen und die gegenwärtige Handhabung der Beklagten zu untersuchen. Diese Tatsachen sind grundsätzlich durch bestimmte Urkunden und gegebenenfalls Auskünfte feststellbar. Ein Sachverständiger kann erforderlich sein, soweit die Notwendigkeit einer bestimmten Datenart für einen konkreten wissenschaftlichen Prüfschritt fachlich beurteilt werden muss.</w:t>
      </w:r>
    </w:p>
    <w:p>
      <w:r>
        <w:t>Die Beweistatsache ist nicht, dass das ganze System unkontrollierbar sei. Eine geeignete fachliche Frage lautet beispielsweise, ob der bezeichnete Korpus mit den tatsächlich erhaltenen Daten für die konkret benannte Zeit- und Inhaltsaussage ausgewertet werden kann oder welche bestimmte Lücke dies verhindert. Die in Abschnitt 4 dargestellten Methodenprüfungen und begrenzten Dokumentenanfragen konkretisieren diesen Ansatz.</w:t>
      </w:r>
    </w:p>
    <w:p>
      <w:r>
        <w:t>Die Quellenbibliothek dient der Bereitstellung der gemeinsamen Unterlagen. Das individuelle Fallblatt und die entscheidenden Originalschreiben werden dagegen im konkreten Verfahren eingeführt. Das Gericht soll die behauptete neue Beziehung nicht aus Hunderten Dateien selbst zusammensuchen müssen. Das gemeinsame Belegregister kennzeichnet deshalb für jedes Dokument, welchen bestimmten Sachverhalt es trägt.</w:t>
      </w:r>
    </w:p>
    <w:p>
      <w:pPr>
        <w:pStyle w:val="Heading2"/>
      </w:pPr>
      <w:r>
        <w:t>1.17 Kosten, Verfahrensgestaltung und keine automatische Vollstreckungswirkung</w:t>
      </w:r>
    </w:p>
    <w:p>
      <w:r>
        <w:t>Die Feststellungsklage kann einen eigenen Streitwert und ein eigenes Kostenrisiko haben. Dieses wird nicht aus dem geringen Zahlbetrag eines alten Bescheids abgeleitet. Eine Zahl von 5.000 Euro ist weder automatisch richtig noch automatisch eine Obergrenze; maßgeblich ist die konkrete Bewertung nach dem Gerichtskostengesetz. Auch gerichtliche Beweiserhebung kann Auslagen verursachen. Die Klägerseite behauptet keine pauschale Kostenfreiheit. [R13; R02, §§ 154, 162, 188]</w:t>
      </w:r>
    </w:p>
    <w:p>
      <w:r>
        <w:t>Die Erhebung dieser Klage hemmt nicht automatisch die Vollstreckung alter oder neuer Forderungen und wahrt keine Frist in einem anderen Verfahren. Erforderlicher Eilrechtsschutz und weitere Rechtsbehelfe bleiben eigenständig zu prüfen. Ebenso werden frühere Anträge nicht stillschweigend zurückgenommen. Eine etwaige Änderung des Streitgegenstands bedarf einer bewussten verfahrensrechtlichen Entscheidung.</w:t>
      </w:r>
    </w:p>
    <w:p>
      <w:r>
        <w:t>Die Klägerseite bittet um einen konkreten Hinweis, falls das Gericht die bezeichnete aktuelle Beziehung als unselbständige Vorfrage oder eine andere Klageart als vorrangig ansieht. Diese Bitte begründet keine Erfolgsgarantie und ersetzt nicht die eigene Darlegung. Sie soll die Erörterung der entscheidenden Rechtsfrage ermöglichen, statt das Verfahren auf unbestimmte allgemeine Programmvorwürfe zu verlagern.</w:t>
      </w:r>
    </w:p>
    <w:p>
      <w:pPr>
        <w:pStyle w:val="Heading2"/>
      </w:pPr>
      <w:r>
        <w:t>1.18 Ergebnis des individuellen Feststellungsansatzes</w:t>
      </w:r>
    </w:p>
    <w:p>
      <w:r>
        <w:t>Die Klägerseite macht einen bestimmten, aus ihrer eigenen Vorgeschichte und der nachfolgenden aktuellen Auseinandersetzung entwickelten Anspruch geltend. Der verlorene Vorprozess ist ein konkreter Ausgangspunkt, nicht selbst die Anspruchsgrundlage. Die geltend gemachte Rechtsposition betrifft den begrenzten Umgang der Beklagten mit einer von ihr wesentlich mitbestimmten Erkenntnisbarriere. Der Antrag ist auf benannte Bestände, Schreiben und Folgen beschränkt.</w:t>
      </w:r>
    </w:p>
    <w:p>
      <w:r>
        <w:t>Die rechtlichen Gegenargumente aus Subsidiarität, Rechtskraft und fehlender Selbständigkeit werden ausdrücklich behandelt. Die Feststellungskonstruktion ist damit wesentlich weiter begründet als eine bloße Platzhalterformel. Sie bleibt jedoch ein zur gerichtlichen Prüfung gestellter Entwicklungsansatz. Die belastbare Entscheidung über seine Verwendung im Einzelfall setzt die tatsächliche aktuelle Beziehung und die Prüfung der Zuständigkeit voraus. Diese verbleibenden Voraussetzungen sind nicht durch allgemeine Quellen oder durch die Zahl paralleler Kläger ersetzbar.</w:t>
      </w:r>
    </w:p>
    <w:p>
      <w:r>
        <w:br w:type="page"/>
      </w:r>
    </w:p>
    <w:p>
      <w:pPr>
        <w:pStyle w:val="Heading1"/>
      </w:pPr>
      <w:r>
        <w:t>Abschnitt 2</w:t>
      </w:r>
    </w:p>
    <w:p>
      <w:pPr>
        <w:pStyle w:val="Title"/>
      </w:pPr>
      <w:r>
        <w:t>Programmbezogene Befunde und ihre wissenschaftliche Einordnung</w:t>
      </w:r>
    </w:p>
    <w:p>
      <w:r>
        <w:t>Die nachfolgenden Darlegungen führen die tatsächlichen Untersuchungsbestände selbst in die Begründung ein. Sie beschränken sich nicht auf die Mitteilung, es gebe Gutachten. Für jeden Bestand werden Untersuchungsgegenstand, Datenumfang, Ergebnis, methodischer Aussagegehalt und konkrete Folgerung für die weitere Aufklärung angegeben. Die Bezeichnungen S und E beziehen sich auf das gemeinsame Quellenregister. S bezeichnet bereitgestellte Originalarbeiten; E bezeichnet zusätzlich erschlossene externe Originalquellen. D bezeichnet die in dieser Fassung tatsächlich vorgenommene technische Nachrechnung des Rundfunkalarm-Exports. Eigene Berechnungen werden von berichteten Ergebnissen unterschieden.</w:t>
      </w:r>
    </w:p>
    <w:p>
      <w:r>
        <w:t>Die Klägerseite stützt sich auf mehrere sachlich verschiedene Erkenntnisse: eine historische Themenauswertung der Tagesschau, eine langjährige Untersuchung institutionell ausgewählter Kommentare, eine technische Erfassung von O-Ton-Einbindungen, eine quantitative Untersuchung der Ukraine-Berichterstattung und konkret dokumentierte Beschwerde- und Abhilfevorgänge. Zusammen bezeichnen diese Arbeiten prüfbare Ausschnitte. Sie werden nicht durch bloße Addition zu einer repräsentativen Gesamtstudie erklärt. Der positive Vortrag besteht vielmehr in den jeweils bestimmten Feststellungen und den nachfolgend ausformulierten Zusammenhängen.</w:t>
      </w:r>
    </w:p>
    <w:p>
      <w:pPr>
        <w:pStyle w:val="Heading2"/>
      </w:pPr>
      <w:r>
        <w:t>2.1 Vier unterschiedliche Gegenstände, die nicht verwechselt werden dürfen</w:t>
      </w:r>
    </w:p>
    <w:p>
      <w:r>
        <w:t>Eine Untersuchung der Themenverteilung beantwortet, worüber berichtet wird. Eine Untersuchung der Akteursverteilung beantwortet, wer erkennbar vorkommt. Eine Untersuchung des Inhalts beantwortet, welche Aussagen, Begründungen und Einordnungen veröffentlicht werden. Eine Untersuchung des Beschwerdewegs beantwortet, wie eine konkrete Beanstandung geprüft und gegebenenfalls korrigiert wird. Diese Gegenstände ergänzen sich, sind aber nicht austauschbar. Insbesondere beweist die Zahl einer Parteierwähnung weder die Richtigkeit des Berichts noch eine redaktionelle Absicht; eine begründete Beschwerde zu einem Beitrag beweist nicht die Verfehlung des Gesamtangebots.</w:t>
      </w:r>
    </w:p>
    <w:p>
      <w:r>
        <w:t>Die Klägerseite verwendet deshalb einen sachbezogenen Prüfansatz. Sie untersucht nicht, ob ein Programm ihren politischen Präferenzen entspricht. Geprüft werden soll, ob relevante Themen und tragfähige Gegenargumente über längere Zeit in einer Weise verengt werden, die unter Berücksichtigung der Eigenart des jeweiligen Formats, der Ereignislage und möglicher Ausgleichsangebote ein regelmäßiges erhebliches Defizit erkennen lässt. Dafür sind Gegenbeispiele nicht störend, sondern erforderlich: Sie zeigen, ob sich eine behauptete Regelmäßigkeit tatsächlich hält.</w:t>
      </w:r>
    </w:p>
    <w:p>
      <w:r>
        <w:t>Die Unterscheidung folgt zugleich aus dem gerichtlichen Maßstab. Das Bundesverwaltungsgericht verlangt weder ein in jeder Minute ideales Programm noch gleiches Gewicht für jede Auffassung. Eine methodische Messung kann daher nicht aus jeder Abweichung von Gleichverteilung einen Rechtsverstoß ableiten. Sie muss den behaupteten Mangel so beschreiben, dass zwischen zulässiger journalistischer Auswahl und dem geltend gemachten strukturellen Defizit unterschieden werden kann. [R01, Rn. 36-48]</w:t>
      </w:r>
    </w:p>
    <w:p>
      <w:pPr>
        <w:pStyle w:val="Heading2"/>
      </w:pPr>
      <w:r>
        <w:t>2.2 Übersicht der tatsächlich erschlossenen Untersuchungsbestände</w:t>
      </w:r>
    </w:p>
    <w:p>
      <w:r>
        <w:t>Die folgende Übersicht bezeichnet den vorhandenen Bestand. Sie vermeidet die frühere bloße Aufzählung von Autorennamen. Die in Abschnitt 1 bestimmte Beitragsperiode bleibt maßgeblich; ein später veröffentlichter Bericht ist verwendbar, wenn er passende frühere Inhalte untersucht. Ein Bericht über spätere Sendungen ist dagegen nur mit einer zusätzlichen Begründung als Vergleichsmaterial heranzuziehen.</w:t>
      </w:r>
    </w:p>
    <w:tbl>
      <w:tblPr>
        <w:tblW w:type="auto" w:w="0"/>
        <w:jc w:val="center"/>
        <w:tblLayout w:type="fixed"/>
        <w:tblLook w:firstColumn="1" w:firstRow="1" w:lastColumn="0" w:lastRow="0" w:noHBand="0" w:noVBand="1" w:val="04A0"/>
      </w:tblPr>
      <w:tblGrid>
        <w:gridCol w:w="1247"/>
        <w:gridCol w:w="2665"/>
        <w:gridCol w:w="2551"/>
        <w:gridCol w:w="2494"/>
      </w:tblGrid>
      <w:tr>
        <w:trPr>
          <w:tblHeader/>
          <w:cantSplit/>
        </w:trPr>
        <w:tc>
          <w:tcPr>
            <w:tcW w:type="dxa" w:w="124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Quelle</w:t>
            </w:r>
          </w:p>
        </w:tc>
        <w:tc>
          <w:tcPr>
            <w:tcW w:type="dxa" w:w="266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Tatsächlicher Gegenstand</w:t>
            </w:r>
          </w:p>
        </w:tc>
        <w:tc>
          <w:tcPr>
            <w:tcW w:type="dxa" w:w="255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Umfang / Abdeckung</w:t>
            </w:r>
          </w:p>
        </w:tc>
        <w:tc>
          <w:tcPr>
            <w:tcW w:type="dxa" w:w="249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Funktion hier</w:t>
            </w:r>
          </w:p>
        </w:tc>
      </w:tr>
      <w:tr>
        <w:trPr>
          <w:cantSplit/>
        </w:trPr>
        <w:tc>
          <w:tcPr>
            <w:tcW w:type="dxa" w:w="124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S06 Müller</w:t>
            </w:r>
          </w:p>
        </w:tc>
        <w:tc>
          <w:tcPr>
            <w:tcW w:type="dxa" w:w="26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Themen und Behandlung von Corona in Tagesschau 20 Uhr</w:t>
            </w:r>
          </w:p>
        </w:tc>
        <w:tc>
          <w:tcPr>
            <w:tcW w:type="dxa" w:w="255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2.144 Beiträge; davon 772 Corona; Jan.-Aug. 2020</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Historischer, inhaltlich bestimmter Teilkorpus</w:t>
            </w:r>
          </w:p>
        </w:tc>
      </w:tr>
      <w:tr>
        <w:trPr>
          <w:cantSplit/>
        </w:trPr>
        <w:tc>
          <w:tcPr>
            <w:tcW w:type="dxa" w:w="124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S07 Glashaus</w:t>
            </w:r>
          </w:p>
        </w:tc>
        <w:tc>
          <w:tcPr>
            <w:tcW w:type="dxa" w:w="26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Gekennzeichnete Tagesthemen-Kommentare</w:t>
            </w:r>
          </w:p>
        </w:tc>
        <w:tc>
          <w:tcPr>
            <w:tcW w:type="dxa" w:w="255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2.911 Segmente aus 5.597 Folgen; 2010-2025</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Langfristige Auswahlstruktur; Validierung getrennt</w:t>
            </w:r>
          </w:p>
        </w:tc>
      </w:tr>
      <w:tr>
        <w:trPr>
          <w:cantSplit/>
        </w:trPr>
        <w:tc>
          <w:tcPr>
            <w:tcW w:type="dxa" w:w="124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S08 O-Ton</w:t>
            </w:r>
          </w:p>
        </w:tc>
        <w:tc>
          <w:tcPr>
            <w:tcW w:type="dxa" w:w="26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Erkannte Namens-/Parteizeilen in vier Nachrichtenformaten</w:t>
            </w:r>
          </w:p>
        </w:tc>
        <w:tc>
          <w:tcPr>
            <w:tcW w:type="dxa" w:w="255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763 Ausgaben; 1.955 Einbindungen; unterschiedliche Zeitfenster</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Deskriptive Sichtbarkeit und konkrete Abrufbegrenzungen</w:t>
            </w:r>
          </w:p>
        </w:tc>
      </w:tr>
      <w:tr>
        <w:trPr>
          <w:cantSplit/>
        </w:trPr>
        <w:tc>
          <w:tcPr>
            <w:tcW w:type="dxa" w:w="124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E10 Maurer/Haßler/Jost</w:t>
            </w:r>
          </w:p>
        </w:tc>
        <w:tc>
          <w:tcPr>
            <w:tcW w:type="dxa" w:w="26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Ukraine-Berichterstattung in acht Medien</w:t>
            </w:r>
          </w:p>
        </w:tc>
        <w:tc>
          <w:tcPr>
            <w:tcW w:type="dxa" w:w="255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4.292 Beiträge; 24.02.-31.05.2022</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Originale quantitative Untersuchung; Medienunterschiede</w:t>
            </w:r>
          </w:p>
        </w:tc>
      </w:tr>
      <w:tr>
        <w:trPr>
          <w:cantSplit/>
        </w:trPr>
        <w:tc>
          <w:tcPr>
            <w:tcW w:type="dxa" w:w="124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S10 Jeitner</w:t>
            </w:r>
          </w:p>
        </w:tc>
        <w:tc>
          <w:tcPr>
            <w:tcW w:type="dxa" w:w="266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Vergleiche mehrerer Themenfelder</w:t>
            </w:r>
          </w:p>
        </w:tc>
        <w:tc>
          <w:tcPr>
            <w:tcW w:type="dxa" w:w="255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42-seitige Ausarbeitung, 12.04.2025</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Benannte Vergleichsansätze, nicht eigenständiger Gesamtzensus</w:t>
            </w:r>
          </w:p>
        </w:tc>
      </w:tr>
      <w:tr>
        <w:trPr>
          <w:cantSplit/>
        </w:trPr>
        <w:tc>
          <w:tcPr>
            <w:tcW w:type="dxa" w:w="124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D01-D03 / E21</w:t>
            </w:r>
          </w:p>
        </w:tc>
        <w:tc>
          <w:tcPr>
            <w:tcW w:type="dxa" w:w="266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Beschwerdevorgänge und bestimmter Kontrollfall</w:t>
            </w:r>
          </w:p>
        </w:tc>
        <w:tc>
          <w:tcPr>
            <w:tcW w:type="dxa" w:w="255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4.086 Zeilen; drei gezielte Gruppen</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Technisch geprüfte Aktivität, fallbezogene Ergebnisquellen</w:t>
            </w:r>
          </w:p>
        </w:tc>
      </w:tr>
    </w:tbl>
    <w:p>
      <w:pPr>
        <w:spacing w:after="0"/>
      </w:pPr>
    </w:p>
    <w:p>
      <w:r>
        <w:t>Die Arbeiten werden nicht als voneinander unabhängige Bestätigung gezählt, soweit sie dasselbe Ausgangsmaterial erneut referieren. Das V-Gutachten und das Kurzgutachten schaffen insbesondere keine zusätzlichen Sendungsbeobachtungen dadurch, dass sie Müller, Jeitner oder andere Studien besprechen. Ihre Funktion liegt in der rechtlichen und methodischen Verbindung. Die Tatsachenfundstellen bleiben die bezeichneten Originaluntersuchungen.</w:t>
      </w:r>
    </w:p>
    <w:p>
      <w:pPr>
        <w:pStyle w:val="Heading2"/>
      </w:pPr>
      <w:r>
        <w:t>2.3 Müller: Untersuchungsrahmen und vollständig bezeichnete Zählgrundlage</w:t>
      </w:r>
    </w:p>
    <w:p>
      <w:r>
        <w:t>Die gutachterliche Stellungnahme von Prof. Dr. Werner Müller vom 3. März 2026 untersucht die 20-Uhr-Tagesschau vom 1. Januar bis zum 31. August 2020. Die Arbeit besteht nicht nur aus einer zusammenfassenden Wertung. Sie enthält eine Sendungsthemenliste und gesonderte Datentabellen zu den Abbildungen. Der quantitativ beschriebene Ausschnitt umfasst 2.144 Beiträge. Davon ordnet der Verfasser 772 dem Thema Corona, 606 dem Inland, 610 dem Ausland, 106 dem Sport und 50 den Nachrufen zu. Diese Zahlen werden als Angaben der Originalarbeit eingeführt; eine vollständige erneute Sichtung aller Ursprungsvideos wird nicht behauptet. [S06, PDF-S. 6; Dokumentation ab PDF-S. 27]</w:t>
      </w:r>
    </w:p>
    <w:p>
      <w:r>
        <w:t>Innerhalb der 772 Corona-Beiträge verwendet die Arbeit sieben Kategorien. Die Anteile der nachfolgenden Tabelle sind in dieser Fassung aus den angegebenen absoluten Werten nachgerechnet. Die Summe der Kategorien beträgt 772; dadurch ist die rechnerische Abgrenzung dieses Teilkorpus nachvollziehbar. Eine methodische Bestätigung der ursprünglichen Kategorienzuordnung ist mit dieser Addition nicht verbunden.</w:t>
      </w:r>
    </w:p>
    <w:tbl>
      <w:tblPr>
        <w:tblW w:type="auto" w:w="0"/>
        <w:jc w:val="center"/>
        <w:tblLayout w:type="fixed"/>
        <w:tblLook w:firstColumn="1" w:firstRow="1" w:lastColumn="0" w:lastRow="0" w:noHBand="0" w:noVBand="1" w:val="04A0"/>
      </w:tblPr>
      <w:tblGrid>
        <w:gridCol w:w="4649"/>
        <w:gridCol w:w="1701"/>
        <w:gridCol w:w="2608"/>
      </w:tblGrid>
      <w:tr>
        <w:trPr>
          <w:tblHeader/>
          <w:cantSplit/>
        </w:trPr>
        <w:tc>
          <w:tcPr>
            <w:tcW w:type="dxa" w:w="464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Kategorie nach S06</w:t>
            </w:r>
          </w:p>
        </w:tc>
        <w:tc>
          <w:tcPr>
            <w:tcW w:type="dxa" w:w="170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Berichtete Anzahl</w:t>
            </w:r>
          </w:p>
        </w:tc>
        <w:tc>
          <w:tcPr>
            <w:tcW w:type="dxa" w:w="260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Nachgerechnet: Anteil an 772</w:t>
            </w:r>
          </w:p>
        </w:tc>
      </w:tr>
      <w:tr>
        <w:trPr>
          <w:cantSplit/>
        </w:trPr>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Maßnahmen</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224</w:t>
            </w:r>
          </w:p>
        </w:tc>
        <w:tc>
          <w:tcPr>
            <w:tcW w:type="dxa" w:w="260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29,02 %</w:t>
            </w:r>
          </w:p>
        </w:tc>
      </w:tr>
      <w:tr>
        <w:trPr>
          <w:cantSplit/>
        </w:trPr>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Gefahr</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113</w:t>
            </w:r>
          </w:p>
        </w:tc>
        <w:tc>
          <w:tcPr>
            <w:tcW w:type="dxa" w:w="260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14,64 %</w:t>
            </w:r>
          </w:p>
        </w:tc>
      </w:tr>
      <w:tr>
        <w:trPr>
          <w:cantSplit/>
        </w:trPr>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Ausland</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219</w:t>
            </w:r>
          </w:p>
        </w:tc>
        <w:tc>
          <w:tcPr>
            <w:tcW w:type="dxa" w:w="260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28,37 %</w:t>
            </w:r>
          </w:p>
        </w:tc>
      </w:tr>
      <w:tr>
        <w:trPr>
          <w:cantSplit/>
        </w:trPr>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Proteste</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30</w:t>
            </w:r>
          </w:p>
        </w:tc>
        <w:tc>
          <w:tcPr>
            <w:tcW w:type="dxa" w:w="260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3,89 %</w:t>
            </w:r>
          </w:p>
        </w:tc>
      </w:tr>
      <w:tr>
        <w:trPr>
          <w:cantSplit/>
        </w:trPr>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Diskussion</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48</w:t>
            </w:r>
          </w:p>
        </w:tc>
        <w:tc>
          <w:tcPr>
            <w:tcW w:type="dxa" w:w="260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6,22 %</w:t>
            </w:r>
          </w:p>
        </w:tc>
      </w:tr>
      <w:tr>
        <w:trPr>
          <w:cantSplit/>
        </w:trPr>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Wirtschaft und Hilfen</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121</w:t>
            </w:r>
          </w:p>
        </w:tc>
        <w:tc>
          <w:tcPr>
            <w:tcW w:type="dxa" w:w="260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15,67 %</w:t>
            </w:r>
          </w:p>
        </w:tc>
      </w:tr>
      <w:tr>
        <w:trPr>
          <w:cantSplit/>
        </w:trPr>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Impfung etc.</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w:t>
            </w:r>
          </w:p>
        </w:tc>
        <w:tc>
          <w:tcPr>
            <w:tcW w:type="dxa" w:w="260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2,20 %</w:t>
            </w:r>
          </w:p>
        </w:tc>
      </w:tr>
      <w:tr>
        <w:trPr>
          <w:cantSplit/>
        </w:trPr>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772</w:t>
            </w:r>
          </w:p>
        </w:tc>
        <w:tc>
          <w:tcPr>
            <w:tcW w:type="dxa" w:w="260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100,00 %</w:t>
            </w:r>
          </w:p>
        </w:tc>
      </w:tr>
    </w:tbl>
    <w:p>
      <w:pPr>
        <w:spacing w:after="0"/>
      </w:pPr>
    </w:p>
    <w:p>
      <w:r>
        <w:t>Die Zusammenfassung der Stellungnahme nennt zugleich einen Corona-Anteil von 34 Prozent. Aus 772 dividiert durch 2.144 ergeben sich dagegen rund 36,0 Prozent. Diese Abweichung wird ausdrücklich offengelegt. Sie lässt sich ohne Erläuterung des Verfassers nicht durch ein stilles Ersetzen des einen Wertes beseitigen. Für die hiesige Darlegung werden deshalb die bezeichneten absoluten Zahlen und die daraus berechneten Anteile verwendet; der abweichende Zusammenfassungswert wird nicht als bestätigte Kennzahl weitergetragen. [S06, PDF-S. 4 und 6]</w:t>
      </w:r>
    </w:p>
    <w:p>
      <w:r>
        <w:t>Der Erkenntnisgewinn besteht bereits darin, dass die Arbeit den damaligen Themenraum in einen benannten Korpus und nachvollziehbare Teilmengen zerlegt. Der Vortrag richtet sich nicht auf das unbestimmte Empfinden, Corona sei zu häufig vorgekommen. Er richtet sich auf die Frage, wie innerhalb eines umfangreichen Themenblocks Informationen, Gegenargumente und Einordnungen verteilt waren. Die Häufigkeit des Themas allein entscheidet diese Frage noch nicht.</w:t>
      </w:r>
    </w:p>
    <w:p>
      <w:pPr>
        <w:pStyle w:val="Heading2"/>
      </w:pPr>
      <w:r>
        <w:t>2.4 Müller: konkrete positive Befunde und ihre begrenzte Übernahme</w:t>
      </w:r>
    </w:p>
    <w:p>
      <w:r>
        <w:t>Der Verfasser unterscheidet selbst zwischen bloßer Information über geltende Maßnahmen und einer einseitigen Behandlung der Kontroverse. Zu den 224 Maßnahmenbeiträgen führt er aus, die Wiedergabe amtlicher Regeln und ihrer Begründung könne in diesem Zusammenhang angemessen sein. Dies ist ein wesentlicher Bestandteil der Originalargumentation: Nicht jeder Bezug auf amtliche Quellen wird bereits als Fehler behandelt. [S06, PDF-S. 9, Abschn. 2.1]</w:t>
      </w:r>
    </w:p>
    <w:p>
      <w:r>
        <w:t>Seine weitergehende Kritik betrifft vor allem die Auswahl der Quellen im Gefahrenblock, die Darstellung unterschiedlicher Vorgehensweisen im Ausland und den Inhalt der als Diskussion erfassten Beiträge. Für den Auslandsblock behauptet die Arbeit beispielsweise, dass innerhalb der 219 gezählten Beiträge kein Beitrag das dort als Gegenmodell bezeichnete Schweden behandelt habe. Das ist eine bestimmte negative Tatsachenbehauptung zu einem bestimmbaren Korpus, nicht lediglich ein Werturteil. Sie bedarf des Abgleichs mit den betreffenden Beiträgen; die weitreichenden Deutungen des Verfassers zu den redaktionellen Motiven werden davon getrennt. [S06, PDF-S. 9-10]</w:t>
      </w:r>
    </w:p>
    <w:p>
      <w:r>
        <w:t>Die Kategorien Diskussion und Proteste umfassen nach der Arbeit zusammen 78 Beiträge. Die Größe dieser Teilmenge belegt nicht, dass Kritik in den übrigen Kategorien fehlte. Sie bezeichnet aber einen handhabbaren Prüfbestand: Es kann untersucht werden, welche konkrete Kritik darin vorgestellt wurde, ob sie argumentativ wiedergegeben oder nur als Ereignis erwähnt wurde und ob Gegeneinwände sachlich zutrafen. Eine Aufklärung lässt sich damit auf bestimmte Inhalte richten, statt ein Gutachten zur allgemeinen Frage zu verlangen, ob der Rundfunk einseitig sei.</w:t>
      </w:r>
    </w:p>
    <w:p>
      <w:r>
        <w:t>Die Klägerseite macht sich nicht sämtliche medizinischen, epidemiologischen oder kausalen Aussagen der Stellungnahme zu eigen. Ob eine damals diskutierte Behauptung fachlich tragfähig war, muss anhand des damaligen Erkenntnisstands und geeigneter Fachquellen beurteilt werden. Die medienbezogene Frage ist, ob relevante tatsächliche Kontroversen zutreffend dargestellt wurden. Sie ist nicht gleichbedeutend mit dem Anspruch, jede fachlich nicht abgesicherte Gegenbehauptung gleichgewichtig zu verbreiten.</w:t>
      </w:r>
    </w:p>
    <w:p>
      <w:r>
        <w:t>Aus diesen Befunden ergibt sich ein bestimmter Aufklärungsgegenstand: die Nachprüfung der Kategorienzuordnung und der behaupteten Perspektivenverengung im bezeichneten historischen Teilkorpus. Nicht abgeleitet wird bereits ein Befund zu allen Anstalten, allen Medienarten oder beliebigen späteren Beitragsjahren. Das Ende im August 2020 lässt eine zeitliche Lücke gegenüber einer mindestens zweijährigen Gesamtbetrachtung offen. Diese Lücke wird in der Zeitmatrix sichtbar gemacht und nicht durch die Seitenzahl der Stellungnahme verdeckt.</w:t>
      </w:r>
    </w:p>
    <w:p>
      <w:pPr>
        <w:pStyle w:val="Heading2"/>
      </w:pPr>
      <w:r>
        <w:t>2.5 Glashaus: langjähriger Korpus statt einzelner Kommentar</w:t>
      </w:r>
    </w:p>
    <w:p>
      <w:r>
        <w:t>Das Whitepaper der Glashaus Technologies gGmbH i.G. vom 25. Juni 2026 beschreibt eine Auswertung von 5.597 Tagesthemen-Folgen im Zeitraum vom 26. April 2010 bis zum 13. November 2025. Darin wurden 2.911 verifizierte Kommentarsegmente erfasst, aus denen 16.226 gültige Einzelbewertungen zu den jeweils zugeordneten Wahlprogrammen entstanden. Die 16.226 Werte sind keine ebenso große Zahl voneinander unabhängiger Kommentare: Ein Kommentar kann mehrere Referenzbewertungen erzeugen. Nachrichtenbeiträge sind ausdrücklich nicht Gegenstand dieser Arbeit. [S07, S. 1-2 und 6-7]</w:t>
      </w:r>
    </w:p>
    <w:p>
      <w:r>
        <w:t>Die Klägerseite führt damit einen über viele Jahre abgegrenzten redaktionellen Auswahlbestand ein. Für die gegenständliche Einordnung ist entscheidend, dass institutionell verantwortete Meinungsbeiträge untersucht werden. Die Zulässigkeit einer erkennbar als Meinung gekennzeichneten Einzeläußerung beantwortet nicht automatisch die andere Frage, welche Bandbreite die Gesamtheit der ausgewählten Kommentare über längere Zeit aufweist. Diese Aggregationsfrage ist vom Anspruch auf einen neutralen Einzelkommentar zu unterscheiden.</w:t>
      </w:r>
    </w:p>
    <w:p>
      <w:r>
        <w:t>Die Originalarbeit weist zehn Themenkategorien aus. Ihre Verteilung ist im Schriftsatz wiedergegeben, weil sie den tatsächlichen Untersuchungsgegenstand besser beschreibt als die bloße Zahl von 2.911 Kommentaren. Die Zahlen der Tabelle stammen aus Anhang C des Whitepapers; die Summen wurden nachgerechnet.</w:t>
      </w:r>
    </w:p>
    <w:tbl>
      <w:tblPr>
        <w:tblW w:type="auto" w:w="0"/>
        <w:jc w:val="center"/>
        <w:tblLayout w:type="fixed"/>
        <w:tblLook w:firstColumn="1" w:firstRow="1" w:lastColumn="0" w:lastRow="0" w:noHBand="0" w:noVBand="1" w:val="04A0"/>
      </w:tblPr>
      <w:tblGrid>
        <w:gridCol w:w="5216"/>
        <w:gridCol w:w="1701"/>
        <w:gridCol w:w="2041"/>
      </w:tblGrid>
      <w:tr>
        <w:trPr>
          <w:tblHeader/>
          <w:cantSplit/>
        </w:trPr>
        <w:tc>
          <w:tcPr>
            <w:tcW w:type="dxa" w:w="5216"/>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Themenfeld nach S07</w:t>
            </w:r>
          </w:p>
        </w:tc>
        <w:tc>
          <w:tcPr>
            <w:tcW w:type="dxa" w:w="170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Segmente gesamt</w:t>
            </w:r>
          </w:p>
        </w:tc>
        <w:tc>
          <w:tcPr>
            <w:tcW w:type="dxa" w:w="204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Davon Wahlkampffenster</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Außenpolitik und Verteidigung</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620</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43</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Wirtschaft und Arbeitsmarkt</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352</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17</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Migration und Asyl</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279</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Justiz, innere Sicherheit und Polizei</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279</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12</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Gesellschaft und Bildung</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136</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9</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Soziales, Rente und Gesundheit</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133</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8</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Klima und Energie</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133</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Steuern und Finanzen</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63</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Bürgerrechte und Datenschutz</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37</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w:t>
            </w:r>
          </w:p>
        </w:tc>
      </w:tr>
      <w:tr>
        <w:trPr>
          <w:cantSplit/>
        </w:trPr>
        <w:tc>
          <w:tcPr>
            <w:tcW w:type="dxa" w:w="5216"/>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Sonstiges</w:t>
            </w:r>
          </w:p>
        </w:tc>
        <w:tc>
          <w:tcPr>
            <w:tcW w:type="dxa" w:w="170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879</w:t>
            </w:r>
          </w:p>
        </w:tc>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53</w:t>
            </w:r>
          </w:p>
        </w:tc>
      </w:tr>
      <w:tr>
        <w:trPr>
          <w:cantSplit/>
        </w:trPr>
        <w:tc>
          <w:tcPr>
            <w:tcW w:type="dxa" w:w="5216"/>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70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2911</w:t>
            </w:r>
          </w:p>
        </w:tc>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178</w:t>
            </w:r>
          </w:p>
        </w:tc>
      </w:tr>
    </w:tbl>
    <w:p>
      <w:pPr>
        <w:spacing w:after="0"/>
      </w:pPr>
    </w:p>
    <w:p>
      <w:r>
        <w:t>Die Restkategorie umfasst 879 Segmente und damit rund 30,2 Prozent des Korpus. Die Themenverteilung hat Folgen für die Verwendung: Ein Gesamtmittel wird erheblich von der Mischung unterschiedlicher Sachgebiete beeinflusst. Eine abweichende Kommentierung in einem einzelnen Feld kann darin verdeckt oder durch eine geänderte Themenmischung scheinbar erzeugt werden. Die von der Arbeit getrennt dargestellten Themen sind deshalb keine dekorative Ergänzung, sondern für eine sachgerechte Interpretation wesentlich.</w:t>
      </w:r>
    </w:p>
    <w:p>
      <w:pPr>
        <w:pStyle w:val="Heading2"/>
      </w:pPr>
      <w:r>
        <w:t>2.6 Glashaus: Messverfahren, berichtetes Ergebnis und gerichtliche Bedeutung</w:t>
      </w:r>
    </w:p>
    <w:p>
      <w:r>
        <w:t>Die beschriebene Verarbeitung umfasst die Identifikation des Kommentarsegments, die thematische Zuordnung, den Abgleich mit dem zum Sendungsdatum aktiven Referenzprogramm und die Bewertung durch mehrere Sprachmodelle. Das Verfahren misst inhaltliche Nähe zu Referenztexten. Es misst nicht unmittelbar Wahrheit, journalistische Sorgfalt oder die gesamte Meinungsvielfalt des Rundfunks. Die Originalarbeit berichtet ein zeitlich stabiles asymmetrisches Muster innerhalb dieses Messmodells. Im Schriftsatz wird daraus weder eine normative Parteienrangfolge noch ein Nachweis politischer Steuerung gemacht. [S07, S. 7 und 12-14]</w:t>
      </w:r>
    </w:p>
    <w:p>
      <w:r>
        <w:t>Der konkret nutzbare Befund liegt in der behaupteten zeitlichen Stabilität eines mit denselben Regeln untersuchten Auswahlbestands. Das unterscheidet die Arbeit von einer Liste weniger auffälliger Kommentare. Ihre gerichtliche Verwendung setzt aber voraus, dass der Messwert tatsächlich dasjenige Merkmal erfasst, aus dem der rechtliche Schluss gezogen werden soll. Eine hohe semantische Übereinstimmung mit einem Referenzprogramm kann schon durch die behandelte Sachfrage entstehen. Sie beweist nicht, dass eine Redaktion sich an einer Partei orientiert hat.</w:t>
      </w:r>
    </w:p>
    <w:p>
      <w:r>
        <w:t>Die Referenzprogramme wechseln zudem über die Jahre. Eine Veränderung des Messwerts kann auf veränderte Kommentare, veränderte Referenztexte oder deren Zusammenspiel zurückgehen. Die Originalarbeit regelt diese Zuordnung sendungsbezogen und weist für eine erst später einbezogene Partei einen abweichenden Beginn aus. Damit ist für einen historischen Vergleich die Zahl der jeweils gültigen Referenzbewertungen zu kontrollieren. Ungültige oder mangels Referenz fehlende Werte dürfen nicht wie eine inhaltlich neutrale Beobachtung gerechnet werden. [S07, Anhang A.2 und B]</w:t>
      </w:r>
    </w:p>
    <w:p>
      <w:r>
        <w:t>Die Originalarbeit verwendet Nullwerte zugleich für fehlenden erkennbaren Programmbezug beziehungsweise einen konservativen Fehlermodus. Für die gerichtliche Interpretation muss daher geklärt werden, ob ein Nullwert einen sachlichen Nichtbezug oder einen technischen Nichterfolg bezeichnet. Werden beide vermischt, kann sich der Eindruck eines durchschnittlich neutralen Kommentars ergeben, obwohl der Messvorgang nur keine Zuordnung ermöglichte. Dieser Punkt ist ein konkret benanntes Validierungsthema, nicht der pauschale Einwand, KI könne grundsätzlich keine Inhalte analysieren.</w:t>
      </w:r>
    </w:p>
    <w:p>
      <w:r>
        <w:t>Die Klägerseite verlangt deshalb keine gerichtliche Übernahme des Bewertungssystems. Sie regt dessen fachliche Einordnung im Hinblick auf einen bestimmten historischen Ausschnitt an: Eignen sich die Segmentauswahl und Referenzzuordnung dazu, die Bandbreite institutionell ausgewählter Standpunkte zu beschreiben, und welche zusätzliche menschliche Kodierung ist notwendig, um aus dem technischen Ergebnis eine belastbare Aussage über Perspektivenvielfalt abzuleiten? Die Antwort ist eine sachverständige Methodenfrage; die Rechtsfolge bleibt dem Gericht vorbehalten.</w:t>
      </w:r>
    </w:p>
    <w:p>
      <w:pPr>
        <w:pStyle w:val="Heading2"/>
      </w:pPr>
      <w:r>
        <w:t>2.7 Glashaus: bereits enthaltene Kontrollen und noch nicht nachgewiesene Validierung</w:t>
      </w:r>
    </w:p>
    <w:p>
      <w:r>
        <w:t>Im Anhang sind unter anderem ein 180-Tage-Rollfenster mit mindestens 15 Folgen sowie ein Bootstrap-Verfahren mit 2.000 Wiederholungen und festem Startwert dokumentiert. Das macht bestimmte Rechenschritte beschreibbar. Ein statistisches Unsicherheitsverfahren kann jedoch nur die Unsicherheit unter seinen Modellannahmen behandeln. Ein systematischer Fehler der Segmenterkennung oder der inhaltlichen Bewertungsregel wird nicht dadurch beseitigt, dass auf denselben Werten viele Wiederholungsrechnungen ausgeführt werden. [S07, S. 14]</w:t>
      </w:r>
    </w:p>
    <w:p>
      <w:r>
        <w:t>Die Arbeit nennt 178 Kommentarsegmente in ihren Wahlkampffenstern gegenüber 2.733 außerhalb. Für den Gesamtvergleich erklärt sie die statistische Belastbarkeit selbst für eingeschränkt. Ein allgemeiner Wahleinfluss wird daraus in dieser Klage nicht abgeleitet. Die Wahlkampfabgrenzung dient hier lediglich der Beschreibung des Untersuchungsdesigns und einer möglichen Quelle unterschiedlicher Ereignislagen.</w:t>
      </w:r>
    </w:p>
    <w:p>
      <w:r>
        <w:t>Die vom Whitepaper selbst genannte fehlende unabhängige Kalibrierung der Modelle wird beibehalten. Eine Ensemble-Auswertung kann Zufallsschwankungen einzelner Modelle reduzieren; sie schließt gemeinsame systematische Fehler nicht aus. Die erforderliche Anschlussprüfung ist konkret: Eine nach offengelegter Regel ausgewählte Menge von Kommentaren ist am Ursprungstext beziehungsweise Video durch fachkundige Menschen zu kodieren. Anschließend sind die Modellzuordnungen mit dieser unabhängigen Kodierung zu vergleichen. Weder die Durchführung einer solchen neuen Kontrolle noch deren Ergebnis wird vorgetäuscht.</w:t>
      </w:r>
    </w:p>
    <w:p>
      <w:r>
        <w:t>Der Langzeitkorpus ist damit ein realer Erkenntnisbestand, nicht ein Beweis jeder aus ihm denkbaren Schlussfolgerung. Für das Verfahren liefert er einen konkret bezeichneten Untersuchungsansatz zu institutioneller Kommentarauswahl. Die noch benötigten Dateien sind Segmentliste, Zuordnung der Referenzprogramme, Bewertungsanweisungen, Modellspezifikationen und Einzelwerte im passenden Zeitraum. Das in Abschnitt 4 beschriebene Beweisangebot knüpft an genau diese Arbeitsschritte an.</w:t>
      </w:r>
    </w:p>
    <w:p>
      <w:pPr>
        <w:pStyle w:val="Heading2"/>
      </w:pPr>
      <w:r>
        <w:t>2.8 O-Ton-Bericht: tatsächliche Korpora und absolute Ergebnisse</w:t>
      </w:r>
    </w:p>
    <w:p>
      <w:r>
        <w:t>Der technische Bericht mit Dokumentstand 16. September 2026 untersucht O-Ton-Einbindungen mit erkannter Parteizuordnung in vier Nachrichtensendungen. Seine eigenen Tabellen weisen insgesamt 763 ausgewertete Ausgaben mit 1.955 Einbindungen aus. Diese beiden Summen sind hier aus den vier berichteten Teilmengen nachgerechnet. Die Teilmengen haben sehr unterschiedliche zeitliche Abdeckungen und werden deshalb nicht zu einer gemeinsamen Repräsentativitätsbehauptung zusammengezogen. [S08, S. 3-10]</w:t>
      </w:r>
    </w:p>
    <w:tbl>
      <w:tblPr>
        <w:tblW w:type="auto" w:w="0"/>
        <w:jc w:val="center"/>
        <w:tblLayout w:type="fixed"/>
        <w:tblLook w:firstColumn="1" w:firstRow="1" w:lastColumn="0" w:lastRow="0" w:noHBand="0" w:noVBand="1" w:val="04A0"/>
      </w:tblPr>
      <w:tblGrid>
        <w:gridCol w:w="2721"/>
        <w:gridCol w:w="1020"/>
        <w:gridCol w:w="1757"/>
        <w:gridCol w:w="3458"/>
      </w:tblGrid>
      <w:tr>
        <w:trPr>
          <w:tblHeader/>
          <w:cantSplit/>
        </w:trPr>
        <w:tc>
          <w:tcPr>
            <w:tcW w:type="dxa" w:w="272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Format</w:t>
            </w:r>
          </w:p>
        </w:tc>
        <w:tc>
          <w:tcPr>
            <w:tcW w:type="dxa" w:w="1020"/>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Ausgaben</w:t>
            </w:r>
          </w:p>
        </w:tc>
        <w:tc>
          <w:tcPr>
            <w:tcW w:type="dxa" w:w="175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Einbindungen</w:t>
            </w:r>
          </w:p>
        </w:tc>
        <w:tc>
          <w:tcPr>
            <w:tcW w:type="dxa" w:w="345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Im Bericht genannter Zeitraum</w:t>
            </w:r>
          </w:p>
        </w:tc>
      </w:tr>
      <w:tr>
        <w:trPr>
          <w:cantSplit/>
        </w:trPr>
        <w:tc>
          <w:tcPr>
            <w:tcW w:type="dxa" w:w="272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Tagesschau 20 Uhr</w:t>
            </w:r>
          </w:p>
        </w:tc>
        <w:tc>
          <w:tcPr>
            <w:tcW w:type="dxa" w:w="1020"/>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354</w:t>
            </w:r>
          </w:p>
        </w:tc>
        <w:tc>
          <w:tcPr>
            <w:tcW w:type="dxa" w:w="175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780</w:t>
            </w:r>
          </w:p>
        </w:tc>
        <w:tc>
          <w:tcPr>
            <w:tcW w:type="dxa" w:w="345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03.09.2025-03.09.2026</w:t>
            </w:r>
          </w:p>
        </w:tc>
      </w:tr>
      <w:tr>
        <w:trPr>
          <w:cantSplit/>
        </w:trPr>
        <w:tc>
          <w:tcPr>
            <w:tcW w:type="dxa" w:w="272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ZDF heute 19 Uhr</w:t>
            </w:r>
          </w:p>
        </w:tc>
        <w:tc>
          <w:tcPr>
            <w:tcW w:type="dxa" w:w="1020"/>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364</w:t>
            </w:r>
          </w:p>
        </w:tc>
        <w:tc>
          <w:tcPr>
            <w:tcW w:type="dxa" w:w="175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1049</w:t>
            </w:r>
          </w:p>
        </w:tc>
        <w:tc>
          <w:tcPr>
            <w:tcW w:type="dxa" w:w="345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03.09.2025-03.09.2026</w:t>
            </w:r>
          </w:p>
        </w:tc>
      </w:tr>
      <w:tr>
        <w:trPr>
          <w:cantSplit/>
        </w:trPr>
        <w:tc>
          <w:tcPr>
            <w:tcW w:type="dxa" w:w="272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BR24 18:30 Uhr</w:t>
            </w:r>
          </w:p>
        </w:tc>
        <w:tc>
          <w:tcPr>
            <w:tcW w:type="dxa" w:w="1020"/>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19</w:t>
            </w:r>
          </w:p>
        </w:tc>
        <w:tc>
          <w:tcPr>
            <w:tcW w:type="dxa" w:w="175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60</w:t>
            </w:r>
          </w:p>
        </w:tc>
        <w:tc>
          <w:tcPr>
            <w:tcW w:type="dxa" w:w="345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19.11.2025 sowie 17.08.-03.09.2026</w:t>
            </w:r>
          </w:p>
        </w:tc>
      </w:tr>
      <w:tr>
        <w:trPr>
          <w:cantSplit/>
        </w:trPr>
        <w:tc>
          <w:tcPr>
            <w:tcW w:type="dxa" w:w="272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hessenschau 19:30 Uhr</w:t>
            </w:r>
          </w:p>
        </w:tc>
        <w:tc>
          <w:tcPr>
            <w:tcW w:type="dxa" w:w="1020"/>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26</w:t>
            </w:r>
          </w:p>
        </w:tc>
        <w:tc>
          <w:tcPr>
            <w:tcW w:type="dxa" w:w="175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66</w:t>
            </w:r>
          </w:p>
        </w:tc>
        <w:tc>
          <w:tcPr>
            <w:tcW w:type="dxa" w:w="345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19.08.-17.09.2026; vier weitere Abrufe gesperrt</w:t>
            </w:r>
          </w:p>
        </w:tc>
      </w:tr>
      <w:tr>
        <w:trPr>
          <w:cantSplit/>
        </w:trPr>
        <w:tc>
          <w:tcPr>
            <w:tcW w:type="dxa" w:w="272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Summe der ungleichen Korpora</w:t>
            </w:r>
          </w:p>
        </w:tc>
        <w:tc>
          <w:tcPr>
            <w:tcW w:type="dxa" w:w="1020"/>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763</w:t>
            </w:r>
          </w:p>
        </w:tc>
        <w:tc>
          <w:tcPr>
            <w:tcW w:type="dxa" w:w="175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1955</w:t>
            </w:r>
          </w:p>
        </w:tc>
        <w:tc>
          <w:tcPr>
            <w:tcW w:type="dxa" w:w="345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Keine gemeinsame Vollabdeckung</w:t>
            </w:r>
          </w:p>
        </w:tc>
      </w:tr>
    </w:tbl>
    <w:p>
      <w:pPr>
        <w:spacing w:after="0"/>
      </w:pPr>
    </w:p>
    <w:p>
      <w:r>
        <w:t>Die folgende Tabelle gibt die absoluten berichteten Trefferzahlen alphabetisch nach Parteibezeichnung wieder. Sie ist eine Beschreibung des technischen Zählergebnisses, keine Bewertung von Parteien und keine Rangfolge journalistischer Angemessenheit. Ihre Spalten beziehen sich auf die jeweils vorstehend bezeichneten Korpora. Eine zeilenweise Addition über die vier unterschiedlich abgegrenzten Angebote wäre für eine Aussage zur Gesamtpräsenz methodisch nicht ohne Weiteres sinnvoll.</w:t>
      </w:r>
    </w:p>
    <w:tbl>
      <w:tblPr>
        <w:tblW w:type="auto" w:w="0"/>
        <w:jc w:val="center"/>
        <w:tblLayout w:type="fixed"/>
        <w:tblLook w:firstColumn="1" w:firstRow="1" w:lastColumn="0" w:lastRow="0" w:noHBand="0" w:noVBand="1" w:val="04A0"/>
      </w:tblPr>
      <w:tblGrid>
        <w:gridCol w:w="3061"/>
        <w:gridCol w:w="1474"/>
        <w:gridCol w:w="1474"/>
        <w:gridCol w:w="1304"/>
        <w:gridCol w:w="1644"/>
      </w:tblGrid>
      <w:tr>
        <w:trPr>
          <w:tblHeader/>
          <w:cantSplit/>
        </w:trPr>
        <w:tc>
          <w:tcPr>
            <w:tcW w:type="dxa" w:w="306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Parteibezeichnung</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Tagesschau</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ZDF heute</w:t>
            </w:r>
          </w:p>
        </w:tc>
        <w:tc>
          <w:tcPr>
            <w:tcW w:type="dxa" w:w="130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BR24</w:t>
            </w:r>
          </w:p>
        </w:tc>
        <w:tc>
          <w:tcPr>
            <w:tcW w:type="dxa" w:w="164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hessenschau</w:t>
            </w:r>
          </w:p>
        </w:tc>
      </w:tr>
      <w:tr>
        <w:trPr>
          <w:cantSplit/>
        </w:trPr>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AfD</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37</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88</w:t>
            </w:r>
          </w:p>
        </w:tc>
        <w:tc>
          <w:tcPr>
            <w:tcW w:type="dxa" w:w="130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w:t>
            </w:r>
          </w:p>
        </w:tc>
        <w:tc>
          <w:tcPr>
            <w:tcW w:type="dxa" w:w="164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w:t>
            </w:r>
          </w:p>
        </w:tc>
      </w:tr>
      <w:tr>
        <w:trPr>
          <w:cantSplit/>
        </w:trPr>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BSW</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20</w:t>
            </w:r>
          </w:p>
        </w:tc>
        <w:tc>
          <w:tcPr>
            <w:tcW w:type="dxa" w:w="130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64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Bündnis 90/Die Grünen</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104</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9</w:t>
            </w:r>
          </w:p>
        </w:tc>
        <w:tc>
          <w:tcPr>
            <w:tcW w:type="dxa" w:w="130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64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CDU/CSU</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547</w:t>
            </w:r>
          </w:p>
        </w:tc>
        <w:tc>
          <w:tcPr>
            <w:tcW w:type="dxa" w:w="130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39</w:t>
            </w:r>
          </w:p>
        </w:tc>
        <w:tc>
          <w:tcPr>
            <w:tcW w:type="dxa" w:w="164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w:t>
            </w:r>
          </w:p>
        </w:tc>
      </w:tr>
      <w:tr>
        <w:trPr>
          <w:cantSplit/>
        </w:trPr>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Die Linke</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65</w:t>
            </w:r>
          </w:p>
        </w:tc>
        <w:tc>
          <w:tcPr>
            <w:tcW w:type="dxa" w:w="130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64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w:t>
            </w:r>
          </w:p>
        </w:tc>
      </w:tr>
      <w:tr>
        <w:trPr>
          <w:cantSplit/>
        </w:trPr>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FDP</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18</w:t>
            </w:r>
          </w:p>
        </w:tc>
        <w:tc>
          <w:tcPr>
            <w:tcW w:type="dxa" w:w="130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64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w:t>
            </w:r>
          </w:p>
        </w:tc>
      </w:tr>
      <w:tr>
        <w:trPr>
          <w:cantSplit/>
        </w:trPr>
        <w:tc>
          <w:tcPr>
            <w:tcW w:type="dxa" w:w="306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SPD</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189</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302</w:t>
            </w:r>
          </w:p>
        </w:tc>
        <w:tc>
          <w:tcPr>
            <w:tcW w:type="dxa" w:w="130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w:t>
            </w:r>
          </w:p>
        </w:tc>
        <w:tc>
          <w:tcPr>
            <w:tcW w:type="dxa" w:w="164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14</w:t>
            </w:r>
          </w:p>
        </w:tc>
      </w:tr>
      <w:tr>
        <w:trPr>
          <w:cantSplit/>
        </w:trPr>
        <w:tc>
          <w:tcPr>
            <w:tcW w:type="dxa" w:w="306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780</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1049</w:t>
            </w:r>
          </w:p>
        </w:tc>
        <w:tc>
          <w:tcPr>
            <w:tcW w:type="dxa" w:w="130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60</w:t>
            </w:r>
          </w:p>
        </w:tc>
        <w:tc>
          <w:tcPr>
            <w:tcW w:type="dxa" w:w="164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66</w:t>
            </w:r>
          </w:p>
        </w:tc>
      </w:tr>
    </w:tbl>
    <w:p>
      <w:pPr>
        <w:spacing w:after="0"/>
      </w:pPr>
    </w:p>
    <w:p>
      <w:r>
        <w:t>Die Zahlen zeigen unter anderem, dass selbst zwischen den beiden großen, ähnlich datierten Nachrichtenkorpora erhebliche Unterschiede in einzelnen erkannten Einbindungszahlen bestehen. Gerade dieser Befund verlangt eine methodische Prüfung: Er kann auf tatsächliche Formatunterschiede, auf unterschiedliche Erkennungsverfahren oder auf beides zurückgehen. Eine vorschnelle inhaltliche Wertung würde diesen Befund nicht stärken, sondern seine Ursachenfrage überspringen.</w:t>
      </w:r>
    </w:p>
    <w:p>
      <w:pPr>
        <w:pStyle w:val="Heading2"/>
      </w:pPr>
      <w:r>
        <w:t>2.9 O-Ton-Bericht: zwei Erkennungswege und ihre Folgen</w:t>
      </w:r>
    </w:p>
    <w:p>
      <w:r>
        <w:t>Bei der Tagesschau werden farbig markierte WebVTT-Untertitel zu Kandidatensegmenten verbunden; eine Unterbrechung von höchstens 1,5 Sekunden wird nach der Beschreibung noch zusammengefasst. Je Segment werden bis zu drei Bilder an unterschiedlichen Positionen entnommen. Die Namens- beziehungsweise Parteizeile wird per OCR gelesen. Ein Treffer wird je Segment und Partei als Einbindung gezählt. [S08, S. 7]</w:t>
      </w:r>
    </w:p>
    <w:p>
      <w:r>
        <w:t>Bei ZDF, BR24 und hessenschau beschreibt der Bericht dagegen ein Raster von einem Bild je sechs Sekunden. Aufeinanderfolgende gleiche Parteitreffer werden zu einem Ereignis zusammengefasst; eine Bildlücke wird zugelassen. Der untere Bildbereich wird mit RapidOCR verarbeitet. Das Verfahren erkennt damit nicht denselben technischen Gegenstand wie die untertitelgestützte Kandidatenauswahl der Tagesschau. [S08, S. 8-10]</w:t>
      </w:r>
    </w:p>
    <w:p>
      <w:r>
        <w:t>Hieraus folgen konkret prüfbare Fehlerarten. Eine nur sehr kurz sichtbare Einblendung kann zwischen zwei Rasterbildern liegen. Zwei aufeinanderfolgende Sprecher derselben Partei können bei ungeeigneter Zusammenfassung zu einem Ereignis verschmelzen. Ein Sprecher kann ohne Parteizeile auftreten und deshalb ungezählt bleiben. Eine eingeblendete Parteibezeichnung kann außerhalb eines tatsächlichen O-Tons vorkommen. Diese Möglichkeiten widerlegen die erfassten Zahlen nicht automatisch; sie bestimmen aber, welche menschlichen Kontrollbeobachtungen für einen Vergleich erforderlich sind.</w:t>
      </w:r>
    </w:p>
    <w:p>
      <w:r>
        <w:t>Die im Bericht enthaltene Fehlerspalte wird deshalb nicht als nachgewiesene OCR-Fehlerquote von null Prozent verwendet. Sie beschreibt nach dem Zusammenhang die dokumentierten Verarbeitungs- beziehungsweise Abruffehler. Eine erfolgreiche technische Verarbeitung ist von einer inhaltlich richtigen Erkennung zu unterscheiden. Auch die gesonderte Konsistenzprüfung durch ein zweites KI-System erklärt selbst, dass sie keine Nachprüfung der OCR am Originalvideo und keine menschliche Prüfung ersetzt. [S08, S. 16-17]</w:t>
      </w:r>
    </w:p>
    <w:p>
      <w:r>
        <w:t>Die gerichtliche Aussage lautet daher bestimmt: Der Bericht dokumentiert die bezeichneten Ergebnisse eines benannten Erkennungsverfahrens in benannten Korpora. Die entscheidende weitere Frage ist, mit welcher Empfindlichkeit und Fehlzuordnung dieses Verfahren O-Ton-Einbindungen erfasst. Diese Frage lässt sich durch einen begrenzten, nach Sender und Erkennungsweg geschichteten Videoabgleich untersuchen. Sie verlangt nicht sofort die Neuvermessung des gesamten Rundfunks.</w:t>
      </w:r>
    </w:p>
    <w:p>
      <w:pPr>
        <w:pStyle w:val="Heading2"/>
      </w:pPr>
      <w:r>
        <w:t>2.10 O-Ton-Bericht: tatsächliche Archivhinweise und historische Vergleichsgrenzen</w:t>
      </w:r>
    </w:p>
    <w:p>
      <w:r>
        <w:t>Für BR24 beschreibt der Bericht eine Auswahl vollständiger 18:30-Uhr-Ausgaben mit mindestens 600 Sekunden Dauer. Gefunden wurden eine Ausgabe vom 19. November 2025 und ein Block vom 17. August bis zum 3. September 2026. Für die hessenschau wurden 30 passende Ausgaben berichtet, von denen vier wegen einer geografischen Beschränkung nicht ausgewertet werden konnten. Diese Angaben bezeichnen den gewählten öffentlichen Abrufweg. Sie beweisen noch nicht, dass im internen Archiv keine weiteren Ausgaben vorliegen oder ein zulässiger Zugang in Deutschland ausgeschlossen ist. [S08, S. 9-10]</w:t>
      </w:r>
    </w:p>
    <w:p>
      <w:r>
        <w:t>Gerade die genaue Abgrenzung macht die Angaben nutzbar. Die zuständige Anstalt kann zu einem bestimmten Format und Zeitraum nach einem Bestandsverzeichnis und einer rechtmäßigen Einsichtsmöglichkeit gefragt werden. Eine pauschale Forderung nach allen Rohdaten wird dadurch vermieden. Zugleich kann die Behauptung einer vollständigen öffentlichen Verfügbarkeit an diesem konkreten Angebot überprüft werden.</w:t>
      </w:r>
    </w:p>
    <w:p>
      <w:r>
        <w:t>Die Datierung des Berichts bedarf einer Versionsklärung: Der ausgewiesene Dokumentstand ist der 16. September 2026, während der hessenschau-Korpus bis zum 17. September reicht. Eine nachträgliche Ergänzung ist möglich, aber nicht ohne Nachweis zu unterstellen. Im Quellenregister bleiben deshalb Dokumentdatum, tatsächlich beschriebener Untersuchungszeitraum und Dateiprüfsumme getrennt. Die benannten Begleitdateien in dem verlinkten Drive-Verzeichnis gelten nicht schon deshalb als empfangen oder erneut geprüft, weil der Bericht ihre Pfade aufführt.</w:t>
      </w:r>
    </w:p>
    <w:p>
      <w:r>
        <w:t>Der zusätzliche Vergleich mit 50 Tagesschau-Ausgaben aus August und September 2006 ist für eine historische Einordnung interessant, aber kein unmittelbarer Referenzbestand des Jahres 2018. Der Bericht nennt dort zudem eine durchschnittliche OCR-Leerrate von 46,3 Prozent. Unterschiedliche Erfassungsqualität, Zeitfenster und Ereignislagen verhindern, dass daraus ohne weitere Kontrolle eine Entwicklung der gesamten Programmvielfalt abgeleitet wird. Dieser historische Teil wird nicht zur Schließung der fehlenden Zwei-Jahres-Abdeckung verwendet. [S08, S. 10-12]</w:t>
      </w:r>
    </w:p>
    <w:p>
      <w:pPr>
        <w:pStyle w:val="Heading2"/>
      </w:pPr>
      <w:r>
        <w:t>2.11 Zusätzlich erschlossene Originaluntersuchung zur Ukraine-Berichterstattung</w:t>
      </w:r>
    </w:p>
    <w:p>
      <w:r>
        <w:t>Die im V-Gutachten erwähnte Arbeit von Marcus Maurer, Jörg Haßler und Pablo Jost wird nun an ihrer Originalveröffentlichung erschlossen. Der Aufsatz in Ukraine-Analysen Nr. 289 vom 5. Oktober 2023 beschreibt 4.292 Beiträge aus acht Nachrichtenangeboten vom 24. Februar bis zum 31. Mai 2022. Dazu gehören fünf Printangebote und die Fernsehnachrichten Tagesschau, heute und RTL aktuell. Die quantitative Inhaltsanalyse arbeitete mit sechs geschulten Kodierenden; für die berichteten Zuverlässigkeitsprüfungen werden Holsti-Werte zwischen 0,71 und 0,98 angegeben. [E10, S. 4-11]</w:t>
      </w:r>
    </w:p>
    <w:p>
      <w:r>
        <w:t>Die Autoren berichten unterschiedliche Darstellungen von Handlungsoptionen und zugleich deutliche Kritik an der Bundesregierung. Damit lässt sich die Untersuchung nicht zutreffend als pauschaler Nachweis durchgehend regierungsfreundlicher Berichterstattung zusammenfassen. Der direkt verfügbare Untersuchungsbericht ist gegenüber einem bloßen Sekundärzitat ein Erkenntnisgewinn; die zugrunde liegenden vollständigen Kodierdaten wurden für diese Klage nicht neu ausgewertet.</w:t>
      </w:r>
    </w:p>
    <w:p>
      <w:r>
        <w:t>Die eigene Folgerung betrifft die Methode und die Reichweite. Der Ansatz zeigt, dass berichtete Akteure, Darstellungen bestimmter Handlungsoptionen und journalistische Bewertungen mit unterschiedlichen Variablen erfasst werden können. Er verdeutlicht zugleich, warum der Begriff Einseitigkeit nicht ohne Angabe der Messgröße verwendet werden sollte. Wer etwa amtliche Akteure häufig zeigt, kann ihre Entscheidungen gleichwohl kritisch behandeln. Eine Akteurszählung allein beantwortet deshalb nicht, ob ein argumentatives Meinungsspektrum verengt ist.</w:t>
      </w:r>
    </w:p>
    <w:p>
      <w:r>
        <w:t>Für die hiesige Beweisführung wird der dreimonatige Untersuchungszeitraum als Teilfenster eingeordnet. Bei einem passenden Beitragszeitraum kann er eine fachlich bereits bearbeitete Teilfrage abdecken. Ein Rückschluss auf zwei Jahre und alle Medienarten verlangt dagegen weitere Befunde. Die privaten Vergleichsmedien dienen der Interpretation der Ereignislage und der Unterschiede; ihre Vielfalt kompensiert nicht automatisch ein Defizit des beitragsfinanzierten Gesamtangebots. Das rechtlich relevante Ausgleichsangebot ist nach R01 innerhalb dieses Gesamtangebots zu untersuchen.</w:t>
      </w:r>
    </w:p>
    <w:p>
      <w:pPr>
        <w:pStyle w:val="Heading2"/>
      </w:pPr>
      <w:r>
        <w:t>2.12 Jeitner: das wiedergefundene Original und die jetzt mögliche genaue Verwendung</w:t>
      </w:r>
    </w:p>
    <w:p>
      <w:r>
        <w:t>Die Analyse von Dr. Jürgen Jeitner vom 12. April 2025 liegt nun als 42-seitige Originaldatei vor. Sie wird nicht mehr nur über ihre Erwähnung im V-Gutachten eingeführt. Die Arbeit behandelt insbesondere Gelbhaar, das Gebäudeenergiegesetz, das Potsdam-Treffen, die Wahlrechtsreform, den Wahlkampf 2025, Corona und Landwirtschaft. Ihre Organisation folgt thematischen Fallanalysen, nicht einer durchgängig ausgewiesenen Zufallsstichprobe des Gesamtprogramms. [S10, Inhaltsverzeichnis und S. 6-42]</w:t>
      </w:r>
    </w:p>
    <w:p>
      <w:r>
        <w:t>Ein konkret bezeichnetes Beispiel sind die BR-Beiträge vom 18. und 20. Januar 2025 zum Fall Gelbhaar, die die Arbeit mit anderen Veröffentlichungen vergleicht. Damit sind prüfbare Veröffentlichungstage und Textgruppen benannt. Die Originalanalyse unterscheidet dort selbst sachliche Berichterstattung, die Tiefe einer Einordnung und spekulative Deutungen. Diese Unterscheidung ist für die gerichtliche Verwendung wichtiger als ihre abschließenden politischen Etiketten. Die Klägerseite übernimmt aus der Darstellung keine unbewiesene Behauptung über persönliche Motive, eine Intrige oder eine beabsichtigte Schädigung. [S10, S. 6-10]</w:t>
      </w:r>
    </w:p>
    <w:p>
      <w:r>
        <w:t>Für den Corona-Teil legt die Arbeit offen, dass sie öffentlich sichtbare Inhalte mit plausiblen Rückschlüssen auf typische Muster verbindet. Das ist keine vollständig dokumentierte repräsentative Inhaltsanalyse. Zudem enthalten einzelne Abschnitte Verweise der Art Web-ID ohne selbständig aussagekräftige Fundstelle. Solche Verweise werden nicht als bereits belegte Originaltatsachen ausgegeben. Der positive Nutzen der Arbeit besteht in konkret benannten Vergleichsfragen: Wird ein Gegenargument inhaltlich wiedergegeben? Wird eine neue Erkenntnis als Korrektur kenntlich? Wird zwischen Ereignisbericht und Einordnung unterschieden? [S10, S. 34-38]</w:t>
      </w:r>
    </w:p>
    <w:p>
      <w:r>
        <w:t>Der jetzt verfügbare Originaltext erlaubt damit eine genauere Auswahl, aber keine automatische Aufwertung aller darin enthaltenen Aussagen. Beiziehungs- und Prüffragen können auf die benannten Veröffentlichungen begrenzt werden. Eine aus typischen Mustern abgeleitete Einschätzung bleibt als Interpretation bezeichnet. Die Stellungnahme wird nicht als weitere unabhängige Messung derselben bereits bei Maurer oder Müller ausgewerteten Inhalte gezählt. Wo sie andere Arbeiten referiert, bleiben diese die eigentlichen empirischen Quellen.</w:t>
      </w:r>
    </w:p>
    <w:p>
      <w:pPr>
        <w:pStyle w:val="Heading2"/>
      </w:pPr>
      <w:r>
        <w:t>2.13 Reformdiagnosen, Insiderberichte und noch nicht erschlossene Themenkomplexe</w:t>
      </w:r>
    </w:p>
    <w:p>
      <w:r>
        <w:t>Die im V-Gutachten verwendeten Reformdiagnosen, insbesondere der Zukunftsrat, betreffen Anforderungen an Organisation, Akzeptanz und Qualität. Sie sind für die Beschreibung einer sachlich ernsthaften Untersuchungsfrage verwendbar. Eine Reformempfehlung beweist aber keinen bestimmten, im hiesigen Beitragszeitraum gemessenen Programmzustand. In dieser Fassung werden nicht vollständig am Original erschlossene Berichte deshalb nicht als zusätzliche gemessene Defizite bilanziert. [S01, Kap. 20.3-20.5]</w:t>
      </w:r>
    </w:p>
    <w:p>
      <w:r>
        <w:t>Berichte von Redaktionsangehörigen können einen anderen, eigenständigen Beweisgegenstand haben: die konkrete Entstehung oder Verhinderung eines bestimmten Beitrags, eine dokumentierte Themenentscheidung oder eine bestimmte interne Anweisung. Die bisher benannten Personen werden nicht pauschal als Zeugen für die Rechtswidrigkeit des gesamten Rundfunks angeboten. Ein solches Ergebnis ist keine unmittelbare Wahrnehmung. Verwertbar wäre dagegen eine benannte eigene Wahrnehmung mit Zeitpunkt, Ablauf und vorhandenen Unterlagen. Die weitere Beschaffung bleibt in der internen Aufgabenliste; eine bereits zugesagte Zeugenaussage wird nicht behauptet.</w:t>
      </w:r>
    </w:p>
    <w:p>
      <w:r>
        <w:t>Die alte Klage enthielt zahlreiche Themenkomplexe von WHO und UNO über Kinderangebote bis Nord Stream und Nahost. Ihre bloße Wiederholung würde die Substantiierung nicht verbessern. Soweit kein abgegrenzter, in dieser Fassung tatsächlich erschlossener Nachweis vorliegt, wird daraus keine zusätzliche Feststellung formuliert. Diese Entscheidung bedeutet keinen Verzicht auf später belegbare Tatsachen. Sie verhindert, dass unzureichend belegte Nebensätze die bereits konkret ausgearbeiteten Befunde unklar machen.</w:t>
      </w:r>
    </w:p>
    <w:p>
      <w:r>
        <w:t>Das Schmitz-Material wird entsprechend als rechtliche und publizistische Sekundärdarstellung verwendet, insbesondere zur Identifikation des dort besprochenen OVG-Beschlusses. Der Originalbeschluss 7 A 10424/25.OVG bleibt ohne gesicherten Volltext ein offener Nachweis. Auch der berichtete Umfang von 230 Seiten ersetzt keine Prüfung, welche bestimmten Tatsachen damals vorgetragen und behandelt wurden. [S09, Kap. D, S. 141-152]</w:t>
      </w:r>
    </w:p>
    <w:p>
      <w:pPr>
        <w:pStyle w:val="Heading2"/>
      </w:pPr>
      <w:r>
        <w:t>2.14 Konkreter Programm- und Kontrollfall: heute journal vom 15. Februar 2026</w:t>
      </w:r>
    </w:p>
    <w:p>
      <w:r>
        <w:t>Anders als eine nur behauptete Einzelkritik liegt hier eine genau bezeichnete öffentliche Ergebnisquelle vor. Die Mitteilung des ZDF-Fernsehrats vom 19. Juni 2026 behandelt Beschwerden zur Sendung vom 15. Februar 2026. Sie beanstandet den Umgang mit KI-generiertem und nicht passend zugeordnetem Bildmaterial und beschreibt bereits erfolgte Abhilfe. Die in dieser Fassung nachgerechnete Rundfunkalarm-Datei enthält zehn Vorgänge zu derselben Sendung; ihre Kennungen und Zeitpunkte stehen in Abschnitt 3. [E21; D01-D03]</w:t>
      </w:r>
    </w:p>
    <w:p>
      <w:r>
        <w:t>Der tatsächliche Befund ist doppelt bedeutsam. Erstens gibt es für einen bestimmten Beitrag einen von der zuständigen Stelle dokumentierten Fehler, nicht nur ein subjektives Unbehagen der Klägerseite. Zweitens ist auch eine Reaktion dokumentiert. Dieser zweite Befund darf nicht unterschlagen werden, um die These allgemeiner Wirkungslosigkeit zu retten. Das Verfahren wurde nach der Mitteilung wegen wirksamer vorheriger Abhilfe erledigt, nicht schlicht als unbegründet verworfen.</w:t>
      </w:r>
    </w:p>
    <w:p>
      <w:r>
        <w:t>Die Klägerseite verwendet den Vorgang deshalb als konkreten Prüffall der Verbindung von Programminhalt, Beanstandung und Korrektur. Ob die beschriebenen Maßnahmen das beanstandete Risiko auch in späteren vergleichbaren Beiträgen vermindert haben, ist eine weitere tatsächliche Frage. Ein einzelner Fehler mit Abhilfe belegt kein langjähriges Gesamtdefizit. Er liefert aber einen prüfbaren Vorgang, an dem zwischen Fehlernachweis, Reaktion und behaupteter organisatorischer Verbesserung unterschieden werden kann.</w:t>
      </w:r>
    </w:p>
    <w:p>
      <w:r>
        <w:t>Ein individueller Kausalnachweis, dass gerade eine der zehn Rundfunkalarm-Beschwerden die Abhilfe auslöste, liegt nicht vor. Die Übereinstimmung des Sendungsgegenstands ist dokumentiert; Eingang, Leitzuteilung und individuelle Antwort sind gesonderte Beweisfragen. Die Klägerseite beantragt nicht, diese fehlenden Verbindungsglieder durch eine bloße Vermutung zu ersetzen. Sie bezeichnet sie in Abschnitt 4 als konkret begrenzten Gegenstand einer möglichen Auskunft.</w:t>
      </w:r>
    </w:p>
    <w:p>
      <w:pPr>
        <w:pStyle w:val="Heading2"/>
      </w:pPr>
      <w:r>
        <w:t>2.15 Zeitliche Zusammenführung ohne Scheingenauigkeit</w:t>
      </w:r>
    </w:p>
    <w:p>
      <w:r>
        <w:t>Die Studien haben unterschiedliche Zeitfenster. Für ein Verfahren über 2022 können eine Corona-Untersuchung aus 2020 und eine Ukraine-Untersuchung aus dem Frühjahr 2022 in unterschiedlichen Teilen relevant sein; ein Befund aus Februar 2026 kann die Lücken eines solchen Fensters nicht einfach schließen. Für ein Verfahren über 2026 ist der neue Abhilfefall zeitlich näher, während die Müller-Auswertung nur eine historische Vergleichsfunktion besitzen kann. Die Klägerseite macht diese Unterschiede offen sichtbar.</w:t>
      </w:r>
    </w:p>
    <w:tbl>
      <w:tblPr>
        <w:tblW w:type="auto" w:w="0"/>
        <w:jc w:val="center"/>
        <w:tblLayout w:type="fixed"/>
        <w:tblLook w:firstColumn="1" w:firstRow="1" w:lastColumn="0" w:lastRow="0" w:noHBand="0" w:noVBand="1" w:val="04A0"/>
      </w:tblPr>
      <w:tblGrid>
        <w:gridCol w:w="1134"/>
        <w:gridCol w:w="3175"/>
        <w:gridCol w:w="4649"/>
      </w:tblGrid>
      <w:tr>
        <w:trPr>
          <w:tblHeader/>
          <w:cantSplit/>
        </w:trPr>
        <w:tc>
          <w:tcPr>
            <w:tcW w:type="dxa" w:w="113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Quelle</w:t>
            </w:r>
          </w:p>
        </w:tc>
        <w:tc>
          <w:tcPr>
            <w:tcW w:type="dxa" w:w="317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Sende-/Ereignisfenster</w:t>
            </w:r>
          </w:p>
        </w:tc>
        <w:tc>
          <w:tcPr>
            <w:tcW w:type="dxa" w:w="464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Verwendung bei anderer Beitragsperiode</w:t>
            </w:r>
          </w:p>
        </w:tc>
      </w:tr>
      <w:tr>
        <w:trPr>
          <w:cantSplit/>
        </w:trPr>
        <w:tc>
          <w:tcPr>
            <w:tcW w:type="dxa" w:w="113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S06</w:t>
            </w:r>
          </w:p>
        </w:tc>
        <w:tc>
          <w:tcPr>
            <w:tcW w:type="dxa" w:w="317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01.01.-31.08.2020</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Unmittelbarer Teilbefund nur bei passendem Fenster; sonst begründeter historischer Vergleich</w:t>
            </w:r>
          </w:p>
        </w:tc>
      </w:tr>
      <w:tr>
        <w:trPr>
          <w:cantSplit/>
        </w:trPr>
        <w:tc>
          <w:tcPr>
            <w:tcW w:type="dxa" w:w="113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S07</w:t>
            </w:r>
          </w:p>
        </w:tc>
        <w:tc>
          <w:tcPr>
            <w:tcW w:type="dxa" w:w="317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26.04.2010-13.11.2025</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Passende Teilmenge ausweisen; vor Juli 2018 allenfalls Referenz, nicht späterer Verstoßnachweis</w:t>
            </w:r>
          </w:p>
        </w:tc>
      </w:tr>
      <w:tr>
        <w:trPr>
          <w:cantSplit/>
        </w:trPr>
        <w:tc>
          <w:tcPr>
            <w:tcW w:type="dxa" w:w="113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S08</w:t>
            </w:r>
          </w:p>
        </w:tc>
        <w:tc>
          <w:tcPr>
            <w:tcW w:type="dxa" w:w="317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Überwiegend 03.09.2025-03.09.2026; Regionalfenster kürzer</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Keine ungeprüfte Übertragung auf 2023/2024</w:t>
            </w:r>
          </w:p>
        </w:tc>
      </w:tr>
      <w:tr>
        <w:trPr>
          <w:cantSplit/>
        </w:trPr>
        <w:tc>
          <w:tcPr>
            <w:tcW w:type="dxa" w:w="113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E10</w:t>
            </w:r>
          </w:p>
        </w:tc>
        <w:tc>
          <w:tcPr>
            <w:tcW w:type="dxa" w:w="317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24.02.-31.05.2022</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Teilbefund in einschlägigem historischen Fenster; kein Zweijahreszensus</w:t>
            </w:r>
          </w:p>
        </w:tc>
      </w:tr>
      <w:tr>
        <w:trPr>
          <w:cantSplit/>
        </w:trPr>
        <w:tc>
          <w:tcPr>
            <w:tcW w:type="dxa" w:w="113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D01</w:t>
            </w:r>
          </w:p>
        </w:tc>
        <w:tc>
          <w:tcPr>
            <w:tcW w:type="dxa" w:w="317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Beschwerdeanlage 13.06.2024-19.06.2026</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Sendedatum gesondert prüfen; 164 leere Ausstrahlungsfelder</w:t>
            </w:r>
          </w:p>
        </w:tc>
      </w:tr>
      <w:tr>
        <w:trPr>
          <w:cantSplit/>
        </w:trPr>
        <w:tc>
          <w:tcPr>
            <w:tcW w:type="dxa" w:w="113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F01</w:t>
            </w:r>
          </w:p>
        </w:tc>
        <w:tc>
          <w:tcPr>
            <w:tcW w:type="dxa" w:w="317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Sendung 15.02.2026; Entscheidung 19.06.2026</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Für frühere Perioden kein unmittelbarer Beleg einer damaligen Fehlleistung</w:t>
            </w:r>
          </w:p>
        </w:tc>
      </w:tr>
      <w:tr>
        <w:trPr>
          <w:cantSplit/>
        </w:trPr>
        <w:tc>
          <w:tcPr>
            <w:tcW w:type="dxa" w:w="113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F02/F03</w:t>
            </w:r>
          </w:p>
        </w:tc>
        <w:tc>
          <w:tcPr>
            <w:tcW w:type="dxa" w:w="317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Sendungen 06.02.2025 / 29.05.2025</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Aktivitäts- und Verfahrensbezug, Ergebnisstand jeweils begrenzt</w:t>
            </w:r>
          </w:p>
        </w:tc>
      </w:tr>
    </w:tbl>
    <w:p>
      <w:pPr>
        <w:spacing w:after="0"/>
      </w:pPr>
    </w:p>
    <w:p>
      <w:r>
        <w:t>Für jede tatsächlich angegriffene Beitragsperiode ist die passende Teilmenge zu bestimmen. Eine späte Untersuchung kann frühe Sendungen auswerten; sie muss nicht bereits damals verfasst worden sein. Das Alter eines Untersuchungsdokuments ist deshalb nicht mit dem Alter seiner Untersuchungsgegenstände gleichzusetzen. Umgekehrt lässt sich eine spätere Quellenlage nicht rückwirkend als damaliges journalistisches Wissen ausgeben. Gerade bei medizinischen und geopolitischen Themen sind zeitgenössisch erkennbare Tatsachen, spätere Erkenntnisse und nachträgliche Wertungen zu trennen.</w:t>
      </w:r>
    </w:p>
    <w:p>
      <w:r>
        <w:t>Der Gesamtzusammenhang wird nicht durch eine einzige Langzeitkurve hergestellt. Benötigt wird eine nachvollziehbare Zuordnung der Teilbefunde zu Funktionen, Angeboten und Zeitabschnitten. Diese Zuordnung ist in der vorliegenden Fassung inhaltlich angelegt; sie ist keine Behauptung einer bereits vorhandenen Vollabdeckung. Wo ein zeitlich erforderliches Segment nicht untersucht ist, wird der fehlende Bestand bestimmt bezeichnet. Darauf richten sich die abgestuften Aufklärungsbegehren.</w:t>
      </w:r>
    </w:p>
    <w:p>
      <w:pPr>
        <w:pStyle w:val="Heading2"/>
      </w:pPr>
      <w:r>
        <w:t>2.16 Gesamtangebot, Ausgleich und die Grenzen einer bloßen Addition</w:t>
      </w:r>
    </w:p>
    <w:p>
      <w:r>
        <w:t>Der Gesamtrundfunk umfasst mehr als politische Hauptnachrichten. Gegenständliche Vielfalt kann durch Kultur, Bildung, Beratung und Unterhaltung getragen werden. Meinungsbezogene Vielfalt betrifft daneben die Darstellung relevanter unterschiedlicher Positionen. Die Klägerseite vertritt, dass eine große Zahl unterhaltender oder kultureller Angebote nicht ohne sachliche Erläuterung einen konkret belegten Mangel bei der Darstellung einer gesellschaftlich wichtigen Kontroverse ausgleichen kann. Sie behauptet damit nicht, diese Angebote seien für den gesetzlichen Auftrag bedeutungslos.</w:t>
      </w:r>
    </w:p>
    <w:p>
      <w:r>
        <w:t>Ebenso wenig darf der Gesamtbezug dadurch umgangen werden, dass nur besonders kritisierte Sendungen betrachtet werden. Für die Frage möglicher Kompensation sind weitere öffentlich-rechtliche Angebote desselben Themas und Zeitfensters einzubeziehen. Ein nachweislich ausführliches Gegenangebot ist ein Gegenbefund. Ob es in Art, Umfang, Auffindbarkeit und Funktion einen sachlich vergleichbaren Ausgleich bildet, bedarf der Begründung. Weder jede andere Sendung noch ausschließlich das Hauptnachrichtenformat entscheidet diese Frage allein. [R01, Rn. 39-45]</w:t>
      </w:r>
    </w:p>
    <w:p>
      <w:r>
        <w:t>Die vorliegenden unterschiedlichen Untersuchungen ermöglichen zunächst einen Vergleich von Gegenständen, nicht eine mathematische Summierung von Defiziten. 78 als Diskussion oder Protest kategorisierte Corona-Beiträge, 2.911 Kommentare und 1.955 technisch erkannte O-Töne haben unterschiedliche Untersuchungseinheiten. Ihre Addition zu einer scheinbar großen Zahl bewiesener Verstöße wäre sachlich falsch. Der gemeinsame Nutzen liegt in der Bestimmung konkreter Mechanismen und in der Entwicklung vergleichbarer Variablen für weitere Teilbestände.</w:t>
      </w:r>
    </w:p>
    <w:p>
      <w:pPr>
        <w:pStyle w:val="Heading2"/>
      </w:pPr>
      <w:r>
        <w:t>2.17 Ausformulierte Indikatoren für die weitere Prüfung</w:t>
      </w:r>
    </w:p>
    <w:p>
      <w:r>
        <w:t>Aus dem erschlossenen Material werden vier fachlich getrennte Indikatorgruppen abgeleitet. Die erste betrifft Themen- und Quellenabdeckung: Welche sachlich relevanten Teilaspekte und fachlichen Quellen erscheinen in einem abgegrenzten Korpus? Die zweite betrifft die Darstellung von Argumenten: Wird eine Gegenposition lediglich benannt, inhaltlich erklärt oder mit einem sachlich zutreffenden Gegenargument behandelt? Die dritte betrifft die Unterscheidung von Tatsachendarstellung, Kommentar und Illustration. Die vierte betrifft dokumentierte Fehlerkorrektur und das Fortbestehen eines bereits festgestellten Mangels.</w:t>
      </w:r>
    </w:p>
    <w:p>
      <w:r>
        <w:t>Diese Indikatoren sind keine bereits vom Gesetz vorgeschriebene starre Skala. Sie stellen eine aus den vorhandenen Untersuchungen entwickelte Konkretisierung dar. Die rechtliche Schwelle der gröblichen Verfehlung wird nicht in einen selbst erfundenen Prozentwert übersetzt. Eine mathematische Grenze wie 20 Prozent falsche Beiträge oder ein bestimmtes Parteienverhältnis wird gerade nicht behauptet. Das Gericht hat das tatsächlich Festgestellte im rechtlichen Gesamtzusammenhang zu würdigen.</w:t>
      </w:r>
    </w:p>
    <w:p>
      <w:r>
        <w:t>Für eine repräsentative Untersuchung sind Grundgesamtheit und Auswahlwahrscheinlichkeit offenzulegen. Eine gezielte Vertiefung bereits dokumentierter Fehler ist sinnvoll, beantwortet aber eine andere Frage als eine Zufallsauswahl zur Schätzung der Fehlerhäufigkeit. Beide können nebeneinander stehen, sofern die jeweiligen Schlussfolgerungen getrennt bleiben. Vergleichbar sind ferner Programme gleicher Funktion und Zeitlage; eine kurze Regionalnachrichtensendung und ein ausführliches bundesweites Magazin dürfen nicht ohne Funktionskontrolle an demselben Häufigkeitsmaß gemessen werden.</w:t>
      </w:r>
    </w:p>
    <w:p>
      <w:r>
        <w:t>Die Wahl der Gewichtung ist ebenfalls eine sachverständige Frage. Zählung von Beiträgen, Sendeminuten, Reichweite oder thematischer Relevanz führt nicht notwendig zum selben Ergebnis. Deshalb ist darzustellen, ob eine Feststellung unter mehreren sachlich vertretbaren Gewichtungen stabil bleibt. Die Klägerseite verlangt keine ausschließlich ergebnisgünstige Gewichtung, sondern eine nachvollziehbare Sensitivitätsprüfung.</w:t>
      </w:r>
    </w:p>
    <w:p>
      <w:pPr>
        <w:pStyle w:val="Heading2"/>
      </w:pPr>
      <w:r>
        <w:t>2.18 Das positive Ergebnis dieses Abschnitts</w:t>
      </w:r>
    </w:p>
    <w:p>
      <w:r>
        <w:t>Der Vortrag enthält nun bestimmte Korpora, absolute Zahlen, Zeiträume, Verfahren, Originalfundstellen und eine ausdrückliche Unterscheidung zwischen eigenen Nachrechnungen und fremden Befunden. Die Müller-Auswertung bezeichnet einen konkreten historischen Themenraum; Glashaus bezeichnet eine langjährige Kommentarauswahl; die O-Ton-Dokumentation bezeichnet technische Einbindungszahlen und konkrete Abrufgrenzen; die Originalarbeit von Maurer, Haßler und Jost liefert einen methodisch bearbeiteten thematischen Vergleich; die ZDF-Mitteilung belegt einen bestimmten Fehler und eine dokumentierte Reaktion. Das sind verschiedenartige, aber greifbare Tatsachenbestände.</w:t>
      </w:r>
    </w:p>
    <w:p>
      <w:r>
        <w:t>Die Klägerseite leitet daraus nicht bereits den Endbeweis des Wegfalls der Beitragspflicht ab. Sie macht geltend, dass die bezeichneten Teilbefunde im passenden Zeitfenster nicht lediglich als subjektive Programmabneigung behandelt werden dürfen. Für die beantragte begrenzte Aufklärung ist zu entscheiden, welche konkrete Feststellung hinreichend belegt ist, welche fachliche Nachprüfung erforderlich ist und welche fehlende Quelle den nächsten bestimmten Erkenntnisschritt ermöglicht. Dies ist in Abschnitt 4 auf einzelne Beweismittel und Fragen heruntergebrochen.</w:t>
      </w:r>
    </w:p>
    <w:p>
      <w:r>
        <w:t>Soweit der konkrete Beitragszeitraum durch die vorhandenen Bestände nicht tragfähig abgedeckt ist, bleibt dieser Mangel offen. Er kann nur durch passende Inhalte und eine begründete Auswertung behoben werden, nicht durch die bloße Verlängerung eines Schriftsatzes. Die vorliegende Erweiterung beseitigt dagegen die redaktionelle Lücke, dass die vorhandenen Ergebnisse lediglich benannt waren: Sie sind jetzt mit ihrer jeweiligen Tatsachengrundlage, Aussage und rechtlichen Erkenntnisfunktion ausgeführt.</w:t>
      </w:r>
    </w:p>
    <w:p>
      <w:r>
        <w:br w:type="page"/>
      </w:r>
    </w:p>
    <w:p>
      <w:pPr>
        <w:pStyle w:val="Heading1"/>
      </w:pPr>
      <w:r>
        <w:t>Abschnitt 3</w:t>
      </w:r>
    </w:p>
    <w:p>
      <w:pPr>
        <w:pStyle w:val="Title"/>
      </w:pPr>
      <w:r>
        <w:t>Programmbeschwerden, Gremienkontrolle und nachgeprüfte Fallgruppen</w:t>
      </w:r>
    </w:p>
    <w:p>
      <w:r>
        <w:t>Dieser Abschnitt verarbeitet das Rundfunkalarm-Gutachten in seiner gerichtlichen Fassung vom 27. Juni 2026 und die ergänzte Fassung vom 13. September 2026. Hinzu tritt eine am 4. Oktober 2026 tatsächlich durchgeführte technische Nachrechnung des vorliegenden Originalexports. Die Auswertung behandelt nicht jede Beschwerde als berechtigt. Sie unterscheidet gespeicherte Vorgänge, nachgewiesene Eingänge, inhaltliche Prüfung und tatsächliche Abhilfe. Der vorhandene Datensatz wird durch bestimmte, nachvollziehbar ausgewählte Fallgruppen mit externen Ergebnisquellen verknüpft.</w:t>
      </w:r>
    </w:p>
    <w:p>
      <w:r>
        <w:t>Die ältere Aussage, im damaligen Material sei keine dokumentierte Korrektur erkennbar gewesen, wird nicht zeitlos fortgeschrieben. Die jetzt erschlossene ZDF-Mitteilung zum heute journal vom 15. Februar 2026 beschreibt Abhilfe zu einer Sendung, zu der auch Rundfunkalarm-Vorgänge vorliegen. Welche einzelnen Plattformbeschwerden diese Abhilfe ausgelöst haben oder im Mehrfachbeschwerdeverfahren behandelt wurden, ist damit noch nicht bewiesen. Gerade diese Unterscheidung zwischen gemeinsamer Sendung, konkretem Eingang und kausalem Erfolg macht den folgenden Vortrag nachprüfbar. [S02; S03; D01-D03; E21]</w:t>
      </w:r>
    </w:p>
    <w:p>
      <w:pPr>
        <w:pStyle w:val="Heading2"/>
      </w:pPr>
      <w:r>
        <w:t>3.1 Rechtliche Funktion: Kontrollweg, aber kein Ersatz jedes gerichtlichen Rechtsschutzes</w:t>
      </w:r>
    </w:p>
    <w:p>
      <w:r>
        <w:t>Programmbeschwerden richten sich auf die Einhaltung von Programmgrundsätzen. Die Aufgaben von Intendanz, Ausschüssen und Rundfunk-, Fernseh- oder Hörfunkräten ergeben sich aus den jeweils geltenden Anstaltsregelungen. Es gibt keinen einheitlichen Schluss, wonach jede über eine private Plattform versandte Nachricht bereits eine zulässige förmliche Programmbeschwerde darstellt. Zu unterscheiden sind allgemeine Kritik, eine konkret begründete Eingabe und eine förmliche Beschwerde nach der einschlägigen Ordnung. [S02, Abschn. B-C; E20]</w:t>
      </w:r>
    </w:p>
    <w:p>
      <w:r>
        <w:t>Die Klägerseite knüpft ihre Programmrüge gleichwohl nicht an die vorherige Erschöpfung einer unbegrenzt wiederholbaren Beschwerdeschleife. Nach R01 kann ein hinreichend substantiierter Einwand gegen die verfassungsrechtliche Rechtfertigung des Beitrags nicht lediglich auf Programmbeschwerden verwiesen werden. Die Gremien haben eine andere Aufgabe als das Verwaltungsgericht, das über die konkrete Beitragsbelastung entscheidet. Ein möglicher Kontrollbefund ergänzt den Programmeinwand; er ersetzt die materielle Schwelle nicht. [R01, Rn. 47]</w:t>
      </w:r>
    </w:p>
    <w:p>
      <w:r>
        <w:t>Für diesen Abschnitt ist deshalb weder die bloße Existenz eines Beschwerdeformulars noch die bloße Unzufriedenheit mit einer Antwort entscheidend. Zu untersuchen ist, ob ein bestimmter Vorwurf auf Grundlage des bestimmten Beitrags behandelt wurde, welche Begründung die Entscheidung trägt und welche Folge gegebenenfalls eingetreten ist. Eine sachlich begründete Zurückweisung kann ordnungsgemäße Kontrolle sein. Eine dokumentierte Korrektur kann auf einen vorausgegangenen Fehler und zugleich auf funktionierende Abhilfe hinweisen.</w:t>
      </w:r>
    </w:p>
    <w:p>
      <w:pPr>
        <w:pStyle w:val="Heading2"/>
      </w:pPr>
      <w:r>
        <w:t>3.2 Verwendete Originaldatei und tatsächlicher Prüfumfang</w:t>
      </w:r>
    </w:p>
    <w:p>
      <w:r>
        <w:t>Der Originalexport trägt den Namen rundfunkalarm_beschwerden_2026-06-22 (1).csv. Er lag für diese Überarbeitung als Datei vor. Seine SHA-256-Prüfsumme lautet:</w:t>
      </w:r>
    </w:p>
    <w:p>
      <w:r>
        <w:t>b06ec9a54325bd4221b0869f9b9e34b0fcd1f36fc7e1a469d6e9455fc3a5854b</w:t>
      </w:r>
    </w:p>
    <w:p>
      <w:r>
        <w:t>Dieser Wert stimmt mit dem in den Ausgangsgutachten angegebenen Wert überein. Die Datei wurde als semikolongetrennte UTF-8-Datei mit Byte-Order-Mark eingelesen. Nachgerechnet wurden Zeilenanzahl, eindeutige IDs, numerische Summen, Verteilungen nach gespeicherten Kategorien und Datum sowie die drei ausdrücklich bezeichneten Fallgruppen. Das Verfahren und die abgeleiteten Tabellen sind im technischen Nachweis dokumentiert. Es wurden weder neue Beschwerden erzeugt noch unbekannte Ergebnisdaten ergänzt. [D01; D03]</w:t>
      </w:r>
    </w:p>
    <w:p>
      <w:r>
        <w:t>Die technische Prüfung bestätigt 4.086 Zeilen mit 4.086 unterschiedlichen Beschwerde-IDs. Sie ergibt 118.627 gespeicherte Teilungen und 3.329 gespeicherte Rundfunkratsinformationen. 474 Ausgangsvorgänge enthalten mindestens eine solche Gremieninformation. Die Zahlen stammen damit nicht mehr nur aus einer unüberprüften Wiedergabe des früheren Gutachtens. Sie sind aus der hier vorliegenden Datei reproduziert. Ob die gespeicherten Ereignisse jeweils einen erfolgreichen Versand oder Zugang abbilden, ist damit nicht automatisch bestätigt.</w:t>
      </w:r>
    </w:p>
    <w:p>
      <w:r>
        <w:t>Ein Hashwert bezeichnet die Identität der geprüften Datei. Er beweist nicht von selbst die historische Vollständigkeit der Plattformdaten, die Richtigkeit jeder Eingabe oder die Wahrheit der Beschwerde. Die technische Herkunftserklärung des Betreibers bleibt deshalb von dieser Nachrechnung getrennt. Eine vorgefertigte Erklärung zur Datenherkunft wird nicht als bereits unterschrieben behandelt.</w:t>
      </w:r>
    </w:p>
    <w:p>
      <w:pPr>
        <w:pStyle w:val="Heading2"/>
      </w:pPr>
      <w:r>
        <w:t>3.3 Feldbeschreibung: Was der Export enthält und was nicht</w:t>
      </w:r>
    </w:p>
    <w:p>
      <w:r>
        <w:t>Der Export hat siebzehn Felder. Neben ID und Meldungslink stehen Beschwerdedatum, Sender, Medium, Sendungstitel, Ausstrahlung und Freitext. Erfasst sind außerdem Vorwurfs- und Normzuordnungen, Teilungszahlen und Teilungszeitraum, Rundfunkratsinformationen, Ortsangaben sowie Links zur Programmbeschwerde. Für die gerichtlichen Auswertungstabellen werden keine privaten Orts- oder Adressangaben benötigt; sie werden dort nicht wiedergegeben.</w:t>
      </w:r>
    </w:p>
    <w:tbl>
      <w:tblPr>
        <w:tblW w:type="auto" w:w="0"/>
        <w:jc w:val="center"/>
        <w:tblLayout w:type="fixed"/>
        <w:tblLook w:firstColumn="1" w:firstRow="1" w:lastColumn="0" w:lastRow="0" w:noHBand="0" w:noVBand="1" w:val="04A0"/>
      </w:tblPr>
      <w:tblGrid>
        <w:gridCol w:w="1587"/>
        <w:gridCol w:w="3969"/>
        <w:gridCol w:w="3402"/>
      </w:tblGrid>
      <w:tr>
        <w:trPr>
          <w:tblHeader/>
          <w:cantSplit/>
        </w:trPr>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Feldgruppe</w:t>
            </w:r>
          </w:p>
        </w:tc>
        <w:tc>
          <w:tcPr>
            <w:tcW w:type="dxa" w:w="396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Tatsächlich vorhandene Spalten</w:t>
            </w:r>
          </w:p>
        </w:tc>
        <w:tc>
          <w:tcPr>
            <w:tcW w:type="dxa" w:w="3402"/>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Was daraus nicht folgt</w:t>
            </w:r>
          </w:p>
        </w:tc>
      </w:tr>
      <w:tr>
        <w:trPr>
          <w:cantSplit/>
        </w:trPr>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Identifikation</w:t>
            </w:r>
          </w:p>
        </w:tc>
        <w:tc>
          <w:tcPr>
            <w:tcW w:type="dxa" w:w="396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Beschwerde-ID; Link zur Meldung</w:t>
            </w:r>
          </w:p>
        </w:tc>
        <w:tc>
          <w:tcPr>
            <w:tcW w:type="dxa" w:w="3402"/>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Keine unabhängige Bestätigung des Sendungsinhalts</w:t>
            </w:r>
          </w:p>
        </w:tc>
      </w:tr>
      <w:tr>
        <w:trPr>
          <w:cantSplit/>
        </w:trPr>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Zeit und Angebot</w:t>
            </w:r>
          </w:p>
        </w:tc>
        <w:tc>
          <w:tcPr>
            <w:tcW w:type="dxa" w:w="396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Beschwerdedatum; Sender; Medium; Titel der Sendung; Ausstrahlung</w:t>
            </w:r>
          </w:p>
        </w:tc>
        <w:tc>
          <w:tcPr>
            <w:tcW w:type="dxa" w:w="3402"/>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Keine Garantie fehlerfreier Nutzerangaben</w:t>
            </w:r>
          </w:p>
        </w:tc>
      </w:tr>
      <w:tr>
        <w:trPr>
          <w:cantSplit/>
        </w:trPr>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Inhalt</w:t>
            </w:r>
          </w:p>
        </w:tc>
        <w:tc>
          <w:tcPr>
            <w:tcW w:type="dxa" w:w="396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Beschwerdetext; Vorwuerfe (Kategorien); Betroffene Paragraphen</w:t>
            </w:r>
          </w:p>
        </w:tc>
        <w:tc>
          <w:tcPr>
            <w:tcW w:type="dxa" w:w="3402"/>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Vorwurf ist keine festgestellte Rechtsverletzung</w:t>
            </w:r>
          </w:p>
        </w:tc>
      </w:tr>
      <w:tr>
        <w:trPr>
          <w:cantSplit/>
        </w:trPr>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Aktivität</w:t>
            </w:r>
          </w:p>
        </w:tc>
        <w:tc>
          <w:tcPr>
            <w:tcW w:type="dxa" w:w="396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Anzahl geteilt; Geteilt von; Geteilt bis; Rundfunkrat informiert (Anzahl)</w:t>
            </w:r>
          </w:p>
        </w:tc>
        <w:tc>
          <w:tcPr>
            <w:tcW w:type="dxa" w:w="3402"/>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Kein Einzelzustellnachweis und kein Entscheidungsergebnis</w:t>
            </w:r>
          </w:p>
        </w:tc>
      </w:tr>
      <w:tr>
        <w:trPr>
          <w:cantSplit/>
        </w:trPr>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Weitere Angaben</w:t>
            </w:r>
          </w:p>
        </w:tc>
        <w:tc>
          <w:tcPr>
            <w:tcW w:type="dxa" w:w="396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PLZ; Ort; Links zur Programmbeschwerde</w:t>
            </w:r>
          </w:p>
        </w:tc>
        <w:tc>
          <w:tcPr>
            <w:tcW w:type="dxa" w:w="3402"/>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 eigenes strukturiertes Antwort- oder Abhilfefeld</w:t>
            </w:r>
          </w:p>
        </w:tc>
      </w:tr>
    </w:tbl>
    <w:p>
      <w:pPr>
        <w:spacing w:after="0"/>
      </w:pPr>
    </w:p>
    <w:p>
      <w:r>
        <w:t>Es gibt keine eigenen strukturierten Spalten für Inhalt und Datum einer Antwort, Zulässigkeitsentscheidung, Gremienbeschluss, Korrektur oder sonstige Abhilfe. Aus dem Fehlen solcher Spalten folgt nicht, dass in Freitexten oder verlinkten Unterlagen keinerlei Antworten vorhanden wären. Es folgt aber, dass eine Erfolgsquote nicht durch einfaches Summieren einer vorhandenen Ergebnisspalte gewonnen werden kann. Für eine solche Quote ist eine zusätzliche, dokumentierte Zuordnung der Ergebnisquellen erforderlich.</w:t>
      </w:r>
    </w:p>
    <w:p>
      <w:r>
        <w:t>Im Export sind 1.206 Datensätze mit einem nicht leeren Feld Links zur Programmbeschwerde enthalten. Die bloße Existenz eines Links beweist dessen aktuellen Inhalt und Erreichbarkeit nicht. Sie bezeichnet einen nachvollziehbaren Beschaffungsansatz. Die vollständige systematische Auswertung sämtlicher verlinkter Inhalte ist nicht Teil der hier durchgeführten technischen Nachrechnung. Die drei nachfolgend ausgewählten Fallgruppen sind gezielte dokumentarische Vertiefungen, keine als Zufallsauswahl ausgegebene Vollerhebung aller Antworten. [D03]</w:t>
      </w:r>
    </w:p>
    <w:p>
      <w:pPr>
        <w:pStyle w:val="Heading2"/>
      </w:pPr>
      <w:r>
        <w:t>3.4 Zähleinheiten und die Gefahr der Mehrfachzählung</w:t>
      </w:r>
    </w:p>
    <w:p>
      <w:r>
        <w:t>Eine Beschwerde-ID bezeichnet einen Datensatz, nicht zwingend einen eigenständigen Programmfehler. Mehrere Datensätze können dieselbe Sendung und denselben Text betreffen. Eine Teilung ist wiederum ein anderer Vorgang als die erstmalige Anlage einer Beschwerde. Eine Gremieninformation kann mehrfach auf denselben Ausgangsvorgang bezogen sein. Die vier Größen Datensätze, Sendungsanlässe, Teilungen und Gremieninformationen müssen deshalb getrennt bleiben.</w:t>
      </w:r>
    </w:p>
    <w:p>
      <w:r>
        <w:t>Die technische Prüfung ergab 45 Gruppen mit exakt identischem, nach Entfernung äußerer Leerzeichen verglichenem Beschwerdetext. Gegenüber einer einmaligen Zählung jedes dieser Texte entstehen 191 zusätzliche Zeilen. Dies ist keine Behauptung, alle diese Vorgänge seien rechtsmissbräuchlich oder inhaltsgleich in jeder anderen Spalte. Es zeigt, dass 4.086 eindeutige IDs nicht 4.086 unabhängigen inhaltlichen Beobachtungen gleichgesetzt werden dürfen. Leere Beschwerdetexte wurden in diesem Export nicht gefunden. [D03]</w:t>
      </w:r>
    </w:p>
    <w:tbl>
      <w:tblPr>
        <w:tblW w:type="auto" w:w="0"/>
        <w:jc w:val="center"/>
        <w:tblLayout w:type="fixed"/>
        <w:tblLook w:firstColumn="1" w:firstRow="1" w:lastColumn="0" w:lastRow="0" w:noHBand="0" w:noVBand="1" w:val="04A0"/>
      </w:tblPr>
      <w:tblGrid>
        <w:gridCol w:w="5329"/>
        <w:gridCol w:w="3628"/>
      </w:tblGrid>
      <w:tr>
        <w:trPr>
          <w:tblHeader/>
          <w:cantSplit/>
        </w:trPr>
        <w:tc>
          <w:tcPr>
            <w:tcW w:type="dxa" w:w="532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Prüfpunkt</w:t>
            </w:r>
          </w:p>
        </w:tc>
        <w:tc>
          <w:tcPr>
            <w:tcW w:type="dxa" w:w="362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Nachrechnung / Befund</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Datensätze / verschiedene IDs</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4.086 / 4.086</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Gespeicherte Teilungen</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118.627</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Gespeicherte Gremieninformationen</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3.329</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Zeilen mit Gremieninformation &gt; 0</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474</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Zeilen mit mindestens einem Link im entsprechenden Feld</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1.206</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Leere Ausstrahlungsfelder</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164</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Ausstrahlung laut Eintrag nach Beschwerdezeit</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Exakt gleiche bereinigte Texte</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45 Gruppen; 191 zusätzliche Zeilen jenseits jeweils einer Erstzeile</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Leere Beschwerdetexte</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Dashboardabweichungen laut S02</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Teilungen +1; Gremienkennzahl +123; Zähllogik nicht technisch belegt</w:t>
            </w:r>
          </w:p>
        </w:tc>
      </w:tr>
    </w:tbl>
    <w:p>
      <w:pPr>
        <w:spacing w:after="0"/>
      </w:pPr>
    </w:p>
    <w:p>
      <w:r>
        <w:t>Die 474 mit mindestens einer Gremieninformation versehenen Datensätze entsprechen rund 11,6 Prozent aller Ausgangsdatensätze. Der Quotient 3.329 geteilt durch 474 beträgt rund 7,0 gespeicherte Gremieninformationen je solcher Zeile. Diese Rechnung macht gerade sichtbar, warum die Summe 3.329 nicht als Zahl unabhängiger Gremienentscheidungen bezeichnet werden darf. Ebenso wenig ist aus einer Teilungszahl auf dieselbe Zahl verschiedener Absender oder erfolgreicher Zustellungen zu schließen, solange die Ereignisdefinition nicht technisch bestätigt ist.</w:t>
      </w:r>
    </w:p>
    <w:p>
      <w:pPr>
        <w:pStyle w:val="Heading2"/>
      </w:pPr>
      <w:r>
        <w:t>3.5 Abgleich mit den im Gutachten wiedergegebenen Dashboard-Werten</w:t>
      </w:r>
    </w:p>
    <w:p>
      <w:r>
        <w:t>Die Ausgangsgutachten nennen neben dem Export Dashboard-Zahlen: 118.628 Teilungen, 3.452 Beschwerden beim Rundfunkrat und 83.096 Gesamtmeldungen. Gegenüber dem CSV liegen damit eine Differenz von einer Teilung sowie eine Differenz von 123 bei der Gremienkennzahl vor. Diese Abweichungen wurden in den Ausgangsarbeiten offengelegt und werden hier nicht beseitigt, indem jeweils der größere Wert verwendet wird. [S02, Abschn. E; S03, Abschn. E]</w:t>
      </w:r>
    </w:p>
    <w:p>
      <w:r>
        <w:t>Die Nachrechnung bestätigt nur die CSV-Summen. Ob unterschiedliche Abrufzeiten, Filter, technische Ereignisdefinitionen oder nachträgliche Änderungen die Dashboard-Differenzen erklären, ist nicht festgestellt. Auch die Dashboard-Größe 83.096 ist nicht mit einer einfachen Summe aus Zeilen und Teilungen gleichzusetzen. Ohne eine Definition der Dashboard-Kennzahlen darf sie nicht als Zahl unabhängiger Beschwerden oder als kontrollierte Versandzahl verwendet werden.</w:t>
      </w:r>
    </w:p>
    <w:p>
      <w:r>
        <w:t>Die Folgerung lautet daher positiv und begrenzt: Der Export dokumentiert einen umfangreichen Bestand bestimmbarer Beschwerdevorgänge und gespeicherter Verbreitungsaktivität. Die exakten Kennzahlen dieses Bestands sind reproduzierbar. Für Vergleiche mit Eingangsstatistiken einer Anstalt müssen die Zähleinheiten harmonisiert werden. Dazu gehören die Behandlung von Mehrfachbeschwerden, Leiteingaben, Weiterleitungen und bereits vor einer Gremienbefassung erledigten Anliegen.</w:t>
      </w:r>
    </w:p>
    <w:p>
      <w:pPr>
        <w:pStyle w:val="Heading2"/>
      </w:pPr>
      <w:r>
        <w:t>3.6 Medien- und Senderverteilung als Grundlage gezielter Teilmengen</w:t>
      </w:r>
    </w:p>
    <w:p>
      <w:r>
        <w:t>Die Medienverteilung lautet 3.943 Fernsehvorgänge, 43 Onlinevorgänge, fünf Radiovorgänge und 95 ohne Medienzuordnung. Damit beschreibt der Datensatz vor allem Fernsehkritik. Er bildet nicht allein wegen seiner Größe Radio und Telemedien repräsentativ ab. Der positive Nutzen der Verteilung ist die Möglichkeit, einen begrenzten anstalts- und formatbezogenen Untersuchungsbestand zu bilden, statt alle Plattformdaten ungeprüft als Gesamtrundfunkbeweis zu behandeln. [D03]</w:t>
      </w:r>
    </w:p>
    <w:tbl>
      <w:tblPr>
        <w:tblW w:type="auto" w:w="0"/>
        <w:jc w:val="center"/>
        <w:tblLayout w:type="fixed"/>
        <w:tblLook w:firstColumn="1" w:firstRow="1" w:lastColumn="0" w:lastRow="0" w:noHBand="0" w:noVBand="1" w:val="04A0"/>
      </w:tblPr>
      <w:tblGrid>
        <w:gridCol w:w="4535"/>
        <w:gridCol w:w="2098"/>
        <w:gridCol w:w="2324"/>
      </w:tblGrid>
      <w:tr>
        <w:trPr>
          <w:tblHeader/>
          <w:cantSplit/>
        </w:trPr>
        <w:tc>
          <w:tcPr>
            <w:tcW w:type="dxa" w:w="453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Medium laut Export</w:t>
            </w:r>
          </w:p>
        </w:tc>
        <w:tc>
          <w:tcPr>
            <w:tcW w:type="dxa" w:w="209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Vorgänge</w:t>
            </w:r>
          </w:p>
        </w:tc>
        <w:tc>
          <w:tcPr>
            <w:tcW w:type="dxa" w:w="232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Anteil</w:t>
            </w:r>
          </w:p>
        </w:tc>
      </w:tr>
      <w:tr>
        <w:trPr>
          <w:cantSplit/>
        </w:trPr>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tv</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3943</w:t>
            </w:r>
          </w:p>
        </w:tc>
        <w:tc>
          <w:tcPr>
            <w:tcW w:type="dxa" w:w="232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96,50 %</w:t>
            </w:r>
          </w:p>
        </w:tc>
      </w:tr>
      <w:tr>
        <w:trPr>
          <w:cantSplit/>
        </w:trPr>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unbekannt</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95</w:t>
            </w:r>
          </w:p>
        </w:tc>
        <w:tc>
          <w:tcPr>
            <w:tcW w:type="dxa" w:w="232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2,33 %</w:t>
            </w:r>
          </w:p>
        </w:tc>
      </w:tr>
      <w:tr>
        <w:trPr>
          <w:cantSplit/>
        </w:trPr>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online</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43</w:t>
            </w:r>
          </w:p>
        </w:tc>
        <w:tc>
          <w:tcPr>
            <w:tcW w:type="dxa" w:w="232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1,05 %</w:t>
            </w:r>
          </w:p>
        </w:tc>
      </w:tr>
      <w:tr>
        <w:trPr>
          <w:cantSplit/>
        </w:trPr>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radio</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w:t>
            </w:r>
          </w:p>
        </w:tc>
        <w:tc>
          <w:tcPr>
            <w:tcW w:type="dxa" w:w="232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0,12 %</w:t>
            </w:r>
          </w:p>
        </w:tc>
      </w:tr>
    </w:tbl>
    <w:p>
      <w:pPr>
        <w:spacing w:after="0"/>
      </w:pPr>
    </w:p>
    <w:p>
      <w:r>
        <w:t>Die Senderbezeichnungen werden im folgenden Überblick so verwendet, wie sie im Export stehen. Sie sind keine abschließende rechtliche Zuordnung des verantwortlichen Rechtsträgers. Das Erste ist beispielsweise ein Gemeinschaftsangebot; aus dieser Bezeichnung allein folgt nicht, welche Anstalt die konkrete Sendung verantwortet. Ebenso werden private Anbieter und die anders finanzierte Deutsche Welle nicht ungeprüft als beitragsfinanzierte Landesrundfunkangebote mitgezählt.</w:t>
      </w:r>
    </w:p>
    <w:tbl>
      <w:tblPr>
        <w:tblW w:type="auto" w:w="0"/>
        <w:jc w:val="center"/>
        <w:tblLayout w:type="fixed"/>
        <w:tblLook w:firstColumn="1" w:firstRow="1" w:lastColumn="0" w:lastRow="0" w:noHBand="0" w:noVBand="1" w:val="04A0"/>
      </w:tblPr>
      <w:tblGrid>
        <w:gridCol w:w="4309"/>
        <w:gridCol w:w="1474"/>
        <w:gridCol w:w="1587"/>
        <w:gridCol w:w="1587"/>
      </w:tblGrid>
      <w:tr>
        <w:trPr>
          <w:tblHeader/>
          <w:cantSplit/>
        </w:trPr>
        <w:tc>
          <w:tcPr>
            <w:tcW w:type="dxa" w:w="430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Senderbezeichnung im Export</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Vorgänge</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Teilungen</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Gremieninfo.</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1LIVE</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3sat</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967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ARD alpha</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BR</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82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784</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DW Online</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Das Erste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1858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46541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1163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Deutschlandfunk</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HR</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45</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4879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152</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Kabel Eins</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KiKa</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2767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MDR</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1147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49</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MDR Aktuell</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NDR</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1037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33</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ONE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ProSieben</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RBB</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622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RTL</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754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SAT.1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SR</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SWR BW</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702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SWR RLP</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VOX</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WDR</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2468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74</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ZDF</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1080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44841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1354</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ZDFinfo</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ZDFneo</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25</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331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arte</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hr1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phoenix</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134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tagesschau24</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939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21</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unbekannt</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164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9708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230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4086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118627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3329</w:t>
            </w:r>
          </w:p>
        </w:tc>
      </w:tr>
    </w:tbl>
    <w:p>
      <w:pPr>
        <w:spacing w:after="0"/>
      </w:pPr>
    </w:p>
    <w:p>
      <w:r>
        <w:t>Das Erste und ZDF vereinigen 2.938 Ausgangsvorgänge auf sich, rund 71,9 Prozent des Bestands. Dieser Anteil beschreibt die Plattformaktivität, nicht den Anteil fehlerhafter Sendungen. Weder die Nutzungswahrscheinlichkeit eines Angebots noch die Anzahl ausgestrahlter Beiträge sind im Export als geeigneter Nenner einer Fehlerquote enthalten. Die Klägerseite verlangt deshalb keinen Sendervergleich nach vermeintlicher objektiver Fehlerhäufigkeit. Sie verwendet die Tabelle zur nachvollziehbaren Abgrenzung konkreter Teilbestände.</w:t>
      </w:r>
    </w:p>
    <w:p>
      <w:pPr>
        <w:pStyle w:val="Heading2"/>
      </w:pPr>
      <w:r>
        <w:t>3.7 Zeitverteilung und Datenqualität</w:t>
      </w:r>
    </w:p>
    <w:p>
      <w:r>
        <w:t>Die folgende Monatstabelle ist aus den gespeicherten Beschwerdezeitpunkten neu gebildet. Sie belegt den Verlauf der erfassten Aktivität. Das Beschwerdedatum ist nicht stets das Sendedatum; für den Beitragseinwand ist der zugrunde liegende Programmzeitraum gesondert zuzuordnen.</w:t>
      </w:r>
    </w:p>
    <w:tbl>
      <w:tblPr>
        <w:tblW w:type="auto" w:w="0"/>
        <w:jc w:val="center"/>
        <w:tblLayout w:type="fixed"/>
        <w:tblLook w:firstColumn="1" w:firstRow="1" w:lastColumn="0" w:lastRow="0" w:noHBand="0" w:noVBand="1" w:val="04A0"/>
      </w:tblPr>
      <w:tblGrid>
        <w:gridCol w:w="4309"/>
        <w:gridCol w:w="1474"/>
        <w:gridCol w:w="1587"/>
        <w:gridCol w:w="1587"/>
      </w:tblGrid>
      <w:tr>
        <w:trPr>
          <w:tblHeader/>
          <w:cantSplit/>
        </w:trPr>
        <w:tc>
          <w:tcPr>
            <w:tcW w:type="dxa" w:w="430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Beschwerdemonat</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Vorgänge</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Teilungen</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Gremieninfo.</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2024-06</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839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4019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45</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2024-07</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506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6427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2024-08</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229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5845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101</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2024-09</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372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17379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199</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2024-10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10589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184</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2024-11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153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13767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348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2024-12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146</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7360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263</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190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20102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458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2025-02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5507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252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2025-03</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83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2381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138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2025-04</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3360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184</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2025-05</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178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3948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165</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2025-06</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186</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2129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127</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2025-07</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202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2297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142</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2025-08</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1076</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67</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2025-09</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122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3767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194</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2025-10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440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2025-11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1493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65</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2025-12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1591</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79</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2026-01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468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32</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2026-02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2119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111</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2026-03</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463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2026-04</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1297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66</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2026-05</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15</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2026-06</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800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4086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118627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3329</w:t>
            </w:r>
          </w:p>
        </w:tc>
      </w:tr>
    </w:tbl>
    <w:p>
      <w:pPr>
        <w:spacing w:after="0"/>
      </w:pPr>
    </w:p>
    <w:p>
      <w:r>
        <w:t>Die ersten zwölf Monate vom 13. Juni 2024 bis zum 12. Juni 2025 enthalten 3.221 Vorgänge, der nachfolgende leicht längere Abschnitt bis zum 19. Juni 2026 weitere 865. Dies bestätigt den in den Gutachten beschriebenen Rückgang. Daraus folgt jedoch weder, dass die Programme entsprechend besser wurden, noch, dass die Nutzer nachweislich resignierten. Reichweite und Nutzung der Plattform, thematische Ereignisse, Versandfunktionen und tatsächliche Abhilfe können den Verlauf beeinflussen. Eine Motivationserklärung ohne entsprechende Daten wird nicht als Tatsache behauptet.</w:t>
      </w:r>
    </w:p>
    <w:p>
      <w:r>
        <w:t>Die technische Datumsprüfung ergab 164 leere Ausstrahlungsfelder. Bei fünf Datensätzen liegt der gespeicherte Ausstrahlungszeitpunkt nach dem gespeicherten Beschwerdezeitpunkt. Die betreffenden IDs sind im technischen Prüfprotokoll bezeichnet. Mögliche Eingabefehler werden nicht eigenmächtig korrigiert; bis zur Klärung sind diese Zeilen für eine exakte Sendungszeitzuordnung gesondert zu behandeln. Die Zahlen widerlegen nicht den gesamten Export, begrenzen aber die Präzision einer rein automatischen Zeitfilterung. [D03]</w:t>
      </w:r>
    </w:p>
    <w:p>
      <w:r>
        <w:t>Ein schriftsätzlicher Tatsachenvortrag kann dadurch konkreter werden: Er benennt nicht nur mehrere Jahre Beschwerdeaktivität, sondern die für einen bestimmten Streitzeitraum gefilterten, hinreichend datierten Inhalte und die verbleibenden unzugeordneten Zeilen. Für die nachfolgend ausgearbeiteten Fallgruppen sind Sender, Titel und gespeicherter Sendetag miteinander abgeglichen. Ein neuer unabhängiger Abgleich aller Ausstrahlungszeiten mit den Sendearchiven wurde nicht vorgenommen.</w:t>
      </w:r>
    </w:p>
    <w:p>
      <w:pPr>
        <w:pStyle w:val="Heading2"/>
      </w:pPr>
      <w:r>
        <w:t>3.8 Vorwurfskategorien: Untersuchungsanlass statt bereits festgestellter Verstoß</w:t>
      </w:r>
    </w:p>
    <w:p>
      <w:r>
        <w:t>Die Kategorien im Export sind Vorwurfsbezeichnungen. Zu einer Zeile können mehrere Kategorien gespeichert sein. Die häufigsten sind selektive Berichterstattung mit 2.065 und Einseitigkeit mit 1.983 Zuordnungen; 960 Zeilen nennen Falschmeldung. Die vollständige nachgerechnete Kategorienverteilung steht im technischen Nachweis. Sprachlich wertende Begriffe des Ausgangssystems werden dort ausdrücklich als gespeicherte Nutzerkategorien gekennzeichnet, nicht als eigene Tatsachenfeststellungen. [D03]</w:t>
      </w:r>
    </w:p>
    <w:p>
      <w:r>
        <w:t>Für eine sachliche Inhaltsprüfung ist die Kategorienliste allein unzureichend. Ein als Falschmeldung bezeichnetes Anliegen kann eine nachweisbar falsche Tatsachenbehauptung, eine abweichende Interpretation oder Unzufriedenheit mit einer Schwerpunktsetzung betreffen. Umgekehrt kann ein tatsächlicher Tatsachenfehler unter mehreren anderen Kategorien erfasst sein. Die Qualifikation muss deshalb am konkret benannten Beitrag und am behaupteten Fehler ansetzen, nicht am Schlagwort.</w:t>
      </w:r>
    </w:p>
    <w:p>
      <w:r>
        <w:t>Der positive Nutzen besteht in der Auswahl eines nachvollziehbaren Prüffelds. Für eine Untersuchung von Korrekturen können beispielsweise konkret bezeichnete Tatsachenbeanstandungen und deren Antworten untersucht werden. Für eine Untersuchung von Gremienverfahren kann auf Zeilen mit einer gespeicherten Eskalation zugegriffen werden. Beide Auswahlwege müssen als bewusste Fallauswahl erkennbar bleiben. Aus ihnen entsteht ohne geeignete Stichprobenlogik keine allgemeine Erfolgs- oder Fehlerquote.</w:t>
      </w:r>
    </w:p>
    <w:p>
      <w:pPr>
        <w:pStyle w:val="Heading2"/>
      </w:pPr>
      <w:r>
        <w:t>3.9 Ein differenziertes Wirkungsmodell</w:t>
      </w:r>
    </w:p>
    <w:p>
      <w:r>
        <w:t>Das Rundfunkalarm-Gutachten unterscheidet sechs Stufen von fehlender dokumentierter Reaktion bis zu struktureller Lernwirkung. Diese Ordnung wird aufgenommen, aber von der sachlichen Rechtmäßigkeit einer Entscheidung getrennt. Eine vollständig begründete Zurückweisung kann ordnungsgemäße Kontrolle sein, auch wenn sie keine Korrektur verlangt. Umgekehrt kann ein Verfahren formal als erledigt beendet werden, weil das berechtigte Anliegen schon vorher erfüllt wurde.</w:t>
      </w:r>
    </w:p>
    <w:tbl>
      <w:tblPr>
        <w:tblW w:type="auto" w:w="0"/>
        <w:jc w:val="center"/>
        <w:tblLayout w:type="fixed"/>
        <w:tblLook w:firstColumn="1" w:firstRow="1" w:lastColumn="0" w:lastRow="0" w:noHBand="0" w:noVBand="1" w:val="04A0"/>
      </w:tblPr>
      <w:tblGrid>
        <w:gridCol w:w="680"/>
        <w:gridCol w:w="3628"/>
        <w:gridCol w:w="4649"/>
      </w:tblGrid>
      <w:tr>
        <w:trPr>
          <w:tblHeader/>
          <w:cantSplit/>
        </w:trPr>
        <w:tc>
          <w:tcPr>
            <w:tcW w:type="dxa" w:w="680"/>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Stufe</w:t>
            </w:r>
          </w:p>
        </w:tc>
        <w:tc>
          <w:tcPr>
            <w:tcW w:type="dxa" w:w="362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Dokumentierter Vorgang</w:t>
            </w:r>
          </w:p>
        </w:tc>
        <w:tc>
          <w:tcPr>
            <w:tcW w:type="dxa" w:w="464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Erkenntnisgrenze</w:t>
            </w:r>
          </w:p>
        </w:tc>
      </w:tr>
      <w:tr>
        <w:trPr>
          <w:cantSplit/>
        </w:trPr>
        <w:tc>
          <w:tcPr>
            <w:tcW w:type="dxa" w:w="68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Keine dokumentierte Reaktion</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Fehlende Dokumentation ist nicht bewiesene Nichtbearbeitung</w:t>
            </w:r>
          </w:p>
        </w:tc>
      </w:tr>
      <w:tr>
        <w:trPr>
          <w:cantSplit/>
        </w:trPr>
        <w:tc>
          <w:tcPr>
            <w:tcW w:type="dxa" w:w="68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Formaler Eingang / Kenntnisnahme</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Noch keine nachgewiesene Sachprüfung</w:t>
            </w:r>
          </w:p>
        </w:tc>
      </w:tr>
      <w:tr>
        <w:trPr>
          <w:cantSplit/>
        </w:trPr>
        <w:tc>
          <w:tcPr>
            <w:tcW w:type="dxa" w:w="68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Nachvollziehbar begründete Zurückweisung</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Kann bei unbegründeter Eingabe ordnungsgemäße Kontrolle sein</w:t>
            </w:r>
          </w:p>
        </w:tc>
      </w:tr>
      <w:tr>
        <w:trPr>
          <w:cantSplit/>
        </w:trPr>
        <w:tc>
          <w:tcPr>
            <w:tcW w:type="dxa" w:w="68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3</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Anerkennung oder weitere Prüfung ohne sichtbare Abhilfe</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Anerkennung, Prüfung und Umsetzung einzeln erfassen</w:t>
            </w:r>
          </w:p>
        </w:tc>
      </w:tr>
      <w:tr>
        <w:trPr>
          <w:cantSplit/>
        </w:trPr>
        <w:tc>
          <w:tcPr>
            <w:tcW w:type="dxa" w:w="68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4</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Korrektur, Ergänzung, Richtigstellung oder andere Abhilfe</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Konkrete Maßnahme, Datum und Reichweite belegen</w:t>
            </w:r>
          </w:p>
        </w:tc>
      </w:tr>
      <w:tr>
        <w:trPr>
          <w:cantSplit/>
        </w:trPr>
        <w:tc>
          <w:tcPr>
            <w:tcW w:type="dxa" w:w="68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5</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Strukturelle Maßnahme / dokumentierter Lernprozess</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Ankündigung und tatsächliche langfristige Wirkung trennen</w:t>
            </w:r>
          </w:p>
        </w:tc>
      </w:tr>
    </w:tbl>
    <w:p>
      <w:pPr>
        <w:spacing w:after="0"/>
      </w:pPr>
    </w:p>
    <w:p>
      <w:r>
        <w:t>Zusätzlich sind Entscheidungsergebnis und tatsächliche Folge getrennt zu kodieren. Ergebnisgruppen sind insbesondere unzulässig, unbegründet, teilweise begründet, begründet, wegen Abhilfe erledigt und anderweitig erledigt. Folgen können eine Richtigstellung, Ergänzung, Entfernung oder Änderung eines Beitrags, eine Entschuldigung, eine geänderte Freigaberegel oder eine andere dokumentierte Maßnahme sein. Diese Zweiteilung verhindert, dass ein nicht stattgegebener Vorgang automatisch als wirkungslos gilt.</w:t>
      </w:r>
    </w:p>
    <w:p>
      <w:r>
        <w:t>Bei unbekanntem Ergebnis ist unbekannt einzutragen. Fehlende Dokumentation ist nicht dasselbe wie dokumentierte Nichtbearbeitung. Eine vollständige Untersuchung muss ferner einen angemessenen Beobachtungszeitraum nach Beschwerdeeingang berücksichtigen: Ein wenige Tage vor Export angelegter Vorgang kann noch offen gewesen sein. Ihn wie eine jahrelang unbeantwortete Eingabe zu behandeln, würde die behauptete Wirkungslosigkeit künstlich erhöhen.</w:t>
      </w:r>
    </w:p>
    <w:p>
      <w:pPr>
        <w:pStyle w:val="Heading2"/>
      </w:pPr>
      <w:r>
        <w:t>3.10 Fallgruppe F01: heute journal vom 15. Februar 2026</w:t>
      </w:r>
    </w:p>
    <w:p>
      <w:r>
        <w:t>Die Auswahl wurde anhand der gespeicherten Senderbezeichnung ZDF, des Ausstrahlungstags 15. Februar 2026 und des Bezugs zum heute journal beziehungsweise dem beanstandeten ICE-Bildmaterial vorgenommen. Der Export enthält zehn zugeordnete Datensätze. In ihnen sind insgesamt 723 Teilungen und 28 Rundfunkratsinformationen gespeichert. Die folgende Tabelle enthält ausschließlich fallrelevante Metadaten; private Ortsangaben werden nicht wiedergegeben. [D01; D02]</w:t>
      </w:r>
    </w:p>
    <w:tbl>
      <w:tblPr>
        <w:tblW w:type="auto" w:w="0"/>
        <w:jc w:val="center"/>
        <w:tblLayout w:type="fixed"/>
        <w:tblLook w:firstColumn="1" w:firstRow="1" w:lastColumn="0" w:lastRow="0" w:noHBand="0" w:noVBand="1" w:val="04A0"/>
      </w:tblPr>
      <w:tblGrid>
        <w:gridCol w:w="2268"/>
        <w:gridCol w:w="3515"/>
        <w:gridCol w:w="1587"/>
        <w:gridCol w:w="1587"/>
      </w:tblGrid>
      <w:tr>
        <w:trPr>
          <w:tblHeader/>
          <w:cantSplit/>
        </w:trPr>
        <w:tc>
          <w:tcPr>
            <w:tcW w:type="dxa" w:w="226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Beschwerde-ID</w:t>
            </w:r>
          </w:p>
        </w:tc>
        <w:tc>
          <w:tcPr>
            <w:tcW w:type="dxa" w:w="351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Beschwerdedatum</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Teilungen</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Gremieninfo.</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m-6wdhnt</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16.02.2026 15:14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m-6wdmll</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16.02.2026 20:19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m-6wdo55</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16.02.2026 22:18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m-6wdodh</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17.02.2026 01:52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723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27</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m-6we341</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17.02.2026 09:32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m-6wf45d</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17.02.2026 16:27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m-6wfav1</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17.02.2026 19:18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m-6wfy0d</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18.02.2026 09:53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m-6wi9cd</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23.02.2026 19:08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m-6wiqs5</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26.02.2026 09:02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Summe / 10 Vorgänge</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723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28</w:t>
            </w:r>
          </w:p>
        </w:tc>
      </w:tr>
    </w:tbl>
    <w:p>
      <w:pPr>
        <w:spacing w:after="0"/>
      </w:pPr>
    </w:p>
    <w:p>
      <w:r>
        <w:t>Der Vorgang m-6wdodh beanstandet insbesondere die Verwendung eines nach der Beschwerde KI-generierten Clips ohne hinreichende Kennzeichnung sowie den Widerspruch zu einer vorausgehenden Warnung vor gefälschten Videos. m-6wi9cd enthält einen weitgehend entsprechenden Beschwerdetext. Andere Einträge in der Gruppe sind knapper oder anders gewichtet. Aus dem gemeinsamen Sendungsbezug folgt nicht, dass alle zehn in jeder Einzelheit dieselben Vorwürfe erhoben. Rechtliche Normzitate der Eingaben werden nicht ungeprüft als zutreffende rechtliche Einordnung übernommen.</w:t>
      </w:r>
    </w:p>
    <w:p>
      <w:r>
        <w:t>Die öffentliche Mitteilung des Fernsehrats vom 19. Juni 2026 behandelt das Beschwerdeverfahren zur Sendung vom 15. Februar 2026. Sie beschreibt, dass KI-generiertes und sachlich nicht passend zugeordnetes Material nicht den einschlägigen Standards entsprochen habe. Zugleich nennt sie die Korrektur mit Entschuldigung in der Sendung vom 17. Februar, die Entfernung des beanstandeten Beitrags aus dem Streamingangebot, personelle Folgen sowie weitere organisatorische Maßnahmen. Das Verfahren wurde wegen bereits wirksamer Abhilfe als erledigt behandelt. [E21, S. 1-2]</w:t>
      </w:r>
    </w:p>
    <w:p>
      <w:r>
        <w:t>Die Mitteilung setzt sich außerdem mit dem Vorwurf einer absichtlichen Täuschung auseinander und bestätigt diesen nicht. Dieser Gegenbefund wird ausdrücklich mitgeführt. Die Klägerseite stützt sich auf den dokumentierten Fehler und die dokumentierten Reaktionen, nicht auf eine unbewiesene Manipulationsabsicht. Eine Aktenlage, die Fehler und Abhilfe zugleich belegt, darf nicht selektiv nur mit ihrem belastenden Teil verwendet werden.</w:t>
      </w:r>
    </w:p>
    <w:p>
      <w:pPr>
        <w:pStyle w:val="Heading2"/>
      </w:pPr>
      <w:r>
        <w:t>3.11 F01: gesicherte Verbindung und offenbleibende Kausalität</w:t>
      </w:r>
    </w:p>
    <w:p>
      <w:r>
        <w:t>Die Übereinstimmung zwischen Export und Ergebnisquelle betrifft die bestimmte Sendung und den darin beanstandeten Umgang mit Bildmaterial. Damit ist ein sachlicher Zusammenhang hergestellt, der über das bloße Nebeneinander einer Statistik und eines Presseartikels hinausgeht. Nicht hergestellt ist dagegen eine eindeutige Zuordnung jeder Plattform-ID zur beim ZDF geführten Leiteingabe oder zu einem dortigen Eingangsaktenzeichen.</w:t>
      </w:r>
    </w:p>
    <w:p>
      <w:r>
        <w:t>Insbesondere darf aus den 723 Teilungen nicht gefolgert werden, alle seien vor der Korrektur am 17. Februar beim ZDF eingegangen. Die gespeicherten Teilungsgrenzen reichen bei m-6wdodh bis zum 19. Juni 2026; der Export enthält keine vollständige Ereignisliste jeder einzelnen Teilung. Einige Ursprungsvorgänge wurden zudem erst nach der berichteten Korrektur angelegt. Ein Kausalmodell, nach dem die gesamte registrierte Aktivität die erste Korrektur ausgelöst habe, wäre deshalb nicht belegt.</w:t>
      </w:r>
    </w:p>
    <w:p>
      <w:r>
        <w:t>Die begrenzte weitere Frage lautet: Welche dieser konkret bezeichneten Beschwerden gingen ein, wurden welcher Leiteingabe zugeordnet und erhielten welche Antwort? Dafür können eine Eingangsbestätigung, die Zuordnungsinformation oder die bereits vorhandene Antwort genügen. Verlangt werden nicht sämtliche personenbezogenen Daten anderer Beschwerdeführender und keine Offenlegung vertraulicher journalistischer Quellen. Die im gerichtlichen Zusammenhang begehrte Information bezieht sich auf ein bestimmtes bereits bekanntes Ereignis.</w:t>
      </w:r>
    </w:p>
    <w:p>
      <w:r>
        <w:t>Für das Wirkungsmodell folgt: Auf der Ebene des veröffentlichten Beitrags liegt nach der Ergebnisquelle dokumentierte Abhilfe vor. Auf der Ebene einzelner Rundfunkalarm-Eingaben ist deren eigener Verfahrensverlauf noch offen. Die pauschale Fortschreibung einer nach außen vollständig unsichtbaren Korrekturwirkung wäre angesichts dieser Erkenntnis nicht mehr zutreffend. Die revidierte Aussage muss beide Ebenen nennen. Diese Korrektur der früheren Einordnung ist eine Folge zusätzlicher Erkenntnisse, nicht eine nachträgliche Änderung der Originaldatei.</w:t>
      </w:r>
    </w:p>
    <w:p>
      <w:pPr>
        <w:pStyle w:val="Heading2"/>
      </w:pPr>
      <w:r>
        <w:t>3.12 Fallgruppe F02: Schlagabtausch vom 6. Februar 2025</w:t>
      </w:r>
    </w:p>
    <w:p>
      <w:r>
        <w:t>Die Auswahl nach ZDF, Sendetag 6. Februar 2025 und Sendungstitel Schlagabtausch ergibt zwanzig Datensätze mit insgesamt 854 gespeicherten Teilungen und 31 Gremieninformationen. Der zentrale geteilte Vorgang ist m-6s5ogl, angelegt am 7. Februar 2025 um 10:41 Uhr; bei ihm sind 854 Teilungen und 30 Gremieninformationen gespeichert. Ein weiterer Datensatz trägt eine Gremieninformation. Die vollständige ID-Liste ist Bestandteil des technischen Fallgruppennachweises. [D02]</w:t>
      </w:r>
    </w:p>
    <w:p>
      <w:r>
        <w:t>Die Eingaben beanstanden unter anderem Publikumsreaktionen, Auswahl beziehungsweise Platzierung des Publikums, Moderation und Behandlung der Teilnehmenden. Dies sind Vorwürfe der Beschwerdeführenden, keine durch die Plattformdaten bewiesenen Produktionsabläufe. Die gespeicherte Formulierung, der Applaus sei gezielt manipuliert worden, wird nicht als festgestellte Tatsache übernommen. Prüfbar ist dagegen, welche Rekrutierungs- und Ablaufangaben die Anstalt in ihrer bereits veröffentlichten Stellungnahme zu diesem bestimmten Vorgang gemacht hat.</w:t>
      </w:r>
    </w:p>
    <w:p>
      <w:r>
        <w:t>Das öffentliche ZDF-Verzeichnis der Mehrfachbeschwerdeverfahren weist einen Vorgang zu dieser Sendung sowie Verweise auf Stellungnahme und Verfahrensausgang aus. Damit ist die Behauptung, es gebe hierzu keinerlei veröffentlichte Verfahrensinformation, nicht haltbar. Die in dieser Bearbeitung nicht verlässlich erschlossenen Einzelanlagen werden jedoch nicht mit einem erfundenen Entscheidungsergebnis ersetzt. Als gesichert wird hier nur die öffentliche Verzeichnung des konkreten Verfahrens eingeführt. [E20]</w:t>
      </w:r>
    </w:p>
    <w:p>
      <w:r>
        <w:t>Der nächste bestimmte Erkenntnisschritt ist entsprechend begrenzt: die vollständige Beschaffung der dort bezeichneten Stellungnahme und Ergebnisentscheidung sowie ihr Abgleich mit den konkreten Beschwerdepunkten. Die Fallgruppe eignet sich für die Untersuchung von Produktionsangaben und Beschwerdebegründung. Sie wird nicht als bereits bestätigter Nachweis einer parteipolitischen Steuerung oder als Beleg eines wirkungslosen Verfahrens ausgegeben.</w:t>
      </w:r>
    </w:p>
    <w:p>
      <w:pPr>
        <w:pStyle w:val="Heading2"/>
      </w:pPr>
      <w:r>
        <w:t>3.13 Fallgruppe F03: Nuhr im Ersten vom 29. Mai 2025</w:t>
      </w:r>
    </w:p>
    <w:p>
      <w:r>
        <w:t>Im Export findet sich der Vorgang m-6tzi4x, angelegt am 31. Mai 2025 um 00:09 Uhr, zur Sendung Nuhr im Ersten vom 29. Mai 2025. Gespeichert sind 398 Teilungen und 25 Rundfunkratsinformationen. Die Eingabe benennt einen Sendungsausschnitt ungefähr ab Minute 5 und verlinkt den Mediatheksbeitrag. Damit liegen eine bestimmte Sendung, eine bezeichnete Passage und eine rekonstruierbare Eingabe vor. [D01; D02]</w:t>
      </w:r>
    </w:p>
    <w:p>
      <w:r>
        <w:t>Die Beschwerde interpretiert die satirische Passage als pauschale Herabsetzung bestimmter Wähler und beanstandet eine aus ihrer Sicht unzulässige Verbindung mit Gewalttätigkeit. Diese Interpretation wird nicht als objektiver Straftat- oder Programmverstoß übernommen. Die satirische Form und die grundrechtlich geschützte Zuspitzung sind bei einer materiellen Prüfung zu berücksichtigen. Ein normativer Anspruch auf Zustimmung zur eigenen Partei wird nicht geltend gemacht. Für diesen Abschnitt steht der tatsächliche Umgang mit der bestimmten Eingabe im Vordergrund.</w:t>
      </w:r>
    </w:p>
    <w:p>
      <w:r>
        <w:t>Die ergänzte Rundfunkalarm-Fassung vom 13. September 2026 referiert einen rbb-Halbjahresbericht, der von rund 400 gleichlautenden Beschwerden über Rundfunkalarm zu dieser Sendung berichtet. Der in dieser Bearbeitung nicht im Volltext verifizierbare rbb-Bericht bleibt als Sekundärnachweis gekennzeichnet. Die ähnliche Größenordnung von 398 Teilungen und rund 400 berichteten Eingängen ist ein konkreter Abgleichsansatz; sie ist noch kein Beweis, dass die Zählsysteme exakt dieselben Ereignisse erfassen. [S03, Q11]</w:t>
      </w:r>
    </w:p>
    <w:p>
      <w:r>
        <w:t>Die weitere Anfrage ist dadurch bestimmt: erbeten werden die Bestätigung der betreffenden Eingangsgruppe, ihre technische beziehungsweise verfahrensrechtliche Zusammenfassung und die dazu ergangene vorhandene Antwort oder Entscheidung. Ein einziges Ursprungsschreiben mit vielen Weiterleitungen ist gerade kein Beweis für viele unabhängige Programmfehler. Es kann aber zeigen, wie die Gremien eine umfangreiche gleichgerichtete Eingangsgruppe behandeln. Die Unterscheidung der Zähleinheiten wird an diesem Fall praktisch nachvollziehbar.</w:t>
      </w:r>
    </w:p>
    <w:p>
      <w:pPr>
        <w:pStyle w:val="Heading2"/>
      </w:pPr>
      <w:r>
        <w:t>3.14 Ergebnis der drei Fallgruppen</w:t>
      </w:r>
    </w:p>
    <w:p>
      <w:r>
        <w:t>Die drei Gruppen haben unterschiedliche Erkenntnisstände. F01 verbindet gespeicherte Eingaben mit einem öffentlichen Ergebnis zu derselben Sendung und dokumentiert Fehler sowie Abhilfe. F02 verbindet gespeicherte Eingaben mit einem öffentlichen Verfahrensverzeichnis, ohne dass hier ein bestimmtes Ergebnis der Einzelentscheidung behauptet wird. F03 verbindet einen einzelnen vielfach geteilten Plattformvorgang mit einem in der September-Fassung referierten anstaltsseitigen Sammelbefund, dessen Original noch zu sichern ist.</w:t>
      </w:r>
    </w:p>
    <w:tbl>
      <w:tblPr>
        <w:tblW w:type="auto" w:w="0"/>
        <w:jc w:val="center"/>
        <w:tblLayout w:type="fixed"/>
        <w:tblLook w:firstColumn="1" w:firstRow="1" w:lastColumn="0" w:lastRow="0" w:noHBand="0" w:noVBand="1" w:val="04A0"/>
      </w:tblPr>
      <w:tblGrid>
        <w:gridCol w:w="2041"/>
        <w:gridCol w:w="2324"/>
        <w:gridCol w:w="2438"/>
        <w:gridCol w:w="2154"/>
      </w:tblGrid>
      <w:tr>
        <w:trPr>
          <w:tblHeader/>
          <w:cantSplit/>
        </w:trPr>
        <w:tc>
          <w:tcPr>
            <w:tcW w:type="dxa" w:w="204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Fallgruppe</w:t>
            </w:r>
          </w:p>
        </w:tc>
        <w:tc>
          <w:tcPr>
            <w:tcW w:type="dxa" w:w="232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Nachgerechnet</w:t>
            </w:r>
          </w:p>
        </w:tc>
        <w:tc>
          <w:tcPr>
            <w:tcW w:type="dxa" w:w="243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Zusätzlicher Nachweis</w:t>
            </w:r>
          </w:p>
        </w:tc>
        <w:tc>
          <w:tcPr>
            <w:tcW w:type="dxa" w:w="215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Noch nicht bewiesen</w:t>
            </w:r>
          </w:p>
        </w:tc>
      </w:tr>
      <w:tr>
        <w:trPr>
          <w:cantSplit/>
        </w:trPr>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F01 heute journal 15.02.2026</w:t>
            </w:r>
          </w:p>
        </w:tc>
        <w:tc>
          <w:tcPr>
            <w:tcW w:type="dxa" w:w="232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10 Vorgänge; 723 Teilungen; 28 Gremieninfos</w:t>
            </w:r>
          </w:p>
        </w:tc>
        <w:tc>
          <w:tcPr>
            <w:tcW w:type="dxa" w:w="243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E21: anerkannter Fehler und beschriebene Abhilfe</w:t>
            </w:r>
          </w:p>
        </w:tc>
        <w:tc>
          <w:tcPr>
            <w:tcW w:type="dxa" w:w="215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Zuordnung jedes Eingangs; Ursächlichkeit; langfristige Wirkung</w:t>
            </w:r>
          </w:p>
        </w:tc>
      </w:tr>
      <w:tr>
        <w:trPr>
          <w:cantSplit/>
        </w:trPr>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 Schlagabtausch 06.02.2025</w:t>
            </w:r>
          </w:p>
        </w:tc>
        <w:tc>
          <w:tcPr>
            <w:tcW w:type="dxa" w:w="232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 Vorgänge; 854 Teilungen; 31 Gremieninfos</w:t>
            </w:r>
          </w:p>
        </w:tc>
        <w:tc>
          <w:tcPr>
            <w:tcW w:type="dxa" w:w="243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E20: bestimmtes Verfahren gelistet</w:t>
            </w:r>
          </w:p>
        </w:tc>
        <w:tc>
          <w:tcPr>
            <w:tcW w:type="dxa" w:w="215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Inhalt der hier noch nicht gesicherten Ergebnisentscheidung</w:t>
            </w:r>
          </w:p>
        </w:tc>
      </w:tr>
      <w:tr>
        <w:trPr>
          <w:cantSplit/>
        </w:trPr>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F03 Nuhr 29.05.2025</w:t>
            </w:r>
          </w:p>
        </w:tc>
        <w:tc>
          <w:tcPr>
            <w:tcW w:type="dxa" w:w="232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 Vorgang; 398 Teilungen; 25 Gremieninfos</w:t>
            </w:r>
          </w:p>
        </w:tc>
        <w:tc>
          <w:tcPr>
            <w:tcW w:type="dxa" w:w="243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S03 referiert rbb-Bericht mit rund 400 gleichlautenden Eingängen</w:t>
            </w:r>
          </w:p>
        </w:tc>
        <w:tc>
          <w:tcPr>
            <w:tcW w:type="dxa" w:w="215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Originalbericht; exakte Gleichheit der Zähleinheiten; Ergebnis</w:t>
            </w:r>
          </w:p>
        </w:tc>
      </w:tr>
    </w:tbl>
    <w:p>
      <w:pPr>
        <w:spacing w:after="0"/>
      </w:pPr>
    </w:p>
    <w:p>
      <w:r>
        <w:t>Diese Verschiedenheit ist inhaltlich bedeutsam. Eine Fallanalyse, die alle drei Gruppen als unbeantwortet oder wirkungslos kennzeichnete, wäre falsch. Eine Darstellung, die alle gespeicherten Teilungen als unabhängige Programmverstöße addierte, wäre ebenso falsch. Der nun vorliegende Vortrag ersetzt solche pauschalen Aussagen durch jeweils benannte Belege und genau bezeichnete verbleibende Fragen.</w:t>
      </w:r>
    </w:p>
    <w:p>
      <w:r>
        <w:t>Die Fallgruppen wurden gezielt gewählt, weil konkrete Sendungsbezeichnungen, relevante Plattformdaten und externe Verfahrenshinweise vorliegen. Sie repräsentieren nicht statistisch alle 4.086 Vorgänge. Ihre Funktion besteht in der dokumentarischen Untersuchung von Zähllogik, Verfahrenszuordnung und Ergebnisbehandlung. Eine quantitative Gesamtaussage über die Wirksamkeit des Beschwerdesystems erfordert weiterhin eine geeignete Ergebnisstichprobe oder Vollerhebung.</w:t>
      </w:r>
    </w:p>
    <w:p>
      <w:pPr>
        <w:pStyle w:val="Heading2"/>
      </w:pPr>
      <w:r>
        <w:t>3.15 Externe Vergleichsbefunde der September-Fassung</w:t>
      </w:r>
    </w:p>
    <w:p>
      <w:r>
        <w:t>Die September-Fassung referiert eine journalistische Recherche mit 4.985 förmlichen Beschwerden im Jahr 2025, 184 Gremienbefassungen und einer formellen Stattgabe. Die Quellen werden dort als FAZ-Beitrag und Übermedien-Recherche bezeichnet. Diese Zahlen werden hier als Angaben jener ergänzten Arbeit eingeordnet; eine unabhängige Nachprüfung sämtlicher Anstaltsmeldungen liegt nicht vor. Die Reichweite des verwendeten Nachweises wird nicht durch das Wiederholen der Zahlen vergrößert. [S03, Abschn. F VI-VIII und Quellen Q8-Q9]</w:t>
      </w:r>
    </w:p>
    <w:p>
      <w:r>
        <w:t>Schon die September-Fassung warnt davor, die rechnerische Stattgabequote als gesamte Erfolgsquote zu bezeichnen. Vorherige Abhilfe, Erledigung, unterschiedliche Mehrfachbeschwerdelogiken und die Verteilung zwischen Intendanz und Gremium können die Kennzahlen erheblich verändern. Der jetzt direkt erschlossene ZDF-Fall illustriert genau dieses Problem: Ein formal erledigtes Verfahren kann mit materieller Abhilfe verbunden sein. Der positive Erkenntnisgewinn der Vergleichszahlen ist daher die Frage nach harmonisierten Ergebniskategorien, nicht ein pauschaler Wirkungsnachweis von null Prozent.</w:t>
      </w:r>
    </w:p>
    <w:p>
      <w:r>
        <w:t>Für eine anstaltsübergreifende Auswertung müssten Eingang, Zulässigkeit, inhaltliche Begründetheit, vorzeitige Abhilfe, Gremienbefassung, Entscheidung und konkrete Folge getrennt ausgewiesen werden. Die Klägerseite verlangt keine nachträgliche Herstellung jeder denkbaren Statistik. Vorhandene Standardberichte und bestimmte Ergebnisakten können aber aufklären, welche dieser Größen bereits erfasst werden und wie die Anstalten selbst die Wirksamkeit ihrer Kontrolle dokumentieren.</w:t>
      </w:r>
    </w:p>
    <w:p>
      <w:pPr>
        <w:pStyle w:val="Heading2"/>
      </w:pPr>
      <w:r>
        <w:t>3.16 Organisation und Programmwirkung: die erforderliche Verbindung</w:t>
      </w:r>
    </w:p>
    <w:p>
      <w:r>
        <w:t>Die institutionelle These des Ausgangsgutachtens wird beibehalten, aber konkret gefasst. Wenn ein ordnungsgemäß festgestellter Programmfehler trotz dokumentierter Kenntnis wiederkehrt, kann dies eine Frage nach der Wirksamkeit der Korrekturmechanismen begründen. Der Nachweis erfordert dann mindestens den ersten Fehler, die Kenntnis beziehungsweise Reaktion, die angekündigte oder veranlasste Maßnahme und einen sachlich vergleichbaren späteren Vorgang. Keine dieser Stufen darf allein aus der Zahl der Beschwerden abgeleitet werden.</w:t>
      </w:r>
    </w:p>
    <w:p>
      <w:r>
        <w:t>Am ZDF-Fall ist der erste Teil dieser Kette dokumentiert: benannter Inhalt, anerkannter Fehler und beschriebene Reaktionen. Die langfristige Wirkung der organisatorischen Maßnahmen ist damit noch nicht untersucht. Deshalb wird nicht behauptet, die angekündigten Maßnahmen seien wirkungslos geblieben. Eine anschließende fachliche Untersuchung könnte dagegen prüfen, welche vorhandenen Freigabe- und Verifikationsregeln galten, wie ihre Änderung dokumentiert wurde und ob in einer sachlich begrenzten Folgeperiode vergleichbare Fehler vorkamen.</w:t>
      </w:r>
    </w:p>
    <w:p>
      <w:r>
        <w:t>Ein organisatorisches Defizit kann für den Programmeinwand nur insoweit tragen, als es mit den rechtlich erheblichen Programmmerkmalen verbunden wird. Ein fehlender veröffentlichter Jahresbericht oder eine unbefriedigende Antwort allein beseitigt die Beitragspflicht nicht. Das gilt auch umgekehrt: Die bloße Existenz eines Ausschusses beweist nicht die fehlerfreie Behandlung jedes Vorgangs. Die verfahrensbezogene Aufklärung soll gerade diesen tatsächlichen Zusammenhang sichtbar machen, ohne dem Gericht die laufende Redaktion zu übertragen.</w:t>
      </w:r>
    </w:p>
    <w:p>
      <w:pPr>
        <w:pStyle w:val="Heading2"/>
      </w:pPr>
      <w:r>
        <w:t>3.17 Konkrete Beweisfunktion und begrenzte Aufklärung</w:t>
      </w:r>
    </w:p>
    <w:p>
      <w:r>
        <w:t>Der Nachweis D03 belegt die technische Reproduzierbarkeit der gespeicherten Kennzahlen. D02 belegt, nach welchen Regeln die drei Fallgruppen aus dem Export ausgewählt wurden und welche IDs dazugehören. E21 belegt den veröffentlichten Inhalt der ZDF-Entscheidung zu F01. Die Klägerseite bietet damit konkrete Dokumente und nicht nur die zukünftige Beschaffung eines noch unbestimmten Gutachtens an.</w:t>
      </w:r>
    </w:p>
    <w:p>
      <w:r>
        <w:t>Für die Verbindung zur individuellen Klägerakte gelten gesonderte Grenzen. Die hier dargestellten Plattformvorgänge sind nicht ohne Weiteres eigene Beschwerden jedes Klägers. Das eigene Eingangsschreiben, die eigene Antwort und der eigene Vorprozess müssen mit ihren tatsächlichen Kennungen im Fallblatt bezeichnet werden. Die gemeinsamen Fallgruppen dienen als Vergleichs- und Erkenntnismaterial. Sie ersetzen nicht die persönliche Betroffenheit oder den neuen Streitgegenstand des Projekt-51-Verfahrens.</w:t>
      </w:r>
    </w:p>
    <w:p>
      <w:r>
        <w:t>Die weitergehenden Fragen sind bereits bestimmt: Zu F01 die Zuordnung konkreter Eingaben zum Verfahren und die vorhandene Ergebnismitteilung; zu F02 die veröffentlicht bezeichnete Stellungnahme und Ergebnisentscheidung; zu F03 die verfahrensbezogene Behandlung der benannten Eingangsgruppe. Ein Antrag auf sämtliche internen Unterlagen aller Rundfunkanstalten wird daraus nicht abgeleitet. Umfang und rechtliche Zulässigkeit jeder Beiziehung sind an der Entscheidungserheblichkeit zu messen. [R02, §§ 86, 87, 99]</w:t>
      </w:r>
    </w:p>
    <w:p>
      <w:pPr>
        <w:pStyle w:val="Heading2"/>
      </w:pPr>
      <w:r>
        <w:t>3.18 Schlussfolgerung: was nun tatsächlich vorgetragen ist</w:t>
      </w:r>
    </w:p>
    <w:p>
      <w:r>
        <w:t>Die Klägerseite legt einen technisch nachgeprüften Beschwerdebestand, dessen Medien-, Sender- und Zeitverteilungen sowie drei dokumentarisch abgegrenzte Fallgruppen vor. Sie benennt die Differenz zwischen Plattformaktivität und anstaltsseitigem Verfahrensausgang. Damit ist ein wesentlicher Teil des bisher nur geplanten Aufklärungsansatzes ausgearbeitet. Der Vortrag ist weder auf eine Seitenzahl noch auf ein Schlagwort wie Gremienversagen gestützt.</w:t>
      </w:r>
    </w:p>
    <w:p>
      <w:r>
        <w:t>Die neuen Erkenntnisse erlauben auch eine ausdrückliche Korrektur der bisherigen Materialbeschreibung: Zu mindestens einer im Export enthaltenen Sendung ist öffentliche Abhilfe dokumentiert. Eine allgemeine Nullquote darf daraus nicht mehr formuliert werden. Gleichzeitig ist die individuelle Behandlung der einzelnen Plattformeingaben nicht schon durch eine allgemeine Ergebnisveröffentlichung geklärt. Diese verbleibende Frage ist eng genug, um sie anhand vorhandener Unterlagen zu untersuchen.</w:t>
      </w:r>
    </w:p>
    <w:p>
      <w:r>
        <w:t>Für eine Feststellung langfristiger gröblicher Programmdefizite reicht der Beschwerdebestand allein nicht. Sein rechtlicher Beitrag liegt in der konkret belegten Kontroll- und Erkenntnispraxis und ihrer Verbindung zu den Programmbefunden aus Abschnitt 2. Die Klägerseite ersucht um Würdigung genau dieses vorgelegten Materials und um die in Abschnitt 4 ausformulierte begrenzte Aufklärung. Ein bereits abgeschlossener Vollbeweis des gesamten Programmzustands oder der Wirkung aller Gremienverfahren wird nicht behauptet.</w:t>
      </w:r>
    </w:p>
    <w:p>
      <w:r>
        <w:br w:type="page"/>
      </w:r>
    </w:p>
    <w:p>
      <w:pPr>
        <w:pStyle w:val="Heading1"/>
      </w:pPr>
      <w:r>
        <w:t>Abschnitt 4</w:t>
      </w:r>
    </w:p>
    <w:p>
      <w:pPr>
        <w:pStyle w:val="Title"/>
      </w:pPr>
      <w:r>
        <w:t>Erkenntniszugang, rechtliche Herleitung und bestimmte Aufklärungsbegehren</w:t>
      </w:r>
    </w:p>
    <w:p>
      <w:r>
        <w:t>Die vorstehenden Abschnitte liefern die Tatsachenbasis. Dieser Abschnitt entwickelt daraus die rechtlichen Folgerungen für die Sachaufklärung. Er integriert die entsprechenden Argumente des V-Gutachtens, des Kurzgutachtens und der Grundlagenuntersuchung, ohne deren umfangreiche Wiederholungen als gesonderte Anlagen vorauszusetzen. Die rechtlichen Begriffe werden auf die bereits bestimmten Quellen, Korpora und Beschwerdefälle angewendet. Der Schriftsatz verlangt keine allgemeine Durchsuchung sämtlicher Archive auf beliebige Fehler.</w:t>
      </w:r>
    </w:p>
    <w:p>
      <w:r>
        <w:t>Zwischen den beiden Verfahrensarten bleibt zu unterscheiden. In der Anfechtungsklage sind die Tatsachen für die bezeichneten Bescheide und ihren verfassungsrechtlichen Hintergrund erheblich. Im Projekt-51-Verfahren stehen die eigene Vorentscheidung, der anschließende konkrete Zugangskonflikt und die behauptete gegenwärtige Rechtsbeziehung im Mittelpunkt. Ein umfangreicher Programmvortrag ersetzt dort nicht die Begründung der selbständigen Feststellungsfähigkeit.</w:t>
      </w:r>
    </w:p>
    <w:p>
      <w:pPr>
        <w:pStyle w:val="Heading2"/>
      </w:pPr>
      <w:r>
        <w:t>4.1 Erkenntnis geht Beweiswürdigung voraus</w:t>
      </w:r>
    </w:p>
    <w:p>
      <w:r>
        <w:t>Die Ausgangsgutachten beschreiben ein sachliches Problem: Bevor eine komplexe institutionelle Leistung rechtlich bewertet werden kann, müssen ihre entscheidungserheblichen tatsächlichen Merkmale zugänglich und untersuchbar sein. Der Ausdruck institutioneller Lebenssachverhalt bezeichnet hier den Zusammenhang vieler aufeinanderfolgender Auswahl-, Veröffentlichungs- und Korrekturentscheidungen. Er ändert nicht die gesetzlichen Klagearten. Er verdeutlicht vielmehr, weshalb einzelne Ausschnitte und eine bloße institutionelle Selbstbeschreibung den Untersuchungsgegenstand nicht vollständig abbilden. [S01, Kap. 7-14; S04, Abschn. B-D; S05, Teile I-III]</w:t>
      </w:r>
    </w:p>
    <w:p>
      <w:r>
        <w:t>Die digitale Erkenntnisordnung beschreibt in den Ausgangsarbeiten die Bedingungen, unter denen Informationen erzeugt, gespeichert, verändert und zugänglich gemacht werden. Funktionale Kohärenz bezeichnet den Zusammenhang zwischen gesetzlichem Auftrag, organisatorischer Ausgestaltung und tatsächlicher Leistung. In dieser Klage werden diese Begriffe nicht als zusätzliche Anspruchsgrundlagen verwendet. Ihr Nutzen liegt in der geordneten Frage, welche tatsächlichen Zwischenschritte eine rechtliche Aussage voraussetzt.</w:t>
      </w:r>
    </w:p>
    <w:p>
      <w:r>
        <w:t>Angewendet auf die vorgelegten Daten bedeutet dies: Eine Tabelle mit Beschwerde-IDs beantwortet nicht den Inhalt der Antworten. Ein Video beantwortet nicht notwendig, nach welchem Auswahlplan es in ein wissenschaftliches Korpus gelangte. Ein veröffentlichter Gremienausgang beantwortet nicht automatisch, welche individuelle Eingabe dort mitbehandelt wurde. Die Rechtsanwendung darf diese verschiedenen Erkenntnisquellen nicht ohne Begründung gegeneinander austauschen.</w:t>
      </w:r>
    </w:p>
    <w:p>
      <w:pPr>
        <w:pStyle w:val="Heading2"/>
      </w:pPr>
      <w:r>
        <w:t>4.2 Der materielle Maßstab bestimmt die benötigte Erkenntnis</w:t>
      </w:r>
    </w:p>
    <w:p>
      <w:r>
        <w:t>Die Klägerseite akzeptiert, dass sich die Sachaufklärung auf entscheidungserhebliche Tatsachen beschränkt. Sie leitet aus der Größe des Rundfunks keine Pflicht zu einer grenzenlosen Gesamtinspektion ab. Der Umfang muss aus der konkret geltend gemachten Rechtsfolge und dem rechtlichen Prüfungsmaßstab entwickelt werden. Dieser verlangt nach R01 einen längerfristigen, gesamtangebotsbezogenen und erheblichen Befund, nicht die positive Bestätigung jeder idealen Programmvorstellung. [R01, Rn. 36-48]</w:t>
      </w:r>
    </w:p>
    <w:p>
      <w:r>
        <w:t>Daraus ergeben sich zwei Konsequenzen. Einerseits darf der Untersuchungsgegenstand nicht auf diejenigen Daten verkürzt werden, die gerade am leichtesten zugänglich sind. Andererseits muss nicht jede intern vorhandene Datei für die Rechtsfrage erheblich sein. Für eine Fehlerkorrektur können Originalfassung, Korrekturvermerk und Ergebnisentscheidung genügen. Für eine Stichprobenabdeckung ist eher ein Sendungs- oder Bestandsverzeichnis erforderlich. Für eine unbewiesene politische Absicht wäre eine ganz andere und häufig nicht vorhandene Tatsachengrundlage nötig.</w:t>
      </w:r>
    </w:p>
    <w:p>
      <w:r>
        <w:t>Die im V-Gutachten angesprochenen CMS-Systeme und internen Metadaten werden deshalb nicht pauschal zum Gegenstand einer Herausgabeforderung gemacht. Bezeichnet werden vorhandene Informationen, soweit ihre Funktion für einen bestimmten Prüfschritt nachvollziehbar ist. Ein gewünschtes neues Kategoriensystem oder eine neue Volltranskription ist nicht schon deshalb ein vorhandenes Dokument, weil sich ihre Herstellung technisch denken lässt.</w:t>
      </w:r>
    </w:p>
    <w:p>
      <w:pPr>
        <w:pStyle w:val="Heading2"/>
      </w:pPr>
      <w:r>
        <w:t>4.3 Drei getrennte Stufen der gerichtlichen Prüfung</w:t>
      </w:r>
    </w:p>
    <w:p>
      <w:r>
        <w:t>Die erste Stufe betrifft die form- und fristgerechte Erhebung der Klage sowie den bestimmten Antrag. Die zweite betrifft die Frage, ob der bereits vorliegende Tatsachenvortrag eine weitergehende Aufklärung veranlasst. Die dritte betrifft die abschließende richterliche Überzeugung vom entscheidungserheblichen Sachverhalt. Diese Stufen haben unterschiedliche Anforderungen. Eine Klage kann ordnungsgemäß erhoben sein und dennoch an unzureichendem materiellem Vortrag scheitern. Umgekehrt darf der Anlass zur Beweiserhebung nicht mit dem bereits geführten Endbeweis gleichgesetzt werden. [R02, §§ 82, 86, 108]</w:t>
      </w:r>
    </w:p>
    <w:p>
      <w:r>
        <w:t>Die Klägerseite macht für die zweite Stufe die konkret eingeführten Befunde geltend. Sie beschränkt sich nicht mehr auf die Ankündigung eines späteren Gutachtens. Die vorhandenen Studien haben bestimmte Untersuchungsobjekte und Ergebnisse; die CSV-Nachrechnung und die Fallgruppe F01 sind tatsächlich ausgeführt. Der weitere Erkenntnisbedarf ist daraus abgeleitet. Ob diese Befunde für eine umfassendere Gesamtprogrammprüfung genügen, bleibt eine gerichtliche Bewertung, deren Voraussetzungen die Klägerseite nicht als bereits erfüllt unterstellt.</w:t>
      </w:r>
    </w:p>
    <w:p>
      <w:r>
        <w:t>Eine fehlende Vollabdeckung aller Angebote darf deshalb nicht jedes einzelne, bereits konkrete Beweisthema unsichtbar machen. Zugleich reicht die bloße Möglichkeit eines Fehlers nicht für eine beliebige Ermittlung. Die angeregten ersten Schritte betreffen begrenzte Daten und bereits identifizierte Vorgänge. Erst ihre Ergebnisse können die Grundlage für eine weitergehende fachliche Untersuchung bilden.</w:t>
      </w:r>
    </w:p>
    <w:p>
      <w:pPr>
        <w:pStyle w:val="Heading2"/>
      </w:pPr>
      <w:r>
        <w:t>4.4 Amtsermittlung, Beteiligtenmitwirkung und Hinweise</w:t>
      </w:r>
    </w:p>
    <w:p>
      <w:r>
        <w:t>Nach § 86 Abs. 1 VwGO erforscht das Gericht den Sachverhalt von Amts wegen und zieht die Beteiligten heran. Es ist nicht an die Beweisangebote der Parteien gebunden. Die Klägerseite beansprucht deshalb nicht die alleinige Entscheidung über Untersuchungsmethode, Gutachter oder Reihenfolge. Sie legt einen begründeten Vorschlag vor, aus dem für jede begehrte Erkenntnis der bekannte Ausgangspunkt und der noch offene Schritt hervorgehen. [R02]</w:t>
      </w:r>
    </w:p>
    <w:p>
      <w:r>
        <w:t>Das Gericht wird gebeten, verbleibende Mängel des Vortrags konkret zu bezeichnen, soweit dies zur sachgerechten Prozessführung erforderlich ist: fehlende zeitliche Zuordnung, unzureichende Quellenqualität, nicht tragfähige Kategorien, unzureichende Repräsentativität oder fehlender Gesamtbezug. Ein solcher Hinweis ist nicht gleichbedeutend mit der Erstellung eines Forschungsprojekts durch das Gericht. Er erlaubt der Klägerseite aber, auf einen tatsächlich erheblichen Mangel zu reagieren, statt neue, unverbundene Unterlagen anzuhäufen. [R02, § 86 Abs. 3 und § 87]</w:t>
      </w:r>
    </w:p>
    <w:p>
      <w:r>
        <w:t>Aus der Amtsermittlung folgt keine automatische Pflicht der Beklagten, ihre vollständige Auftragserfüllung vorsorglich zu beweisen. Ebenso wenig entscheidet eine von der Beklagten verwendete Textbausteinformel die Aufklärungsfrage. Die Beteiligtenmitwirkung ist auf bestimmte tatsächliche Kenntnisse und Unterlagen zu beziehen. Zu einem namentlich bezeichneten Beschwerdeverfahren kann etwa eine vorhandene Zuordnungsinformation verlangt werden, ohne dass damit eine allgemeine Umkehr der materiellen Beweislast behauptet wird.</w:t>
      </w:r>
    </w:p>
    <w:p>
      <w:pPr>
        <w:pStyle w:val="Heading2"/>
      </w:pPr>
      <w:r>
        <w:t>4.5 Effektiver Rechtsschutz und wirtschaftliche Erkenntnishürden</w:t>
      </w:r>
    </w:p>
    <w:p>
      <w:r>
        <w:t>Art. 19 Abs. 4 GG bildet den verfassungsrechtlichen Bezugspunkt dafür, dass die gesetzlich eröffnete Kontrolle praktisch wirksam bleiben muss. Die Klägerseite leitet daraus keinen allgemeinen Anspruch auf gleiche finanzielle, personelle und technische Ausstattung wie eine Rundfunkanstalt ab. Sie macht einen engeren Punkt geltend: Eine konkrete Einwendung darf nicht von einer Erkenntnisleistung abhängig gemacht werden, deren benötigte Grundlagen trotz zumutbarer eigener Bemühungen gerade nicht erreichbar sind, ohne dass das Gericht die tatsächlichen Hindernisse untersucht. [R12; S01, Kap. 11-13]</w:t>
      </w:r>
    </w:p>
    <w:p>
      <w:r>
        <w:t>Dabei bleibt die Gegenposition aus R01 zu behandeln. Das Bundesverwaltungsgericht geht in Randnummer 48 davon aus, dass die substantiierte Darlegung nicht auf unüberwindbare Schwierigkeiten stoße. Dieser Satz wird nicht verschwiegen. Er ist aber keine tatsächliche Feststellung, dass jeder konkrete Archivbestand zu jedem historischen Zeitraum für jeden Beteiligten zu denselben Bedingungen verfügbar ist. Die hiesige Argumentation muss daher die tatsächliche besondere Barriere nachweisen und darf nicht allein die allgemeine Größe der Aufgabe wiederholen.</w:t>
      </w:r>
    </w:p>
    <w:p>
      <w:r>
        <w:t>Der VGH Baden-Württemberg hat im Urteil vom 14. April 2026 - 2 S 2529/25 - auf den Entscheidungsseiten 30 bis 32 die wirtschaftliche Zumutbarkeit einer vorgelagerten privaten Großuntersuchung problematisiert. Die Klägerseite greift diesen Gesichtspunkt als rechtliches Argument auf. Sie bezeichnet weder die dort erwähnten parteiseitigen Kostenangaben als eigene nachgeprüfte Kalkulation noch die Entscheidung als gewonnenen Beitragsprozess: Die Berufung wurde zurückgewiesen, und der VGH äußert daneben erhebliche materielle Bedenken gegen den Prüfansatz. [R03]</w:t>
      </w:r>
    </w:p>
    <w:p>
      <w:r>
        <w:t>Die eigene Folgerung lautet: Technisch und wirtschaftlich nachvollziehbare Beschaffungsangebote sind genauer als pauschale Unmöglichkeitsbehauptungen. Erforderlich sind der konkret beschriebene Auftrag, der benötigte Zeitraum, vorhandene Bestände, tatsächliche Preis- und Zugangsauskünfte sowie geeignete Alternativen. Solche individuellen Unterlagen dürfen nicht erfunden werden. Die gemeinsamen Studienbefunde ersetzen sie nicht; sie konkretisieren aber, wofür eine bestimmte Beschaffung überhaupt erforderlich wäre.</w:t>
      </w:r>
    </w:p>
    <w:p>
      <w:pPr>
        <w:pStyle w:val="Heading2"/>
      </w:pPr>
      <w:r>
        <w:t>4.6 Sekundäre Darlegungslast ohne falschen Automatismus</w:t>
      </w:r>
    </w:p>
    <w:p>
      <w:r>
        <w:t>Das V-Gutachten und das Kurzgutachten verwenden den Gedanken einer informationsnäheren Partei. Dieser Gedanke bleibt für die Verteilung zumutbarer Mitwirkung bedeutsam. Wer eine bestimmte vorhandene Auskunfts- oder Ergebnisakte selbst führt, kann zu deren Bestand und Inhalt regelmäßig genauer vortragen als ein außenstehender Beitragszahler. Die hiesige Argumentation wird jedoch auf die eigenen Regeln des Verwaltungsprozesses gestützt und nicht durch ein bloßes zivilprozessuales Schlagwort ersetzt. [S04, Abschn. E-F; R02, §§ 86, 87, 99]</w:t>
      </w:r>
    </w:p>
    <w:p>
      <w:r>
        <w:t>Voraussetzung ist eine bestimmte Frage. Bei F01 lautet sie beispielsweise, ob die unter ihrer jeweiligen Kennung übermittelten Eingaben einer bekannten Leiteingabe zugeordnet wurden und welche Ergebnisantwort vorhanden ist. Bei einem Sendungsarchiv lautet sie, ob ein benanntes Format im benannten Zeitraum vorhanden und unter welchen Bedingungen zugänglich ist. Diese Angaben liegen näher an der Organisation der informationshaltenden Stelle als an der öffentlichen Wahrnehmung des Klägers.</w:t>
      </w:r>
    </w:p>
    <w:p>
      <w:r>
        <w:t>Daraus wird weder ein Geständnis durch Schweigen noch eine allgemeine Umkehr der Beweislast abgeleitet. Das Gericht würdigt das Verhalten der Beteiligten im Zusammenhang mit den sonstigen Erkenntnissen. Ein nicht vorhandenes Dokument kann nicht durch Schweigen existent werden. Ein unbeantworteter Brief beweist nicht seine Berechtigung. Die Rechtsposition auf eine bestimmte außerprozessuale Leistung bedarf gegebenenfalls einer eigenen gesetzlichen oder sonst tragfähigen Grundlage.</w:t>
      </w:r>
    </w:p>
    <w:p>
      <w:pPr>
        <w:pStyle w:val="Heading2"/>
      </w:pPr>
      <w:r>
        <w:t>4.7 Abgrenzung des im Kurzgutachten genannten BGH-Verfahrens</w:t>
      </w:r>
    </w:p>
    <w:p>
      <w:r>
        <w:t>Das Kurzgutachten verweist auf BGH VI ZR 335/24 vom 9. März 2026. Die amtliche Einordnung betrifft einen arzneimittelrechtlichen Auskunfts- und Haftungsstreit. Der dortige Auskunftsanspruch beruht auf einer besonderen gesetzlichen Regelung, insbesondere § 84a AMG. Das Verfahren wird deshalb nicht als bereits ergangene Entscheidung über einen allgemeinen Zugang zu Rundfunkarchiven zitiert. [S04, Abschn. F III-VI; R06]</w:t>
      </w:r>
    </w:p>
    <w:p>
      <w:r>
        <w:t>Als Vergleichsgedanke ist die Unterscheidung zwischen einer Voraussetzung für Informationszugang und dem vollständigen Nachweis des mit der Information vorzubereitenden Hauptanspruchs relevant. Diese Unterscheidung erzeugt aber keine fehlende Anspruchsgrundlage in einem anderen Rechtsgebiet. Eine entsprechende Übertragung müsste den gesetzlichen Zweck, die tatsächliche Interessenlage und die Grenzen der Analogie darlegen. Die vorliegende Klage hängt deshalb nicht davon ab, einen arzneimittelrechtlichen Spezialanspruch stillschweigend zu verallgemeinern.</w:t>
      </w:r>
    </w:p>
    <w:p>
      <w:r>
        <w:t>Die weitergehende Formulierung des Ausgangsgutachtens wird insoweit ausdrücklich begrenzt. Erhalten bleibt die Frage, wie ein Gericht ein tatsächlich relevantes Informationsgefälle in seiner eigenen Verfahrensordnung behandelt. Diese Frage wird hier anhand der konkreten Quellen und der §§ 86, 87, 99 und 108 VwGO ausgearbeitet.</w:t>
      </w:r>
    </w:p>
    <w:p>
      <w:pPr>
        <w:pStyle w:val="Heading2"/>
      </w:pPr>
      <w:r>
        <w:t>4.8 Rohdatenanalogien und die Grenze zur Neuerzeugung</w:t>
      </w:r>
    </w:p>
    <w:p>
      <w:r>
        <w:t>Die Ausgangsarbeiten greifen den Zugang zu Rohmessdaten als Vergleich auf. Die verfassungsgerichtliche Rechtsprechung unterscheidet dort insbesondere vorhandene, für die Verteidigung relevante Informationen von einer allgemeinen Verpflichtung, bisher nicht gespeicherte Daten erst zu erzeugen. Auch die spätere Entscheidung 2 BvR 1167/20 vom 20. Juni 2023 betont die Grenzen eines auf vorhandene Informationen bezogenen Zugangs. [R05]</w:t>
      </w:r>
    </w:p>
    <w:p>
      <w:r>
        <w:t>Für den Rundfunkstreit folgt daraus kein unmittelbarer Anspruch aus dem Ordnungswidrigkeitenrecht. Übertragbar ist allenfalls die präzise Frage nach einer vorhandenen Quelle und ihrer Bedeutung für eine konkrete Überprüfung. Das Einscannen eines vorhandenen Beschlusses, die Einsicht in ein gespeichertes Video und die Herstellung einer neuen, wissenschaftlich kodierten Gesamtanalyse sind unterschiedliche Leistungen. Sie werden in den Begehren getrennt.</w:t>
      </w:r>
    </w:p>
    <w:p>
      <w:r>
        <w:t>Das Gleiche gilt für Datenschutzrechte. Ein Anspruch auf Auskunft über eigene personenbezogene Daten ist nicht mit einem Anspruch auf sämtliche fremden Programminhalte, redaktionellen Quellen oder Organisationsakten identisch. Die Klägerseite verzichtet auf eine solche pauschale Gleichsetzung. Soweit ein eigener Beschwerdevorgang personenbezogene Daten der Klägerseite enthält, ist ein darauf bezogener datenschutzrechtlicher Anspruch separat zu bestimmen; er ersetzt nicht automatisch das gesamte hier benötigte wissenschaftliche Material.</w:t>
      </w:r>
    </w:p>
    <w:p>
      <w:pPr>
        <w:pStyle w:val="Heading2"/>
      </w:pPr>
      <w:r>
        <w:t>4.9 Öffentliche Mediathek und wissenschaftlicher Archivzugang</w:t>
      </w:r>
    </w:p>
    <w:p>
      <w:r>
        <w:t>Die ARD beschreibt einen Zugang ihrer Archive für Wissenschaft und Forschung. Dies wird in der Klage als tatsächlich angebotener Weg berücksichtigt. Eine nicht mehr frei abrufbare Mediatheksausgabe ist deshalb nicht allein schon ein Beweis für die vollständige Unzugänglichkeit des Materials. Zu prüfen sind die konkrete Anstalt, der vorhandene Bestand und die Bedingungen des Forschungszugangs. [E27]</w:t>
      </w:r>
    </w:p>
    <w:p>
      <w:r>
        <w:t>Die O-Ton-Dokumentation zeigt, dass öffentliche Abrufwege große Korpora bestimmter Formate erschließen konnten, bei anderen Formaten aber nur kleine Teilbestände. Diese konkrete Verschiedenheit ersetzt die frühere pauschale Aussage, sämtliche relevanten Daten befänden sich ausschließlich im Besitz der Anstalten. Der verbleibende Zugangskonflikt betrifft eine bestimmte erforderliche Ergänzung, nicht eine angenommene totale Informationssperre.</w:t>
      </w:r>
    </w:p>
    <w:p>
      <w:r>
        <w:t>Eine Zugangsbeschränkung ist nach ihrem Inhalt zu unterscheiden: nicht vorhandener Bestand, Rechteklärung, Zugang nur vor Ort, Gebührenangebot, beschränkte wissenschaftliche Nutzung, technische Abrufstörung oder ausdrückliche Ablehnung. Ein Angebot ist nicht schon deshalb unbrauchbar, weil es nicht dem zuerst gewünschten Download entspricht. Umgekehrt ist ein nur theoretisch genannter Archivweg kein Beleg, dass der bestimmte Bestand tatsächlich erreichbar war. Der individuelle Verlauf wird anhand der wirklichen Korrespondenz dokumentiert.</w:t>
      </w:r>
    </w:p>
    <w:p>
      <w:r>
        <w:t>Die konkrete Anfrage braucht deshalb Angaben zum Format, zum Zeitraum und zum benötigten Datentyp. Für BR24 kann beispielsweise nach den gespeicherten vollständigen 18:30-Uhr-Ausgaben und einem vorhandenen Bestandsverzeichnis im fehlenden historischen Jahresfenster gefragt werden. Ein solches Ersuchen legt keinen aktuellen Programmfehler fest, sondern klärt die Basis einer genau abgegrenzten Untersuchung.</w:t>
      </w:r>
    </w:p>
    <w:p>
      <w:pPr>
        <w:pStyle w:val="Heading2"/>
      </w:pPr>
      <w:r>
        <w:t>4.10 Datenarten und aus dem Material abgeleitete Erkenntniszwecke</w:t>
      </w:r>
    </w:p>
    <w:p>
      <w:r>
        <w:t>Die folgenden Bestände werden begrifflich getrennt. Der Bezug zu den vorhandenen Quellen macht erkennbar, weshalb sie nicht beliebig ausgewählt sind. Die Tabelle ist ein sachliches Auswahlregister für das Verfahren, keine pauschale Addition selbständiger Herausgabeklagen.</w:t>
      </w:r>
    </w:p>
    <w:tbl>
      <w:tblPr>
        <w:tblW w:type="auto" w:w="0"/>
        <w:jc w:val="center"/>
        <w:tblLayout w:type="fixed"/>
        <w:tblLook w:firstColumn="1" w:firstRow="1" w:lastColumn="0" w:lastRow="0" w:noHBand="0" w:noVBand="1" w:val="04A0"/>
      </w:tblPr>
      <w:tblGrid>
        <w:gridCol w:w="850"/>
        <w:gridCol w:w="2835"/>
        <w:gridCol w:w="2778"/>
        <w:gridCol w:w="2494"/>
      </w:tblGrid>
      <w:tr>
        <w:trPr>
          <w:tblHeader/>
          <w:cantSplit/>
        </w:trPr>
        <w:tc>
          <w:tcPr>
            <w:tcW w:type="dxa" w:w="850"/>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ID</w:t>
            </w:r>
          </w:p>
        </w:tc>
        <w:tc>
          <w:tcPr>
            <w:tcW w:type="dxa" w:w="283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Bestimmter Bestand</w:t>
            </w:r>
          </w:p>
        </w:tc>
        <w:tc>
          <w:tcPr>
            <w:tcW w:type="dxa" w:w="277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Erkenntniszweck</w:t>
            </w:r>
          </w:p>
        </w:tc>
        <w:tc>
          <w:tcPr>
            <w:tcW w:type="dxa" w:w="249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Bekannter Anknüpfungspunkt</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D-A</w:t>
            </w:r>
          </w:p>
        </w:tc>
        <w:tc>
          <w:tcPr>
            <w:tcW w:type="dxa" w:w="28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Sendelisten und vorhandene Bestandsnachweise im individuellen Programmfenster</w:t>
            </w:r>
          </w:p>
        </w:tc>
        <w:tc>
          <w:tcPr>
            <w:tcW w:type="dxa" w:w="277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Abdeckung und Ausfallmuster einer repräsentativen Auswahl bestimmen</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S08 dokumentiert begrenzte Regionalverfügbarkeit; E27 alternative Archive</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D-B</w:t>
            </w:r>
          </w:p>
        </w:tc>
        <w:tc>
          <w:tcPr>
            <w:tcW w:type="dxa" w:w="28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Vorhandene veröffentlichte Beitragsfassungen / Korrekturen zu F01</w:t>
            </w:r>
          </w:p>
        </w:tc>
        <w:tc>
          <w:tcPr>
            <w:tcW w:type="dxa" w:w="277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Wortlaut, Zeitpunkt und Umfang der Abhilfe abgleichen</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E21 benennt Sendung, Fehler und Reaktionen</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D-C</w:t>
            </w:r>
          </w:p>
        </w:tc>
        <w:tc>
          <w:tcPr>
            <w:tcW w:type="dxa" w:w="28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Verfahrenseintrag, Stellungnahme und Ergebnis zu F02</w:t>
            </w:r>
          </w:p>
        </w:tc>
        <w:tc>
          <w:tcPr>
            <w:tcW w:type="dxa" w:w="277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Aus gespeicherter Eingabe eine Ergebniszuordnung herstellen</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E20 listet konkretes Mehrfachbeschwerdeverfahren</w:t>
            </w:r>
          </w:p>
        </w:tc>
      </w:tr>
      <w:tr>
        <w:trPr>
          <w:cantSplit/>
        </w:trPr>
        <w:tc>
          <w:tcPr>
            <w:tcW w:type="dxa" w:w="85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D-D</w:t>
            </w:r>
          </w:p>
        </w:tc>
        <w:tc>
          <w:tcPr>
            <w:tcW w:type="dxa" w:w="28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Vorhandene Eingangsgruppen- und Ergebnisunterlagen zu F03</w:t>
            </w:r>
          </w:p>
        </w:tc>
        <w:tc>
          <w:tcPr>
            <w:tcW w:type="dxa" w:w="277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Zähleinheit, Zugang und Reaktion prüfen</w:t>
            </w:r>
          </w:p>
        </w:tc>
        <w:tc>
          <w:tcPr>
            <w:tcW w:type="dxa" w:w="249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D01 m-6tzi4x; S03 referiert Halbjahresbericht</w:t>
            </w:r>
          </w:p>
        </w:tc>
      </w:tr>
      <w:tr>
        <w:trPr>
          <w:cantSplit/>
        </w:trPr>
        <w:tc>
          <w:tcPr>
            <w:tcW w:type="dxa" w:w="85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D-E</w:t>
            </w:r>
          </w:p>
        </w:tc>
        <w:tc>
          <w:tcPr>
            <w:tcW w:type="dxa" w:w="28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Tatsächlich vorhandene Untertitel / Metadaten für eine begrenzte Stichprobe</w:t>
            </w:r>
          </w:p>
        </w:tc>
        <w:tc>
          <w:tcPr>
            <w:tcW w:type="dxa" w:w="277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Erkennungsfehler und historische Zuordnung untersuchen</w:t>
            </w:r>
          </w:p>
        </w:tc>
        <w:tc>
          <w:tcPr>
            <w:tcW w:type="dxa" w:w="249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S06-S08 mit bezeichneten Verfahren; kein Anspruch auf neue Transkripterstellung</w:t>
            </w:r>
          </w:p>
        </w:tc>
      </w:tr>
    </w:tbl>
    <w:p>
      <w:pPr>
        <w:spacing w:after="0"/>
      </w:pPr>
    </w:p>
    <w:p>
      <w:r>
        <w:t>Für bereits veröffentlichte Berichte genügt zunächst die Beschaffung der benannten Originalfassung. Für eine gegebene Eingabe kann die vorhandene Zuordnungsinformation oder Antwort genügen. Erst wenn sich aus einem gesicherten Befund eine weitergehende erhebliche Frage ergibt, ist über zusätzliche Unterlagen zu entscheiden. Die Klägerseite verlangt damit eine sachgerechte Staffelung der Aufklärung und nicht die sofortige Herausgabe aller internen Programmevaluationen.</w:t>
      </w:r>
    </w:p>
    <w:p>
      <w:r>
        <w:t>Die Frage, ob ein neues Dokument erstellt werden müsste, wird vor einer Vorlageanordnung geklärt. Eine bestehende Standardauswertung kann anders zu behandeln sein als eine individuell neu zu programmierende Analyse. Die Mitteilung, dass ein bestimmter Bestand nicht vorhanden ist, ist eine andere Antwort als die Verweigerung vorhandener Unterlagen. Die Klägerseite hält diese Unterschiede ausdrücklich offen für die tatsächliche Stellungnahme der informationshaltenden Stelle.</w:t>
      </w:r>
    </w:p>
    <w:p>
      <w:pPr>
        <w:pStyle w:val="Heading2"/>
      </w:pPr>
      <w:r>
        <w:t>4.11 Konkreter Beweisanstoß B1: technische Integrität und Zähllogik</w:t>
      </w:r>
    </w:p>
    <w:p>
      <w:r>
        <w:t>Als belegte technische Ausgangstatsache wird vorgetragen: Die unter D01 bezeichnete Datei enthält 4.086 Datensätze mit jeweils unterschiedlicher Beschwerde-ID; die darin enthaltenen numerischen Felder ergeben 118.627 Teilungen und 3.329 Rundfunkratsinformationen. Die Dateiidentität, Auswahlregeln und Rechenschritte sind in D03 dokumentiert. Zum Nachweis werden die Datei in geeigneter gesicherter Form und das reproduzierbare Auswertungsprotokoll angeboten.</w:t>
      </w:r>
    </w:p>
    <w:p>
      <w:r>
        <w:t>Sollte die rechnerische Richtigkeit bestritten werden, wird eine auf diese konkrete Rechenfrage beschränkte Nachprüfung angeregt. Eine solche Prüfung verlangt weder eine materielle Bewertung aller Beschwerden noch eine Auslegung journalistischer Standards. Davon getrennt bleibt die technische Ereignisdefinition: Welche Vorgänge erzeugten eine Teilung oder eine Rundfunkratsinformation, und wie wurden Fehler, Mehrfachvorgänge und nachträgliche Änderungen behandelt? Hierzu sind die vorhandene Exportbeschreibung und Angaben der datenverantwortlichen Person erheblich.</w:t>
      </w:r>
    </w:p>
    <w:p>
      <w:r>
        <w:t>Die Klägerseite bietet keine erfundene eidesstattliche Erklärung und keine noch nicht eingeholte Aussage an. Die datenverantwortliche Person ist vor einer förmlichen Benennung mit Name und ladungsfähiger Anschrift in der eigenen Anlagenverwaltung zu erfassen. Der Beweisgegenstand selbst ist bereits abschließend bezeichnet: Identität, rechnerische Summen und technische Bedeutung der gespeicherten Felder, nicht die Wahrheit sämtlicher Beschwerdevorwürfe.</w:t>
      </w:r>
    </w:p>
    <w:p>
      <w:pPr>
        <w:pStyle w:val="Heading2"/>
      </w:pPr>
      <w:r>
        <w:t>4.12 Konkreter Beweisanstoß B2: ZDF-Fallgruppe heute journal</w:t>
      </w:r>
    </w:p>
    <w:p>
      <w:r>
        <w:t>Als durch den Export und die öffentliche Ergebnisquelle konkret unterlegte Tatsachen werden vorgetragen: Zu der Sendung heute journal vom 15. Februar 2026 sind die zehn in Abschnitt 3.10 bezeichneten Plattformvorgänge gespeichert. Der ZDF-Fernsehrat veröffentlichte am 19. Juni 2026 eine Mitteilung zum Verfahren wegen der Bildmaterialverwendung in dieser Sendung und beschrieb Fehler sowie bereits erfolgte Abhilfe. Die Quellen werden mit Datum, Titel und Fundstelle angeboten. [D02; E21]</w:t>
      </w:r>
    </w:p>
    <w:p>
      <w:r>
        <w:t>Die zusätzliche bestimmte Frage betrifft die Verfahrenszuordnung, nicht die Suche nach einem erst noch zu entdeckenden Fehler: Welche der konkret bezeichneten Eingaben wurden im bekannten Beschwerdeverfahren als Einzel- oder Mehrfacheingabe erfasst und welche vorhandene Antwort ist ihnen zugeordnet? Soweit eine eigene Eingabe des Klägers betroffen ist, ergibt sich deren Wortlaut und Zugang aus seiner Individualanlage. Bei fremden Vorgängen wird eine anonymisierte Zuordnung oder vorhandene Gruppenmitteilung erbeten; ein Anspruch auf fremde personenbezogene Daten wird nicht behauptet.</w:t>
      </w:r>
    </w:p>
    <w:p>
      <w:r>
        <w:t>Für die Programmeinwendung kann die Frage relevant sein, wie ein bereits dokumentierter Fehler intern und gegenüber Beschwerdeführenden behandelt wurde. Für Projekt 51 kann sie nur relevant sein, soweit sie mit dem dort behaupteten eigenen Zugangskonflikt verbunden ist. Ein ZDF-Vorgang begründet nicht allein eine Pflicht der beklagten Landesrundfunkanstalt, über fremde interne Akten zu verfügen. Eine gerichtliche Auskunft bei einer anderen Stelle und die Passivlegitimation für einen materiellen Anspruch werden nicht gleichgesetzt.</w:t>
      </w:r>
    </w:p>
    <w:p>
      <w:pPr>
        <w:pStyle w:val="Heading2"/>
      </w:pPr>
      <w:r>
        <w:t>4.13 Konkreter Beweisanstoß B3: bekannte Verfahrensunterlagen zu F02 und F03</w:t>
      </w:r>
    </w:p>
    <w:p>
      <w:r>
        <w:t>Zur Sendung Schlagabtausch vom 6. Februar 2025 wird die Beschaffung der im öffentlichen ZDF-Verzeichnis bereits bezeichneten Stellungnahme und Ergebnisentscheidung angeregt. Die gespeicherten Plattformvorgänge sind in D02 identifiziert. Gegenstand ist der vorhandene dokumentierte Umgang mit den konkreten Beanstandungen, insbesondere Publikums- und Moderationsfragen. Es wird nicht behauptet, deren Wahrheit stehe allein aufgrund der eingegangenen Kritik fest. [E20; D02]</w:t>
      </w:r>
    </w:p>
    <w:p>
      <w:r>
        <w:t>Zu Nuhr im Ersten vom 29. Mai 2025 wird der Originalbericht erbeten, den die September-Fassung als rbb-Halbjahresbericht Januar bis Juni 2025 zitiert, sowie die vorhandene Antwort beziehungsweise Entscheidung zur darin bezeichneten Eingangsgruppe. Die Ausgangstatsache m-6tzi4x mit 398 gespeicherten Teilungen ist technisch nachgewiesen; die Angabe von rund 400 anstaltsseitigen Eingängen bleibt bis zur Originalprüfung als referierter Berichtswert gekennzeichnet. Die verlangte Erkenntnis ist die Harmonisierung dieser Zähleinheiten und die Behandlung des bestimmten Vorgangs. [S03, Q11; D02]</w:t>
      </w:r>
    </w:p>
    <w:p>
      <w:r>
        <w:t>Diese beiden Aufklärungsansätze beziehen sich auf bekannte Veröffentlichungen und bekannte Eingangsgruppen. Sie sind enger als die Forderung, alle Antwortakten sämtlicher Jahre offenzulegen. Ob sie im konkreten Prozess erheblich sind, bestimmt sich nach dem dortigen Zeitraum und Rechtsschutzziel. Die Klägerseite beantragt keine tatsächlich unmögliche Vorlage und bittet bei fehlendem Bestand um dessen klare Mitteilung.</w:t>
      </w:r>
    </w:p>
    <w:p>
      <w:pPr>
        <w:pStyle w:val="Heading2"/>
      </w:pPr>
      <w:r>
        <w:t>4.14 Konkreter Beweisanstoß B4: fachliche Tragfähigkeit bestimmter Studienergebnisse</w:t>
      </w:r>
    </w:p>
    <w:p>
      <w:r>
        <w:t>Für die O-Ton-Dokumentation ist die bestimmte fachliche Frage, ob die beiden beschriebenen Erkennungswege die behaupteten O-Ton-Einbindungen mit hinreichend vergleichbarer Zuverlässigkeit erfassen. Dazu sind die berichteten Auswahlregeln, eine nach Format geschichtete Kontrollmenge und die dazugehörigen Ursprungsvideos heranzuziehen. Die Frage verlangt keine rechtliche Bewertung der gesamten Programmvielfalt. Sie betrifft die Tragfähigkeit der bestimmten in Abschnitt 2 wiedergegebenen Zählergebnisse. [S08]</w:t>
      </w:r>
    </w:p>
    <w:p>
      <w:r>
        <w:t>Für Glashaus ist die bestimmte fachliche Frage, wie Segmenterkennung, Referenzprogrammwechsel und Null-Kodierung den berichteten Langzeitbefund beeinflussen. Eine unabhängige menschliche Kontrollkodierung und eine zeitlich passende Teilmengenbildung sind konkrete Untersuchungsaufgaben. Die Eigenschaft, eine politische Aussage als gut oder schlecht zu bewerten, wird nicht zum Gutachterauftrag. Es geht um die Eignung des Messverfahrens für die beschriebene Auswahl- und Bandbreitenfrage. [S07]</w:t>
      </w:r>
    </w:p>
    <w:p>
      <w:r>
        <w:t>Für Müller ist die bestimmte Frage, ob die angegebene Kategorienzuordnung und die behauptete Abwesenheit beziehungsweise eingeschränkte Darstellung bestimmter Gegenpositionen im benannten historischen Teilkorpus anhand der dokumentierten Sendungen nachvollzogen werden können. Die Abweichung zwischen 34 Prozent und den rechnerischen 36,0 Prozent ist dabei offen aufzuklären. Eine fachmedizinische Gesamtbewertung sämtlicher in der Stellungnahme referierten Behauptungen wird nicht ohne gesonderten Bedarf als medienwissenschaftliche Frage ausgegeben. [S06]</w:t>
      </w:r>
    </w:p>
    <w:p>
      <w:r>
        <w:t>Die Klägerseite regt an, zunächst die Ersteller zu vorhandenen Daten und ihren eigenen Arbeitsschritten zu befragen beziehungsweise die benannten Originaldateien heranzuziehen. Über einen gerichtlichen Sachverständigen, seine Fachkunde und den genauen Auftrag entscheidet das Gericht. Eine Person wird nicht allein aufgrund ihrer Nennung in einem früheren Musterschreiben als bereits zur Aussage bereit oder sachkundig für jede Teilfrage dargestellt.</w:t>
      </w:r>
    </w:p>
    <w:p>
      <w:pPr>
        <w:pStyle w:val="Heading2"/>
      </w:pPr>
      <w:r>
        <w:t>4.15 Beweisantrag, Beweisanregung und Ausforschung</w:t>
      </w:r>
    </w:p>
    <w:p>
      <w:r>
        <w:t>Die bezeichneten Beweisanstöße sind nach ihrer Funktion zu unterscheiden. Die Vorlage einer vorhandenen Urkunde belegt deren Inhalt. Eine Auskunft klärt bestimmte Angaben einer informationshaltenden Stelle. Ein Sachverständiger beantwortet eine fachlich abgrenzbare Frage. Die rechtliche Schlussfolgerung, ob die verfassungsrechtliche Rechtfertigung einer Beitragspflicht entfällt, bleibt Sache des Gerichts und kann nicht als Tatsachenbehauptung an einen Zeugen ausgelagert werden.</w:t>
      </w:r>
    </w:p>
    <w:p>
      <w:r>
        <w:t>Der Beschluss des Bundesverwaltungsgerichts 2 B 36.24 vom 15. Januar 2025 behandelt die Grenze von Beweisanträgen ohne hinreichenden Tatsachenkern. Er verlangt greifbare Anhaltspunkte und berücksichtigt zugleich, dass die Anforderungen von der eigenen Erkenntnismöglichkeit und Verfahrenslage abhängen. Die Entscheidung wird hier nicht als Rundfunkentscheidung zitiert, sondern als allgemeiner Maßstab für die Begrenzung von Beweistatsache und bloßem Informationswunsch. [R07, insbesondere Rn. 23-24]</w:t>
      </w:r>
    </w:p>
    <w:p>
      <w:r>
        <w:t>Die Klägerseite legt deshalb zu jedem Begehren dar, was bereits bekannt ist. Bei B2 ist der Fehler nicht erst zu suchen; die Ergebnisquelle benennt ihn. Bei B3 ist nicht unbestimmt, ob es irgendwelche Unterlagen geben könnte; ein bestimmter Bericht beziehungsweise Verfahrenseintrag ist bezeichnet. Bei B4 ist die Aufgabe an ein vorliegendes Messverfahren und seinen berichteten Befund gebunden. Gleichwohl ersetzt diese Konkretisierung nicht die Entscheidungserheblichkeit für den einzelnen Rechtsstreit.</w:t>
      </w:r>
    </w:p>
    <w:p>
      <w:r>
        <w:t>Ein in der mündlichen Verhandlung unbedingt gestellter Beweisantrag ist nach § 86 Abs. 2 VwGO anders zu behandeln als eine schriftsätzliche Aufklärungsanregung oder ein Hilfsbeweisantrag. Die vorliegende Fassung erklärt deshalb nicht automatisch jede Quellenangabe zu einem unbedingt gestellten Beweisantrag. Vor einer förmlichen Antragstellung sind das bestimmte Beweisthema, das tatsächlich verfügbare Beweismittel und die prozessuale Lage zu benennen. Eine Bitte um Kosteninformation beseitigt keine gesetzlichen Kostenfolgen. [R02]</w:t>
      </w:r>
    </w:p>
    <w:p>
      <w:pPr>
        <w:pStyle w:val="Heading2"/>
      </w:pPr>
      <w:r>
        <w:t>4.16 Schutzbelange und verhältnismäßige Zugangsformen</w:t>
      </w:r>
    </w:p>
    <w:p>
      <w:r>
        <w:t>Der Anspruch auf sachgerechte Aufklärung rechtfertigt keine uneingeschränkte Offenlegung vertraulicher Quellen, fremder personenbezogener Daten oder jeder redaktionellen Vorüberlegung. Die Klägerseite grenzt die Begehren daher zunächst auf bereits veröffentlichte Inhalte, vorhandene Bestandsverzeichnisse und bestimmte Ergebnisunterlagen ein. Wo Rechte Dritter berührt sind, sind anonymisierte Auszüge, Einsicht vor Ort, eine begrenzte wissenschaftliche Nutzung oder eine andere geeignete Form zu prüfen. [R02, § 99; R01, Rn. 37-40]</w:t>
      </w:r>
    </w:p>
    <w:p>
      <w:r>
        <w:t>Mildere Zugangsformen müssen den konkreten Erkenntniszweck noch erfüllen. Eine bloße allgemeine Zusammenfassung kann etwa eine Frage nach dem Wortlaut einer Korrektur offenlassen. Umgekehrt kann ein vorhandenes Inhaltsverzeichnis genügen, um eine Korpuslücke abzugrenzen, ohne sofort alle Videos zu übertragen. Die Bewertung ist bestandsbezogen vorzunehmen. Die Klägerseite verlangt weder stets den maximalen Zugang noch akzeptiert sie jede beliebige Ersatzinformation als gleichwertig.</w:t>
      </w:r>
    </w:p>
    <w:p>
      <w:r>
        <w:t>Eine Bitte um Sicherung bestimmter Belege setzt den benannten Bestand, Zeitraum und Verwendungszweck voraus. Das Ausbleiben einer Antwort setzt allgemeine Löschfristen nicht automatisch außer Kraft. Eine Entfernung aus einer Mediathek beweist nicht die Löschung im Archiv. Ein Beweisvereitelungsvorwurf erfordert zusätzliche Tatsachen zum Bestand, zu einer einschlägigen Pflicht und zum tatsächlichen Ablauf. Dieser Vorwurf wird in dieser Fassung nicht schematisch erhoben.</w:t>
      </w:r>
    </w:p>
    <w:p>
      <w:pPr>
        <w:pStyle w:val="Heading2"/>
      </w:pPr>
      <w:r>
        <w:t>4.17 Quellenregister, Archiv und tatsächliche Akteneinführung</w:t>
      </w:r>
    </w:p>
    <w:p>
      <w:r>
        <w:t>Die Argumentation steht in den vier Abschnitten. Die zugrunde liegenden Quellen bleiben eigenständig prüfbar. Das Belegregister bezeichnet für jeden Nachweis Titel, Fassung, Fundstelle, Erkenntnisfunktion und tatsächlichen Einreichungsstatus. Eine gemeinsame öffentliche Quellenbibliothek dient der Auffindbarkeit und Versionierung. Sie macht nicht automatisch sämtliche dort enthaltenen Dokumente zum Inhalt jeder Gerichtsakte.</w:t>
      </w:r>
    </w:p>
    <w:p>
      <w:r>
        <w:t>Nach § 86 Abs. 5 VwGO sind in Bezug genommene Urkunden beziehungsweise elektronische Dokumente grundsätzlich beizufügen, auch auszugsweise. Bei bereits bekannten oder sehr umfangreichen Unterlagen kann unter den gesetzlichen Voraussetzungen eine genaue Bezeichnung mit dem Angebot der Einsicht bei Gericht genügen. Die Klägerseite macht hiervon nur für die im Register konkret bezeichneten Unterlagen Gebrauch. Ein pauschaler Satz Alles Weitere steht im Internet ersetzt diese Bezeichnung nicht. [R02]</w:t>
      </w:r>
    </w:p>
    <w:p>
      <w:r>
        <w:t>Für jede hier verwendete Datei wird zwischen dem unberührten Original, einer technischen Lesefassung und einem neu erzeugten Auszug unterschieden. Eine neue PDF-Konvertierung hat eine eigene Prüfsumme. Werden Zahlen aus einer Quelle nachgerechnet, wird das als eigene Nachrechnung kenntlich gemacht. Dadurch kann die Gegenseite dieselbe Fassung prüfen und zu den entscheidungserheblichen Tatsachen Stellung nehmen. [R02, § 108 Abs. 2]</w:t>
      </w:r>
    </w:p>
    <w:p>
      <w:pPr>
        <w:pStyle w:val="Heading2"/>
      </w:pPr>
      <w:r>
        <w:t>4.18 Umgang mit früheren Ablehnungen und gerichtlichen Textbausteinen</w:t>
      </w:r>
    </w:p>
    <w:p>
      <w:r>
        <w:t>Die eigenen früheren Eingaben und Entscheidungen werden in der Individualanlage gegenübergestellt: damalige konkrete Behauptung, vorgelegter Beleg, gerichtliche Behandlung und nun vorliegende Ergänzung. Eine Entscheidung wird nicht schon deshalb als Gehörsverstoß dargestellt, weil sie ein Beweismittel für unzureichend hält. Maßgeblich ist, ob ein erheblicher Vortrag tatsächlich übergangen oder nach einem unzutreffenden Maßstab behandelt wurde. Der jeweilige Rechtsbehelf und seine Frist sind gesondert zu bestimmen.</w:t>
      </w:r>
    </w:p>
    <w:p>
      <w:r>
        <w:t>Die im Ausgangsmaterial vorgeschlagene Textbausteinanalyse kann gemeinsame Passagen sichtbar machen. Eine hohe Textähnlichkeit beweist aber keine fehlende Einzelfallprüfung. Aussagekräftig wird der Vergleich erst mit dem tatsächlich eingegangenen neuen Vortrag und dessen Entscheidungserheblichkeit. Ein entsprechendes Urteilskorpus ist hier nicht vollständig empirisch ausgewertet worden; eine solche Untersuchung wird nicht lediglich durch ihre Ankündigung als Beweis geführt.</w:t>
      </w:r>
    </w:p>
    <w:p>
      <w:r>
        <w:t>Zu dem von Schmitz behandelten OVG-Beschluss und den Nutzerberichten aus Berlin oder Ansbach gilt Entsprechendes. Ohne passenden Originaltext werden keine dort angeblich tragenden Sätze als eigene Originalauswertung zitiert. Diese Zurückhaltung dient nicht der Reduzierung des Vortrags, sondern seiner Quellentreue. Die tatsächlich gesicherte Rechtsprechung und die hier nachgerechneten Daten werden davon nicht abhängig gemacht. [S09; R01-R03]</w:t>
      </w:r>
    </w:p>
    <w:p>
      <w:pPr>
        <w:pStyle w:val="Heading2"/>
      </w:pPr>
      <w:r>
        <w:t>4.19 Kosten, Fristen und Begrenzung der Sachanträge</w:t>
      </w:r>
    </w:p>
    <w:p>
      <w:r>
        <w:t>Die zusätzliche Länge der Begründung erzeugt nicht allein einen neuen Streitgegenstand. Ein eigenständiger Feststellungs- oder Leistungsantrag kann dagegen den Streitwert und das Kostenrisiko beeinflussen. Die Sachanträge werden deshalb ausschließlich im getrennten Antragsblatt bestimmt. Die Beweisanregungen dienen ihrer Begründung; sie werden nicht unter der Hand als allgemeine Herausgabeklagen formuliert. [R13; R02, §§ 88, 154, 162]</w:t>
      </w:r>
    </w:p>
    <w:p>
      <w:r>
        <w:t>Ein gerichtliches Verfahren kann Gerichtsgebühren, erstattungsfähige gegnerische Kosten, eigene Anwaltskosten und gegebenenfalls Auslagen für Beweiserhebung verursachen. Die Angabe eines einzelnen Gerichtskostenvorschusses ist keine Obergrenze. Eine pauschale Kostenfreiheit nach § 188 VwGO wird für diese programmbezogene Beitragsklage nicht behauptet. Ebenso wenig wird ein Kostenrisiko durch die Bezeichnung Beweisanregung ausgeschlossen.</w:t>
      </w:r>
    </w:p>
    <w:p>
      <w:r>
        <w:t>Offene Auskunftsersuchen, eine angekündigte Studie oder ein paralleler Musterfall hemmen laufende Fristen nicht automatisch. Die Klägerseite beantragt erforderlichenfalls eine konkret begründete Fristverlängerung oder sonstige prozessuale Maßnahme. Ihre Bewilligung darf nicht vorausgesetzt werden. Ein bestehender Antrag wird durch die Verwendung der neuen modularen Begründung nicht stillschweigend zurückgenommen.</w:t>
      </w:r>
    </w:p>
    <w:p>
      <w:pPr>
        <w:pStyle w:val="Heading2"/>
      </w:pPr>
      <w:r>
        <w:t>4.20 Abschließende Verbindung von Tatsachenvortrag und Rechtsfolge</w:t>
      </w:r>
    </w:p>
    <w:p>
      <w:r>
        <w:t>Die Klägerseite ersucht das Gericht, die tatsächlich erschlossenen Untersuchungen und Fallgruppen ihrem jeweiligen Erkenntnisgehalt nach zu würdigen. Der Vortrag ist nicht auf eine abstrakte Unmöglichkeitsbehauptung gestützt: Öffentlich verfügbare Inhalte wurden in den bezeichneten Studien untersucht; der vorhandene Export wurde nachgerechnet; bestimmte Verfahrensausgänge und verbleibende Zuordnungslücken sind benannt. Die weitergehenden Begehren knüpfen an diese Tatsachen an.</w:t>
      </w:r>
    </w:p>
    <w:p>
      <w:r>
        <w:t>Die rechtliche Schlussfolgerung bleibt nach Klageart begrenzt. Bei der Anfechtung ist zu prüfen, ob die vorliegenden und gegebenenfalls weiter erhobenen Erkenntnisse für den bestimmten Zeitraum die verfassungsrechtliche Schwelle erreichen und eine Vorlage nach Art. 100 Abs. 1 GG geboten ist. Bei Projekt 51 ist zunächst zu entscheiden, ob die konkret behauptete eigenständige Rechtsbeziehung feststellungsfähig besteht. Die zweite Frage kann nicht durch die erste ersetzt werden.</w:t>
      </w:r>
    </w:p>
    <w:p>
      <w:r>
        <w:t>Die Klägerseite verlangt damit weder ein politisches Programmurteil nach ihren Präferenzen noch eine schrankenlose Öffnung interner Daten. Sie verlangt die nachvollziehbare Behandlung eines bestimmten, quellenbezogen ausgearbeiteten Vortrags und die rechtliche Entscheidung über die daraus begrenzt hergeleiteten Begehren. Wo Tatsachen noch nicht gesichert sind, werden sie nicht als bereits bewiesen bezeichnet. Wo konkrete Erkenntnisse vorliegen, werden sie nicht durch einen pauschalen Hinweis auf ihre Herkunft oder den Umfang des Gesamtprogramms aus der Prüfung ausgeschieden.</w:t>
      </w:r>
    </w:p>
    <w:p>
      <w:r>
        <w:br w:type="page"/>
      </w:r>
    </w:p>
    <w:p>
      <w:pPr>
        <w:pStyle w:val="Title"/>
      </w:pPr>
      <w:r>
        <w:t>Anträge und Unterschrift</w:t>
      </w:r>
    </w:p>
    <w:p>
      <w:r>
        <w:t>Verwaltungsgericht: [Gericht]</w:t>
        <w:br/>
        <w:t>Aktenzeichen: [soweit vorhanden]</w:t>
        <w:br/>
        <w:t>Klägerseite: [Name]</w:t>
        <w:br/>
        <w:t>Beklagte: [Rundfunkanstalt]</w:t>
      </w:r>
    </w:p>
    <w:p>
      <w:pPr>
        <w:pStyle w:val="Heading2"/>
      </w:pPr>
      <w:r>
        <w:t>Abschließende Sachanträge</w:t>
      </w:r>
    </w:p>
    <w:p>
      <w:r>
        <w:t>1. Es wird festgestellt, dass die Beklagte im gegenwärtigen Beitragsrechtsverhältnis der Beteiligten, bezogen auf die in K13 bezeichnete aktuelle Auseinandersetzung und das Untersuchungsfenster [Beginn/Ende], nicht berechtigt ist, den dort bezeichneten Programmeinwand allein wegen des Fehlens der in K13 konkret vorausgesetzten wissenschaftlichen Auswertung zurückzuweisen, soweit gerade diese Auswertung den Zugang zu den in K14 abschließend bezeichneten, vorhandenen Beständen erfordert, die Beklagte die dort bezeichnete zumutbare Zugangsform mit den Schreiben K09/K10 verweigert hat und eine gleichwertige zumutbare Erkenntnismöglichkeit nach den dokumentierten Umständen nicht besteht.</w:t>
      </w:r>
    </w:p>
    <w:p>
      <w:r>
        <w:t>2. Die Beklagte trägt die Kosten des Verfahrens.</w:t>
      </w:r>
    </w:p>
    <w:p>
      <w:r>
        <w:t>Der erste Antrag ist eine zur rechtlichen Prüfung gestellte, begrenzte Feststellungskonstruktion. Die Individualanlagen K13/K14 müssen konkrete aktuelle Rechtswirkungen und eindeutig bestimmte Bestände ausweisen. Er zielt nicht auf die verbindliche Festlegung der Beweiswürdigung eines anderen Gerichts, nicht auf die Wiederholung der alten Bescheidanfechtung und nicht auf die Feststellung einer allgemeinen Programmverfassungswidrigkeit. Das Risiko einer Einordnung als unselbständige Vorfrage wird in Abschnitt 1 behandelt.</w:t>
      </w:r>
    </w:p>
    <w:p>
      <w:pPr>
        <w:pStyle w:val="Heading2"/>
      </w:pPr>
      <w:r>
        <w:t>Prozessuale Behandlung und Anlagen</w:t>
      </w:r>
    </w:p>
    <w:p>
      <w:r>
        <w:t>Es wird um sachbezogene Erörterung der in den Abschnitten 1 bis 4 bezeichneten Tatsachen und rechtlichen Folgerungen gebeten. Die dortigen Beweisangebote und Anregungen sind von einem gegebenenfalls in der mündlichen Verhandlung unbedingt gestellten Beweisantrag zu unterscheiden. Eine allgemeine Kostenfreiheit oder automatische Aussetzung wird nicht geltend gemacht.</w:t>
      </w:r>
    </w:p>
    <w:p>
      <w:r>
        <w:t>Die tatsächlich eingereichten individuellen Unterlagen lauten: [K-Nummern mit Titel und Datum]. Die zusätzlich eingereichten gemeinsamen Quellen beziehungsweise Auszüge lauten: [B-/D-/S-/E-Kennungen, Fassung, Umfang]. Nur diese Anlagenliste bestätigt die konkrete Einreichung; ein Eintrag im allgemeinen Quellenregister tut dies nicht.</w:t>
      </w:r>
    </w:p>
    <w:p>
      <w:r>
        <w:t>[Ort], [Datum]</w:t>
        <w:br/>
        <w:br/>
        <w:t>________________________________</w:t>
        <w:br/>
        <w:t>[Eigenhändige Unterschrift / zulässige elektronische Einreichung]</w:t>
        <w:br/>
        <w:t>[Name]</w:t>
      </w:r>
    </w:p>
    <w:p>
      <w:r>
        <w:br w:type="page"/>
      </w:r>
    </w:p>
    <w:p>
      <w:pPr>
        <w:pStyle w:val="Title"/>
      </w:pPr>
      <w:r>
        <w:t>B01 - Quellen- und Belegregister</w:t>
      </w:r>
    </w:p>
    <w:p>
      <w:r>
        <w:t>Dieses Register dokumentiert Herkunft und Erkenntnisfunktion der verwendeten Quellen. Es bescheinigt nicht, dass alle Quellen bereits in einem individuellen Verfahren eingereicht wurden. Bereitgestellte Originale, online erschlossene Originale und eigene technische Ableitungen sind getrennt gekennzeichnet. Die jeweiligen Fundstellen im Haupttext beschränken die Verwendung.</w:t>
      </w:r>
    </w:p>
    <w:p>
      <w:r>
        <w:t>Aktuelle Anlagenliste des einzelnen Verfahrens: [Kennung, tatsächlich beigefügte Datei/Fassung oder Auszug, Seiten, eigene Anlagenbezeichnung]. Diese Liste ist vor Einreichung zu vervollständigen.</w:t>
      </w:r>
    </w:p>
    <w:p>
      <w:pPr>
        <w:pStyle w:val="Heading2"/>
      </w:pPr>
      <w:r>
        <w:t>[R01] BVerwG, Urteil - 6 C 5.24</w:t>
      </w:r>
    </w:p>
    <w:p>
      <w:r>
        <w:t>Datum / Stand: 15.10.2025</w:t>
      </w:r>
    </w:p>
    <w:p>
      <w:r>
        <w:t>Programmbezogener Vorteil; kein einfachgesetzliches Synallagma; Evidenzschwelle; Zeitraum; Substantiierung; Art. 100 GG. Insbesondere Rn. 17-18, 19-35, 36-50.</w:t>
      </w:r>
    </w:p>
    <w:p>
      <w:r>
        <w:t>Quellenstatus: Amtlicher Volltext online abgeglichen. Keine Aussage, dass die Klage der damaligen Klägerin bereits erfolgreich war.</w:t>
      </w:r>
    </w:p>
    <w:p>
      <w:r>
        <w:t xml:space="preserve">Originalfundstelle: </w:t>
      </w:r>
      <w:hyperlink r:id="rId11">
        <w:r>
          <w:rPr>
            <w:color w:val="214E78"/>
            <w:u w:val="single"/>
          </w:rPr>
          <w:t>www.bverwg.de - R01</w:t>
        </w:r>
      </w:hyperlink>
    </w:p>
    <w:p>
      <w:pPr>
        <w:pStyle w:val="Heading2"/>
      </w:pPr>
      <w:r>
        <w:t>[R02] Verwaltungsgerichtsordnung (VwGO)</w:t>
      </w:r>
    </w:p>
    <w:p>
      <w:r>
        <w:t>Datum / Stand: Abruf 04.10.2026</w:t>
      </w:r>
    </w:p>
    <w:p>
      <w:r>
        <w:t>Insbesondere §§ 42, 43, 52, 58, 60, 67, 68, 74, 81, 82, 86, 87, 87b, 88, 92, 99, 100, 101, 108, 113, 121, 153, 154, 155, 162, 188.</w:t>
      </w:r>
    </w:p>
    <w:p>
      <w:r>
        <w:t>Quellenstatus: Amtlicher Gesetzestext. Historische Anwendung und Landesbesonderheiten sind anhand der persönlichen Akte zu bestimmen.</w:t>
      </w:r>
    </w:p>
    <w:p>
      <w:r>
        <w:t xml:space="preserve">Originalfundstelle: </w:t>
      </w:r>
      <w:hyperlink r:id="rId12">
        <w:r>
          <w:rPr>
            <w:color w:val="214E78"/>
            <w:u w:val="single"/>
          </w:rPr>
          <w:t>www.gesetze-im-internet.de - R02</w:t>
        </w:r>
      </w:hyperlink>
    </w:p>
    <w:p>
      <w:pPr>
        <w:pStyle w:val="Heading2"/>
      </w:pPr>
      <w:r>
        <w:t>[R03] VGH Baden-Württemberg, Urteil - 2 S 2529/25</w:t>
      </w:r>
    </w:p>
    <w:p>
      <w:r>
        <w:t>Datum / Stand: 14.04.2026</w:t>
      </w:r>
    </w:p>
    <w:p>
      <w:r>
        <w:t>Berufung zurückgewiesen; Grenzen materieller Programmprüfung und Kritik an der vorgelagerten privaten Gutachtenanforderung, insbesondere PDF-S. 30-32.</w:t>
      </w:r>
    </w:p>
    <w:p>
      <w:r>
        <w:t>Quellenstatus: Amtliche PDF online gelesen; Seiten 30-31 visuell geprüft. Nicht als beigefügte Originaldatei ausgegeben.</w:t>
      </w:r>
    </w:p>
    <w:p>
      <w:r>
        <w:t xml:space="preserve">Originalfundstelle: </w:t>
      </w:r>
      <w:hyperlink r:id="rId13">
        <w:r>
          <w:rPr>
            <w:color w:val="214E78"/>
            <w:u w:val="single"/>
          </w:rPr>
          <w:t>verwaltungsgerichtshof-baden-wuerttemberg.justiz-bw.de - R03</w:t>
        </w:r>
      </w:hyperlink>
    </w:p>
    <w:p>
      <w:pPr>
        <w:pStyle w:val="Heading2"/>
      </w:pPr>
      <w:r>
        <w:t>[R05] BVerfG, Beschluss - 2 BvR 1167/20</w:t>
      </w:r>
    </w:p>
    <w:p>
      <w:r>
        <w:t>Datum / Stand: 20.06.2023</w:t>
      </w:r>
    </w:p>
    <w:p>
      <w:r>
        <w:t>Vergleichsargument zur Einsicht in vorhandene Messinformationen; Abgrenzung zur Herstellung nicht vorhandener Daten. Kein Rundfunk- oder allgemeiner Archivanspruch.</w:t>
      </w:r>
    </w:p>
    <w:p>
      <w:r>
        <w:t>Quellenstatus: Amtliche Fundstelle und veröffentlichter Suchauszug erschlossen; der unmittelbare Volltextabruf war technisch gesperrt. In Abschnitt 4 nur begrenztes Vergleichsargument, kein tragender Rundfunkbeleg.</w:t>
      </w:r>
    </w:p>
    <w:p>
      <w:r>
        <w:t xml:space="preserve">Originalfundstelle: </w:t>
      </w:r>
      <w:hyperlink r:id="rId14">
        <w:r>
          <w:rPr>
            <w:color w:val="214E78"/>
            <w:u w:val="single"/>
          </w:rPr>
          <w:t>www.bundesverfassungsgericht.de - R05</w:t>
        </w:r>
      </w:hyperlink>
    </w:p>
    <w:p>
      <w:pPr>
        <w:pStyle w:val="Heading2"/>
      </w:pPr>
      <w:r>
        <w:t>[R06] BGH - VI ZR 335/24; amtliche Verfahrensmitteilung des OLG Koblenz</w:t>
      </w:r>
    </w:p>
    <w:p>
      <w:r>
        <w:t>Datum / Stand: BGH 09.03.2026; Mitteilung 25.09.2026</w:t>
      </w:r>
    </w:p>
    <w:p>
      <w:r>
        <w:t>Spezialgesetzlicher arzneimittelrechtlicher Auskunftsanspruch nach § 84a AMG. Abgrenzung der im Kurzgutachten behaupteten Verallgemeinerung.</w:t>
      </w:r>
    </w:p>
    <w:p>
      <w:r>
        <w:t>Quellenstatus: Amtliche OLG-Mitteilung ausgewertet. Keine Behauptung einer vollständigen Auswertung des BGH-Urteils im Original.</w:t>
      </w:r>
    </w:p>
    <w:p>
      <w:r>
        <w:t xml:space="preserve">Originalfundstelle: </w:t>
      </w:r>
      <w:hyperlink r:id="rId15">
        <w:r>
          <w:rPr>
            <w:color w:val="214E78"/>
            <w:u w:val="single"/>
          </w:rPr>
          <w:t>olgko.justiz.rlp.de - R06</w:t>
        </w:r>
      </w:hyperlink>
    </w:p>
    <w:p>
      <w:pPr>
        <w:pStyle w:val="Heading2"/>
      </w:pPr>
      <w:r>
        <w:t>[R07] BVerwG, Beschluss - 2 B 36.24</w:t>
      </w:r>
    </w:p>
    <w:p>
      <w:r>
        <w:t>Datum / Stand: 15.01.2025</w:t>
      </w:r>
    </w:p>
    <w:p>
      <w:r>
        <w:t>Beweisantrag, greifbare Anhaltspunkte und Erkenntnismöglichkeit; insbesondere Rn. 23-24.</w:t>
      </w:r>
    </w:p>
    <w:p>
      <w:r>
        <w:t>Quellenstatus: Amtlicher Volltext erschlossen; kein Rundfunkverfahren.</w:t>
      </w:r>
    </w:p>
    <w:p>
      <w:r>
        <w:t xml:space="preserve">Originalfundstelle: </w:t>
      </w:r>
      <w:hyperlink r:id="rId16">
        <w:r>
          <w:rPr>
            <w:color w:val="214E78"/>
            <w:u w:val="single"/>
          </w:rPr>
          <w:t>www.bverwg.de - R07</w:t>
        </w:r>
      </w:hyperlink>
    </w:p>
    <w:p>
      <w:pPr>
        <w:pStyle w:val="Heading2"/>
      </w:pPr>
      <w:r>
        <w:t>[R12] Grundgesetz: Art. 19 Abs. 4, Art. 100 Abs. 1 und weitere Grundrechtsbezugspunkte</w:t>
      </w:r>
    </w:p>
    <w:p>
      <w:r>
        <w:t>Datum / Stand: Abruf 04.10.2026</w:t>
      </w:r>
    </w:p>
    <w:p>
      <w:r>
        <w:t>Rechtsschutz und konkrete Normenkontrolle; keine aus dem Gesetzestext allein abgeleitete allgemeine Archivpflicht.</w:t>
      </w:r>
    </w:p>
    <w:p>
      <w:r>
        <w:t>Quellenstatus: Amtliche Gesetzesfundstelle; Anwendung ist eigene rechtliche Argumentation.</w:t>
      </w:r>
    </w:p>
    <w:p>
      <w:r>
        <w:t xml:space="preserve">Originalfundstelle: </w:t>
      </w:r>
      <w:hyperlink r:id="rId17">
        <w:r>
          <w:rPr>
            <w:color w:val="214E78"/>
            <w:u w:val="single"/>
          </w:rPr>
          <w:t>www.gesetze-im-internet.de - R12</w:t>
        </w:r>
      </w:hyperlink>
    </w:p>
    <w:p>
      <w:pPr>
        <w:pStyle w:val="Heading2"/>
      </w:pPr>
      <w:r>
        <w:t>[R13] Gerichtskostengesetz: insbesondere § 52</w:t>
      </w:r>
    </w:p>
    <w:p>
      <w:r>
        <w:t>Datum / Stand: Abruf 04.10.2026</w:t>
      </w:r>
    </w:p>
    <w:p>
      <w:r>
        <w:t>Streitwert nach Bedeutung des konkreten Begehrens; Geldbeträge und Auffangwert unterscheiden.</w:t>
      </w:r>
    </w:p>
    <w:p>
      <w:r>
        <w:t>Quellenstatus: Keine Kostenobergrenze oder Gebührenfreiheit zugesagt. Individuelle Gebührenrechnung bleibt gesondert.</w:t>
      </w:r>
    </w:p>
    <w:p>
      <w:r>
        <w:t xml:space="preserve">Originalfundstelle: </w:t>
      </w:r>
      <w:hyperlink r:id="rId18">
        <w:r>
          <w:rPr>
            <w:color w:val="214E78"/>
            <w:u w:val="single"/>
          </w:rPr>
          <w:t>www.gesetze-im-internet.de - R13</w:t>
        </w:r>
      </w:hyperlink>
    </w:p>
    <w:p>
      <w:pPr>
        <w:pStyle w:val="Heading2"/>
      </w:pPr>
      <w:r>
        <w:t>[R14] BVerwG, Beschluss - 9 B 8.24</w:t>
      </w:r>
    </w:p>
    <w:p>
      <w:r>
        <w:t>Datum / Stand: 08.08.2024</w:t>
      </w:r>
    </w:p>
    <w:p>
      <w:r>
        <w:t>Subsidiarität der Feststellungsklage, effektiverer Rechtsschutz und Verhalten öffentlicher Rechtsträger; Rn. 18-21.</w:t>
      </w:r>
    </w:p>
    <w:p>
      <w:r>
        <w:t>Quellenstatus: Amtlicher Volltext. Abgabenrechtliche Konstellation mit anderem Streitgegenstand; keine unmittelbare Anerkennung der Projekt-51-Konstruktion.</w:t>
      </w:r>
    </w:p>
    <w:p>
      <w:r>
        <w:t xml:space="preserve">Originalfundstelle: </w:t>
      </w:r>
      <w:hyperlink r:id="rId19">
        <w:r>
          <w:rPr>
            <w:color w:val="214E78"/>
            <w:u w:val="single"/>
          </w:rPr>
          <w:t>ssl.bverwg.de - R14</w:t>
        </w:r>
      </w:hyperlink>
    </w:p>
    <w:p>
      <w:pPr>
        <w:pStyle w:val="Heading2"/>
      </w:pPr>
      <w:r>
        <w:t>[R15] BVerwG, Beschluss - 6 B 25.07</w:t>
      </w:r>
    </w:p>
    <w:p>
      <w:r>
        <w:t>Datum / Stand: 26.07.2007</w:t>
      </w:r>
    </w:p>
    <w:p>
      <w:r>
        <w:t>Gegenargument: selbständige Feststellung einer Bewertungsmethodik unzulässig; Elemente eines Rechtsverhältnisses; Umgehung bestandskräftiger Entscheidungen, Rn. 3-6.</w:t>
      </w:r>
    </w:p>
    <w:p>
      <w:r>
        <w:t>Quellenstatus: Amtlicher Volltext. Bewusst als entgegenstehende Rechtsprechung einbezogen.</w:t>
      </w:r>
    </w:p>
    <w:p>
      <w:r>
        <w:t xml:space="preserve">Originalfundstelle: </w:t>
      </w:r>
      <w:hyperlink r:id="rId20">
        <w:r>
          <w:rPr>
            <w:color w:val="214E78"/>
            <w:u w:val="single"/>
          </w:rPr>
          <w:t>www.bverwg.de - R15</w:t>
        </w:r>
      </w:hyperlink>
    </w:p>
    <w:p>
      <w:pPr>
        <w:pStyle w:val="Heading2"/>
      </w:pPr>
      <w:r>
        <w:t>[R16] BVerwG, Urteil - 4 CN 2.14</w:t>
      </w:r>
    </w:p>
    <w:p>
      <w:r>
        <w:t>Datum / Stand: 16.04.2015</w:t>
      </w:r>
    </w:p>
    <w:p>
      <w:r>
        <w:t>Konkrete Rechtsbeziehung und eigene Rechte bei gesetzgeberischem Unterlassen; Rn. 11-12.</w:t>
      </w:r>
    </w:p>
    <w:p>
      <w:r>
        <w:t>Quellenstatus: Amtlicher Volltext. Andere Verfahrenslage; kein allgemeiner Freibrief für abstrakte Feststellungen.</w:t>
      </w:r>
    </w:p>
    <w:p>
      <w:r>
        <w:t xml:space="preserve">Originalfundstelle: </w:t>
      </w:r>
      <w:hyperlink r:id="rId21">
        <w:r>
          <w:rPr>
            <w:color w:val="214E78"/>
            <w:u w:val="single"/>
          </w:rPr>
          <w:t>www.bverwg.de - R16</w:t>
        </w:r>
      </w:hyperlink>
    </w:p>
    <w:p>
      <w:pPr>
        <w:pStyle w:val="Heading2"/>
      </w:pPr>
      <w:r>
        <w:t>[S01] V-Gutachten zur empirischen Überprüfbarkeit des publizistischen Vielfaltauftrags, Version 1.3</w:t>
      </w:r>
    </w:p>
    <w:p>
      <w:r>
        <w:t>Datum / Stand: Dokumentstand 06.06.2026</w:t>
      </w:r>
    </w:p>
    <w:p>
      <w:r>
        <w:t>Methodische, verfassungsrechtliche und medienstrukturelle Ausgangsargumentation; insbesondere Kap. 5-20 und verfahrensrechtliche Folgerungen.</w:t>
      </w:r>
    </w:p>
    <w:p>
      <w:r>
        <w:t>Quellenstatus: 157 Seiten laut bereitgestellter Lesefassung. Dateiname und Titeldatum unterscheiden sich. Original unverändert.</w:t>
      </w:r>
    </w:p>
    <w:p>
      <w:r>
        <w:t>Bereitgestelltes Original: 2026_06_02 Das VGutachten Version 1.3.docx</w:t>
      </w:r>
    </w:p>
    <w:p>
      <w:pPr>
        <w:spacing w:line="240" w:lineRule="auto"/>
      </w:pPr>
      <w:r>
        <w:rPr>
          <w:sz w:val="18"/>
        </w:rPr>
        <w:t>SHA-256: 76f843c29ca5580906460fe61d735b676ee98c407d68b0dcd7282785435b4b64</w:t>
      </w:r>
    </w:p>
    <w:p>
      <w:pPr>
        <w:pStyle w:val="Heading2"/>
      </w:pPr>
      <w:r>
        <w:t>[S02] Rundfunkalarm-Gutachten: Programmbeschwerden und Gremienkontrolle, gerichtliche Fassung</w:t>
      </w:r>
    </w:p>
    <w:p>
      <w:r>
        <w:t>Datum / Stand: 27.06.2026</w:t>
      </w:r>
    </w:p>
    <w:p>
      <w:r>
        <w:t>Datenstand, Kennzahlen, Wirkungsstufenmodell und ursprüngliche Grenzen; Abschn. A-O.</w:t>
      </w:r>
    </w:p>
    <w:p>
      <w:r>
        <w:t>Quellenstatus: 30 Seiten. Ausgangsauswertung, keine vollständige Antwortanalyse.</w:t>
      </w:r>
    </w:p>
    <w:p>
      <w:r>
        <w:t>Bereitgestelltes Original: 2026_06_27 Gutachten_Rundfunkalarm_Programmbeschwerden_gerichtsfassung.docx</w:t>
      </w:r>
    </w:p>
    <w:p>
      <w:pPr>
        <w:spacing w:line="240" w:lineRule="auto"/>
      </w:pPr>
      <w:r>
        <w:rPr>
          <w:sz w:val="18"/>
        </w:rPr>
        <w:t>SHA-256: 5b6804b3f1162dda461d1862ecd90a6179376a5db940014dec556bb3d2a8fe9f</w:t>
      </w:r>
    </w:p>
    <w:p>
      <w:pPr>
        <w:pStyle w:val="Heading2"/>
      </w:pPr>
      <w:r>
        <w:t>[S03] Rundfunkalarm-Gutachten: ergänzte gerichtliche Fassung</w:t>
      </w:r>
    </w:p>
    <w:p>
      <w:r>
        <w:t>Datum / Stand: 13.09.2026</w:t>
      </w:r>
    </w:p>
    <w:p>
      <w:r>
        <w:t>Externe Vergleichsbefunde 2025, unterschiedliche Zähllogik und positiver ZDF-Kontrollfall; insbesondere Abschn. F VI-VIII, H sowie Q8-Q13.</w:t>
      </w:r>
    </w:p>
    <w:p>
      <w:r>
        <w:t>Quellenstatus: 37 Seiten. Berichte von FAZ/Übermedien und rbb nicht allein durch diese Zusammenfassung unabhängig verifiziert.</w:t>
      </w:r>
    </w:p>
    <w:p>
      <w:r>
        <w:t>Bereitgestellte Library-Datei: Gutachten_Rundfunkalarm_Programmbeschwerden_gerichtsfassung_2026-09-13.docx</w:t>
      </w:r>
    </w:p>
    <w:p>
      <w:pPr>
        <w:spacing w:line="240" w:lineRule="auto"/>
      </w:pPr>
      <w:r>
        <w:rPr>
          <w:sz w:val="18"/>
        </w:rPr>
        <w:t>SHA-256: 5e7f4a5d009600bec17776df020895f1cd414ec0a50da2dad7913129d9cc27f1</w:t>
      </w:r>
    </w:p>
    <w:p>
      <w:pPr>
        <w:pStyle w:val="Heading2"/>
      </w:pPr>
      <w:r>
        <w:t>[S04] Kurzgutachten zur gerichtlichen Kontrolle des gesetzlichen Funktionsauftrags</w:t>
      </w:r>
    </w:p>
    <w:p>
      <w:r>
        <w:t>Datum / Stand: 16.07.2026</w:t>
      </w:r>
    </w:p>
    <w:p>
      <w:r>
        <w:t>Institutioneller Lebenssachverhalt, Methodenoffenheit, Informationsasymmetrie und prozessuale Mitwirkung.</w:t>
      </w:r>
    </w:p>
    <w:p>
      <w:r>
        <w:t>Quellenstatus: 18 Seiten. Übertragung von VI ZR 335/24 in Abschnitt 4 der Neufassung ausdrücklich begrenzt.</w:t>
      </w:r>
    </w:p>
    <w:p>
      <w:r>
        <w:t>Bereitgestelltes Original: 2026_07_16 Kurz-Gutachten.docx</w:t>
      </w:r>
    </w:p>
    <w:p>
      <w:pPr>
        <w:spacing w:line="240" w:lineRule="auto"/>
      </w:pPr>
      <w:r>
        <w:rPr>
          <w:sz w:val="18"/>
        </w:rPr>
        <w:t>SHA-256: a24dfc54ca5ae5419aa6fd8f2bf2fc6231377151948f38d9b8c4400be64deff7</w:t>
      </w:r>
    </w:p>
    <w:p>
      <w:pPr>
        <w:pStyle w:val="Heading2"/>
      </w:pPr>
      <w:r>
        <w:t>[S05] Wissenschaftliche Grundlagenuntersuchung: Erkenntnis als Voraussetzung des Beweises</w:t>
      </w:r>
    </w:p>
    <w:p>
      <w:r>
        <w:t>Datum / Stand: 16.07.2026</w:t>
      </w:r>
    </w:p>
    <w:p>
      <w:r>
        <w:t>Begriffe des institutionellen Lebenssachverhalts, der digitalen Erkenntnisordnung und funktionalen Kohärenz.</w:t>
      </w:r>
    </w:p>
    <w:p>
      <w:r>
        <w:t>Quellenstatus: 206 Seiten. Theoretische Herleitung; keine zusätzliche empirische Gesamtprogrammerhebung.</w:t>
      </w:r>
    </w:p>
    <w:p>
      <w:r>
        <w:t>Bereitgestelltes Original: 2026_07_16_Wissenschaftliche_Grundlagenuntersuchung_Rundfunkbeitrag.docx</w:t>
      </w:r>
    </w:p>
    <w:p>
      <w:pPr>
        <w:spacing w:line="240" w:lineRule="auto"/>
      </w:pPr>
      <w:r>
        <w:rPr>
          <w:sz w:val="18"/>
        </w:rPr>
        <w:t>SHA-256: fedeaae0e07d481fe4d2022be0bfd5424023a2427b4b74de2a009d4eee4f7393</w:t>
      </w:r>
    </w:p>
    <w:p>
      <w:pPr>
        <w:pStyle w:val="Heading2"/>
      </w:pPr>
      <w:r>
        <w:t>[S06] Prof. Dr. Werner Müller: Gutachterliche Stellungnahme zur Berücksichtigung maßnahmenkritischer Einschätzungen</w:t>
      </w:r>
    </w:p>
    <w:p>
      <w:r>
        <w:t>Datum / Stand: 03.03.2026</w:t>
      </w:r>
    </w:p>
    <w:p>
      <w:r>
        <w:t>Tagesschau 20 Uhr, 01.01.-31.08.2020. PDF-S. 4, 6-10; Dokumentation ab S. 27; abweichende Zusammenfassungszahl 34 Prozent wird offengelegt.</w:t>
      </w:r>
    </w:p>
    <w:p>
      <w:r>
        <w:t>Quellenstatus: 134 Seiten. Kategorienzahlen nachgerechnet; Videos nicht neu vollständig kodiert.</w:t>
      </w:r>
    </w:p>
    <w:p>
      <w:r>
        <w:t>Bereitgestelltes Original: Gutachterliche Stellungnahme.pdf</w:t>
      </w:r>
    </w:p>
    <w:p>
      <w:pPr>
        <w:spacing w:line="240" w:lineRule="auto"/>
      </w:pPr>
      <w:r>
        <w:rPr>
          <w:sz w:val="18"/>
        </w:rPr>
        <w:t>SHA-256: 987aa9763fdb37bc16939d3ab74e8ebba2c5e54f85036b2d7c56c98a45520203</w:t>
      </w:r>
    </w:p>
    <w:p>
      <w:pPr>
        <w:pStyle w:val="Heading2"/>
      </w:pPr>
      <w:r>
        <w:t>[S07] Glashaus Technologies gGmbH i.G.: ARD-Tagesthemen Meinung - Whitepaper</w:t>
      </w:r>
    </w:p>
    <w:p>
      <w:r>
        <w:t>Datum / Stand: 25.06.2026</w:t>
      </w:r>
    </w:p>
    <w:p>
      <w:r>
        <w:t>Kommentarsegmente 26.04.2010-13.11.2025; 2.911 Segmente aus 5.597 Folgen. Methodik, Themenverteilung und Grenzen; S. 1-2, 6-15.</w:t>
      </w:r>
    </w:p>
    <w:p>
      <w:r>
        <w:t>Quellenstatus: 37 Seiten. Keine unabhängige externe Validierung der Bewertungswerte behauptet.</w:t>
      </w:r>
    </w:p>
    <w:p>
      <w:r>
        <w:t>Bereitgestelltes Original: Whitepaper Glashaus.pdf</w:t>
      </w:r>
    </w:p>
    <w:p>
      <w:pPr>
        <w:spacing w:line="240" w:lineRule="auto"/>
      </w:pPr>
      <w:r>
        <w:rPr>
          <w:sz w:val="18"/>
        </w:rPr>
        <w:t>SHA-256: cbc48ba6f8d3bef2e5a8bff783b6cb2e7b15f59ce90581da502bed2bda08c10a</w:t>
      </w:r>
    </w:p>
    <w:p>
      <w:pPr>
        <w:pStyle w:val="Heading2"/>
      </w:pPr>
      <w:r>
        <w:t>[S08] Gesamtgutachten: Einbindung von O-Tönen mit Parteizuordnung in vier Nachrichtensendungen</w:t>
      </w:r>
    </w:p>
    <w:p>
      <w:r>
        <w:t>Datum / Stand: Dokumentstand 16.09.2026</w:t>
      </w:r>
    </w:p>
    <w:p>
      <w:r>
        <w:t>Technische OCR-/Korpusanalyse; Zählobjekte, Verfahren, vier unterschiedlich große Korpora, S. 3-17.</w:t>
      </w:r>
    </w:p>
    <w:p>
      <w:r>
        <w:t>Quellenstatus: 17 Seiten. Rohdateipaket aus dem bezeichneten Drive-Ordner nicht vorliegend. HR-Zeitraum bis 17.09.2026 trotz Datierung 16.09.2026 ist offengelegt.</w:t>
      </w:r>
    </w:p>
    <w:p>
      <w:r>
        <w:t>Bereitgestelltes Original: Gutachten.pdf / bytegleiche Gutachten[1].pdf</w:t>
      </w:r>
    </w:p>
    <w:p>
      <w:pPr>
        <w:spacing w:line="240" w:lineRule="auto"/>
      </w:pPr>
      <w:r>
        <w:rPr>
          <w:sz w:val="18"/>
        </w:rPr>
        <w:t>SHA-256: 3e095044e0444adb08efb6fc3109b31f01c00fde80198883c0c887dc446f8065</w:t>
      </w:r>
    </w:p>
    <w:p>
      <w:pPr>
        <w:pStyle w:val="Heading2"/>
      </w:pPr>
      <w:r>
        <w:t>[S09] Rechtsanwalt Wilfried Schmitz: Medienkritik</w:t>
      </w:r>
    </w:p>
    <w:p>
      <w:r>
        <w:t>Datum / Stand: Titelangabe 2025; Text enthält Vorgänge aus 2026</w:t>
      </w:r>
    </w:p>
    <w:p>
      <w:r>
        <w:t>Sekundärdarstellung insbesondere des OVG-Beschlusses 7 A 10424/25.OVG, Kapitel D, PDF-S. 141-152.</w:t>
      </w:r>
    </w:p>
    <w:p>
      <w:r>
        <w:t>Quellenstatus: Keine allgemeine Übernahme der politischen oder medizinischen Wertungen. OVG-Original in dieser Bearbeitung nicht verfügbar.</w:t>
      </w:r>
    </w:p>
    <w:p>
      <w:r>
        <w:t>Bereitgestelltes Original: Medienkritik.pdf</w:t>
      </w:r>
    </w:p>
    <w:p>
      <w:pPr>
        <w:spacing w:line="240" w:lineRule="auto"/>
      </w:pPr>
      <w:r>
        <w:rPr>
          <w:sz w:val="18"/>
        </w:rPr>
        <w:t>SHA-256: 2cd52269a3735e9798e54249d8f2367ee9c3585c14e4d14cc3289975d277c0d4</w:t>
      </w:r>
    </w:p>
    <w:p>
      <w:pPr>
        <w:pStyle w:val="Heading2"/>
      </w:pPr>
      <w:r>
        <w:t>[S10] Dr. Jürgen Jeitner: Analyse der Berichterstattung des öffentlich-rechtlichen Rundfunks</w:t>
      </w:r>
    </w:p>
    <w:p>
      <w:r>
        <w:t>Datum / Stand: 12.04.2025</w:t>
      </w:r>
    </w:p>
    <w:p>
      <w:r>
        <w:t>42 Seiten; konkrete Vergleichsansätze S. 6-10; methodische Selbstbeschreibung S. 34; differenzierende Abschnitte S. 31-33.</w:t>
      </w:r>
    </w:p>
    <w:p>
      <w:r>
        <w:t>Quellenstatus: Originaltext gesichtet. Unaufgelöste Web-IDs und nur angenommene Sendungsbefunde werden nicht als unabhängig verifizierte Tatsachen verwendet.</w:t>
      </w:r>
    </w:p>
    <w:p>
      <w:r>
        <w:t>Wiedergefundenes bereitgestelltes Original: 30 KI Analyse 2025_04_12-Nachtrag.Analyse der OERR Berichterstattung.Jeitner.pdf</w:t>
      </w:r>
    </w:p>
    <w:p>
      <w:pPr>
        <w:spacing w:line="240" w:lineRule="auto"/>
      </w:pPr>
      <w:r>
        <w:rPr>
          <w:sz w:val="18"/>
        </w:rPr>
        <w:t>SHA-256: 1c035bfb7ea9565585162a9dcd1c76fb448dd49bf844dc9042665ff0748e2b12</w:t>
      </w:r>
    </w:p>
    <w:p>
      <w:pPr>
        <w:pStyle w:val="Heading2"/>
      </w:pPr>
      <w:r>
        <w:t>[D01] Rundfunkalarm-CSV-Originalexport</w:t>
      </w:r>
    </w:p>
    <w:p>
      <w:r>
        <w:t>Datum / Stand: Dateistand 22.06.2026</w:t>
      </w:r>
    </w:p>
    <w:p>
      <w:r>
        <w:t>4.086 Datensätze; 17 Felder; Beschwerdedaten 13.06.2024-19.06.2026.</w:t>
      </w:r>
    </w:p>
    <w:p>
      <w:r>
        <w:t>Quellenstatus: Originaldatei technisch gelesen; SHA-256 abgeglichen. Enthält Freitexte und Ortsdaten; keine ungeprüfte öffentliche Weitergabe.</w:t>
      </w:r>
    </w:p>
    <w:p>
      <w:r>
        <w:t>rundfunkalarm_beschwerden_2026-06-22 (1).csv</w:t>
      </w:r>
    </w:p>
    <w:p>
      <w:pPr>
        <w:spacing w:line="240" w:lineRule="auto"/>
      </w:pPr>
      <w:r>
        <w:rPr>
          <w:sz w:val="18"/>
        </w:rPr>
        <w:t>SHA-256: b06ec9a54325bd4221b0869f9b9e34b0fcd1f36fc7e1a469d6e9455fc3a5854b</w:t>
      </w:r>
    </w:p>
    <w:p>
      <w:pPr>
        <w:pStyle w:val="Heading2"/>
      </w:pPr>
      <w:r>
        <w:t>[D02] Sendungsbezogene Auswahl F01-F03 aus dem Rundfunkalarm-Export</w:t>
      </w:r>
    </w:p>
    <w:p>
      <w:r>
        <w:t>Datum / Stand: 04.10.2026</w:t>
      </w:r>
    </w:p>
    <w:p>
      <w:r>
        <w:t>Deterministische Auswahlregeln und 31 Beschwerde-IDs in drei gezielt ausgewählten Gruppen; keine Zufallsstichprobe.</w:t>
      </w:r>
    </w:p>
    <w:p>
      <w:r>
        <w:t>Quellenstatus: Eigene technische Ableitung aus D01. Kein Zustellnachweis und keine vollständige Inhaltsprüfung.</w:t>
      </w:r>
    </w:p>
    <w:p>
      <w:r>
        <w:t>08_Daten/fallgruppen_v5.csv und auswertung_v5.json</w:t>
      </w:r>
    </w:p>
    <w:p>
      <w:pPr>
        <w:pStyle w:val="Heading2"/>
      </w:pPr>
      <w:r>
        <w:t>[D03] Technisches Nachrechnungsprotokoll der Neufassung</w:t>
      </w:r>
    </w:p>
    <w:p>
      <w:r>
        <w:t>Datum / Stand: 04.10.2026</w:t>
      </w:r>
    </w:p>
    <w:p>
      <w:r>
        <w:t>Gesamtzahlen, Medien, Sender, Monate, Datumsfelder und exakte Textgleichheit.</w:t>
      </w:r>
    </w:p>
    <w:p>
      <w:r>
        <w:t>Quellenstatus: Tatsächlich durchgeführt; rechnerische Reproduzierbarkeit, nicht juristische oder wissenschaftliche Vollvalidierung.</w:t>
      </w:r>
    </w:p>
    <w:p>
      <w:r>
        <w:t>05_Nachweise/B02_Technische_Nachrechnung.docx; 08_Daten/analyse_csv.py</w:t>
      </w:r>
    </w:p>
    <w:p>
      <w:pPr>
        <w:pStyle w:val="Heading2"/>
      </w:pPr>
      <w:r>
        <w:t>[E10] Marcus Maurer, Jörg Haßler, Pablo Jost: Die Qualität der Medienberichterstattung über Russlands Krieg gegen die Ukraine</w:t>
      </w:r>
    </w:p>
    <w:p>
      <w:r>
        <w:t>Datum / Stand: 05.10.2023</w:t>
      </w:r>
    </w:p>
    <w:p>
      <w:r>
        <w:t>Ukraine-Analysen 289, S. 4-11; 4.292 Beiträge, 24.02.-31.05.2022. DOI 10.31205/UA.289.01.</w:t>
      </w:r>
    </w:p>
    <w:p>
      <w:r>
        <w:t>Quellenstatus: Originalartikel und Ausgabe-PDF online gelesen, ausgewählte Abbildungen visuell geprüft. Kein voller Rohdatenbestand.</w:t>
      </w:r>
    </w:p>
    <w:p>
      <w:r>
        <w:t xml:space="preserve">Originalfundstelle: </w:t>
      </w:r>
      <w:hyperlink r:id="rId22">
        <w:r>
          <w:rPr>
            <w:color w:val="214E78"/>
            <w:u w:val="single"/>
          </w:rPr>
          <w:t>laender-analysen.de - E10</w:t>
        </w:r>
      </w:hyperlink>
    </w:p>
    <w:p>
      <w:pPr>
        <w:pStyle w:val="Heading2"/>
      </w:pPr>
      <w:r>
        <w:t>[E20] ZDF-Fernsehrat: Mehrfachbeschwerdeverfahren</w:t>
      </w:r>
    </w:p>
    <w:p>
      <w:r>
        <w:t>Datum / Stand: Abruf 04.10.2026</w:t>
      </w:r>
    </w:p>
    <w:p>
      <w:r>
        <w:t>Verfahrensverzeichnis insbesondere zu heute journal 15.02.2026 und Schlagabtausch 06.02.2025.</w:t>
      </w:r>
    </w:p>
    <w:p>
      <w:r>
        <w:t>Quellenstatus: Verzeichnis erschlossen. Der Eintrag allein belegt nicht die Gleichheit einer Plattformeingabe mit der jeweiligen Leitbeschwerde.</w:t>
      </w:r>
    </w:p>
    <w:p>
      <w:r>
        <w:t xml:space="preserve">Originalfundstelle: </w:t>
      </w:r>
      <w:hyperlink r:id="rId23">
        <w:r>
          <w:rPr>
            <w:color w:val="214E78"/>
            <w:u w:val="single"/>
          </w:rPr>
          <w:t>www.zdf.de - E20</w:t>
        </w:r>
      </w:hyperlink>
    </w:p>
    <w:p>
      <w:pPr>
        <w:pStyle w:val="Heading2"/>
      </w:pPr>
      <w:r>
        <w:t>[E21] ZDF-Fernsehrat: Mitteilung über den Ausgang des Verfahrens - heute journal 15.02.2026</w:t>
      </w:r>
    </w:p>
    <w:p>
      <w:r>
        <w:t>Datum / Stand: 19.06.2026</w:t>
      </w:r>
    </w:p>
    <w:p>
      <w:r>
        <w:t>Zweiseitige Ergebnisquelle: fehlerhafte Bildverwendung, Korrektur, Entschuldigung, weitere Abhilfe, Erledigung wegen bereits wirksamer Abhilfe.</w:t>
      </w:r>
    </w:p>
    <w:p>
      <w:r>
        <w:t>Quellenstatus: Original online gelesen. Nicht lokal als Original-PDF heruntergeladen; kein individueller Eingang oder Kausalnachweis für alle D02-Eingaben.</w:t>
      </w:r>
    </w:p>
    <w:p>
      <w:r>
        <w:t xml:space="preserve">Originalfundstelle: </w:t>
      </w:r>
      <w:hyperlink r:id="rId24">
        <w:r>
          <w:rPr>
            <w:color w:val="214E78"/>
            <w:u w:val="single"/>
          </w:rPr>
          <w:t>www.zdf.de - E21</w:t>
        </w:r>
      </w:hyperlink>
    </w:p>
    <w:p>
      <w:pPr>
        <w:pStyle w:val="Heading2"/>
      </w:pPr>
      <w:r>
        <w:t>[E27] ARD: Archivzugang für Wissenschaft und Forschung</w:t>
      </w:r>
    </w:p>
    <w:p>
      <w:r>
        <w:t>Datum / Stand: Abruf 04.10.2026</w:t>
      </w:r>
    </w:p>
    <w:p>
      <w:r>
        <w:t>Dezentrale Archivzugänge als tatsächliche Beschaffungsalternative; Bedingungen und Bestandslücken getrennt erfassen.</w:t>
      </w:r>
    </w:p>
    <w:p>
      <w:r>
        <w:t>Quellenstatus: Offizielle Informationsseite gelesen. Kein Nachweis, dass jeder gewünschte Bestand in jedem Fall bereitgestellt wird.</w:t>
      </w:r>
    </w:p>
    <w:p>
      <w:r>
        <w:t xml:space="preserve">Originalfundstelle: </w:t>
      </w:r>
      <w:hyperlink r:id="rId25">
        <w:r>
          <w:rPr>
            <w:color w:val="214E78"/>
            <w:u w:val="single"/>
          </w:rPr>
          <w:t>www.ard.de - E27</w:t>
        </w:r>
      </w:hyperlink>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Projekt 51 | Gesamtfassung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verwg.de/151025U6C5.24.0" TargetMode="External"/><Relationship Id="rId12" Type="http://schemas.openxmlformats.org/officeDocument/2006/relationships/hyperlink" Target="https://www.gesetze-im-internet.de/vwgo/BJNR000170960.html" TargetMode="External"/><Relationship Id="rId13" Type="http://schemas.openxmlformats.org/officeDocument/2006/relationships/hyperlink" Target="https://verwaltungsgerichtshof-baden-wuerttemberg.justiz-bw.de/pb/site/pbs-bw-rebrush-jum/get/documents_E-1983769261/jum1/JuM/VGH/Presse/Entscheidungen/2s2529.25u.pdf" TargetMode="External"/><Relationship Id="rId14" Type="http://schemas.openxmlformats.org/officeDocument/2006/relationships/hyperlink" Target="https://www.bundesverfassungsgericht.de/SharedDocs/Entscheidungen/DE/2023/06/rk20230620_2bvr116720.html" TargetMode="External"/><Relationship Id="rId15" Type="http://schemas.openxmlformats.org/officeDocument/2006/relationships/hyperlink" Target="https://olgko.justiz.rlp.de/presse-aktuelles/detail/terminsankuendigung" TargetMode="External"/><Relationship Id="rId16" Type="http://schemas.openxmlformats.org/officeDocument/2006/relationships/hyperlink" Target="https://www.bverwg.de/150125B2B36.24.0" TargetMode="External"/><Relationship Id="rId17" Type="http://schemas.openxmlformats.org/officeDocument/2006/relationships/hyperlink" Target="https://www.gesetze-im-internet.de/gg/" TargetMode="External"/><Relationship Id="rId18" Type="http://schemas.openxmlformats.org/officeDocument/2006/relationships/hyperlink" Target="https://www.gesetze-im-internet.de/gkg_2004/__52.html" TargetMode="External"/><Relationship Id="rId19" Type="http://schemas.openxmlformats.org/officeDocument/2006/relationships/hyperlink" Target="https://ssl.bverwg.de/de/080824B9B8.24.0" TargetMode="External"/><Relationship Id="rId20" Type="http://schemas.openxmlformats.org/officeDocument/2006/relationships/hyperlink" Target="https://www.bverwg.de/de/260707B6B25.07.0" TargetMode="External"/><Relationship Id="rId21" Type="http://schemas.openxmlformats.org/officeDocument/2006/relationships/hyperlink" Target="https://www.bverwg.de/160415U4CN2.14.0" TargetMode="External"/><Relationship Id="rId22" Type="http://schemas.openxmlformats.org/officeDocument/2006/relationships/hyperlink" Target="https://laender-analysen.de/ukraine-analysen/289/die-qualitaet-der-medienberichterstattung-ueber-russlands-krieg-gegen-die-ukraine/" TargetMode="External"/><Relationship Id="rId23" Type="http://schemas.openxmlformats.org/officeDocument/2006/relationships/hyperlink" Target="https://www.zdf.de/unternehmen/organisation/gremien/fernsehrat/eingabe-mehrfachbeschwerdeverfahren-100.html" TargetMode="External"/><Relationship Id="rId24" Type="http://schemas.openxmlformats.org/officeDocument/2006/relationships/hyperlink" Target="https://www.zdf.de/assets/mehrfachbeschwerde-programmbeschwerde-heute-journal-100~original?cb=1790928257034" TargetMode="External"/><Relationship Id="rId25" Type="http://schemas.openxmlformats.org/officeDocument/2006/relationships/hyperlink" Target="https://www.ard.de/die-ard/presse-kontakt/archive/archivzugang-fuer-wissenschaft-und-forschung-1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51 | Gesamtfassung</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