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Klage gegen Rundfunkbeitragsbescheide</w:t>
      </w:r>
    </w:p>
    <w:p>
      <w:pPr>
        <w:pStyle w:val="Subtitle"/>
      </w:pPr>
      <w:r>
        <w:t>Modularer Schriftsatz mit vier Begründungsabschnitten</w:t>
      </w:r>
    </w:p>
    <w:p>
      <w:r>
        <w:t>An das Verwaltungsgericht [zuständiges Gericht]</w:t>
        <w:br/>
        <w:t>[Gerichtsanschrift]</w:t>
      </w:r>
    </w:p>
    <w:p>
      <w:r>
        <w:t>Klägerseite: [vollständiger Name und ladungsfähige Anschrift]</w:t>
        <w:br/>
        <w:t>Beklagte: [genaue rechtsfähige Rundfunkanstalt und Vertretung]</w:t>
        <w:br/>
        <w:t>Aktenzeichen: [soweit bereits vergeben]</w:t>
      </w:r>
    </w:p>
    <w:p>
      <w:pPr>
        <w:pStyle w:val="Heading2"/>
      </w:pPr>
      <w:r>
        <w:t>Gegenstand</w:t>
      </w:r>
    </w:p>
    <w:p>
      <w:r>
        <w:t>Anfechtung der in K01 einzeln bezeichneten Festsetzungsbescheide in Gestalt des zugehörigen Widerspruchsbescheids. Die Bescheidliste legt den Streitgegenstand abschließend fest. Diese Fassung enthält keinen automatischen zusätzlichen allgemeinen Feststellungsantrag.</w:t>
      </w:r>
    </w:p>
    <w:p>
      <w:pPr>
        <w:pStyle w:val="Heading2"/>
      </w:pPr>
      <w:r>
        <w:t>Bestandteile</w:t>
      </w:r>
    </w:p>
    <w:p>
      <w:r>
        <w:t>Deckblatt; Inhaltsverzeichnis; Abschnitt 1 zur individuellen Streitlage; Abschnitt 2 zu Programmbefunden; Abschnitt 3 zu Beschwerde- und Kontrollvorgängen; Abschnitt 4 zu Erkenntniszugang und Beweisführung; gesondertes Antrags- und Unterschriftsblatt.</w:t>
      </w:r>
    </w:p>
    <w:p>
      <w:r>
        <w:t>Fassungsstand: V5, 04.10.2026. Vor Einreichung sind die persönlichen Felder aus der Originalakte zu füllen, der konkrete Anlagenbestand festzulegen und die zutreffende Klageart sowie Zuständigkeit zu prüfen. Unausgefüllte Varianten sind nicht einzureichen.</w:t>
      </w:r>
    </w:p>
    <w:p>
      <w:r>
        <w:br w:type="page"/>
      </w:r>
    </w:p>
    <w:p>
      <w:pPr>
        <w:pStyle w:val="Title"/>
      </w:pPr>
      <w:r>
        <w:t>Inhaltsverzeichnis</w:t>
      </w:r>
    </w:p>
    <w:p>
      <w:r>
        <w:t>Die Gliederungsziffern sind feste Fundstellen der modularen Fassung. Die Seitenzahlen der Gesamtfassung können sich nach Individualisierung verschieben. Quellenkürzel werden im Nachweisregister B01 aufgelöst.</w:t>
      </w:r>
    </w:p>
    <w:p>
      <w:pPr>
        <w:pStyle w:val="Heading2"/>
      </w:pPr>
      <w:r>
        <w:t>Abschnitt 1 - Individueller Bescheidstreit, Tatsachenkern und rechtlicher Prüfungsmaßstab</w:t>
      </w:r>
    </w:p>
    <w:p>
      <w:pPr>
        <w:spacing w:after="40" w:line="245" w:lineRule="auto"/>
      </w:pPr>
      <w:r>
        <w:rPr>
          <w:sz w:val="21"/>
        </w:rPr>
        <w:t>1.1 Gegenstand des Begehrens und Reichweite dieses Schriftsatzes</w:t>
      </w:r>
    </w:p>
    <w:p>
      <w:pPr>
        <w:spacing w:after="40" w:line="245" w:lineRule="auto"/>
      </w:pPr>
      <w:r>
        <w:rPr>
          <w:sz w:val="21"/>
        </w:rPr>
        <w:t>1.2 Individualdaten: ein zentraler Fallbogen statt offener Begründungsbausteine</w:t>
      </w:r>
    </w:p>
    <w:p>
      <w:pPr>
        <w:spacing w:after="40" w:line="245" w:lineRule="auto"/>
      </w:pPr>
      <w:r>
        <w:rPr>
          <w:sz w:val="21"/>
        </w:rPr>
        <w:t>1.3 Verfahrensart, Beteiligte und fristwahrende Erhebung</w:t>
      </w:r>
    </w:p>
    <w:p>
      <w:pPr>
        <w:spacing w:after="40" w:line="245" w:lineRule="auto"/>
      </w:pPr>
      <w:r>
        <w:rPr>
          <w:sz w:val="21"/>
        </w:rPr>
        <w:t>1.4 Die entscheidungserheblichen Tatsachen sind bereits benannt</w:t>
      </w:r>
    </w:p>
    <w:p>
      <w:pPr>
        <w:spacing w:after="40" w:line="245" w:lineRule="auto"/>
      </w:pPr>
      <w:r>
        <w:rPr>
          <w:sz w:val="21"/>
        </w:rPr>
        <w:t>1.5 Zeitliche Zuordnung ist Teil der Begründung, nicht eine Formalie</w:t>
      </w:r>
    </w:p>
    <w:p>
      <w:pPr>
        <w:spacing w:after="40" w:line="245" w:lineRule="auto"/>
      </w:pPr>
      <w:r>
        <w:rPr>
          <w:sz w:val="21"/>
        </w:rPr>
        <w:t>1.6 Einfachgesetzliche Beitragspflicht und verfassungsrechtlicher Vorteil</w:t>
      </w:r>
    </w:p>
    <w:p>
      <w:pPr>
        <w:spacing w:after="40" w:line="245" w:lineRule="auto"/>
      </w:pPr>
      <w:r>
        <w:rPr>
          <w:sz w:val="21"/>
        </w:rPr>
        <w:t>1.7 Was sich aus der Entscheidung von 2018 ergibt</w:t>
      </w:r>
    </w:p>
    <w:p>
      <w:pPr>
        <w:spacing w:after="40" w:line="245" w:lineRule="auto"/>
      </w:pPr>
      <w:r>
        <w:rPr>
          <w:sz w:val="21"/>
        </w:rPr>
        <w:t>1.8 Hohe materielle Schwelle und konkrete Eingangssubstantiierung</w:t>
      </w:r>
    </w:p>
    <w:p>
      <w:pPr>
        <w:spacing w:after="40" w:line="245" w:lineRule="auto"/>
      </w:pPr>
      <w:r>
        <w:rPr>
          <w:sz w:val="21"/>
        </w:rPr>
        <w:t>1.9 Gesamtangebot: nicht nur Nachrichten, nicht beliebig addierbare Minuten</w:t>
      </w:r>
    </w:p>
    <w:p>
      <w:pPr>
        <w:spacing w:after="40" w:line="245" w:lineRule="auto"/>
      </w:pPr>
      <w:r>
        <w:rPr>
          <w:sz w:val="21"/>
        </w:rPr>
        <w:t>1.10 Programmfreiheit und kontrollierbare Mindestanforderung</w:t>
      </w:r>
    </w:p>
    <w:p>
      <w:pPr>
        <w:spacing w:after="40" w:line="245" w:lineRule="auto"/>
      </w:pPr>
      <w:r>
        <w:rPr>
          <w:sz w:val="21"/>
        </w:rPr>
        <w:t>1.11 Warum die Aufsichtsgremien die gerichtliche Prüfung nicht ersetzen</w:t>
      </w:r>
    </w:p>
    <w:p>
      <w:pPr>
        <w:spacing w:after="40" w:line="245" w:lineRule="auto"/>
      </w:pPr>
      <w:r>
        <w:rPr>
          <w:sz w:val="21"/>
        </w:rPr>
        <w:t>1.12 Die bisherige Abweisungslinie wird sachbezogen beantwortet</w:t>
      </w:r>
    </w:p>
    <w:p>
      <w:pPr>
        <w:spacing w:after="40" w:line="245" w:lineRule="auto"/>
      </w:pPr>
      <w:r>
        <w:rPr>
          <w:sz w:val="21"/>
        </w:rPr>
        <w:t>1.13 Wirtschaftliche Zumutbarkeit: der VGH-Einwand in seiner wirklichen Reichweite</w:t>
      </w:r>
    </w:p>
    <w:p>
      <w:pPr>
        <w:spacing w:after="40" w:line="245" w:lineRule="auto"/>
      </w:pPr>
      <w:r>
        <w:rPr>
          <w:sz w:val="21"/>
        </w:rPr>
        <w:t>1.14 Die tatsächliche Bedeutung der Erkenntnisasymmetrie</w:t>
      </w:r>
    </w:p>
    <w:p>
      <w:pPr>
        <w:spacing w:after="40" w:line="245" w:lineRule="auto"/>
      </w:pPr>
      <w:r>
        <w:rPr>
          <w:sz w:val="21"/>
        </w:rPr>
        <w:t>1.15 Kosten, Selbstständigkeit der Anträge und Entscheidungsreife</w:t>
      </w:r>
    </w:p>
    <w:p>
      <w:pPr>
        <w:spacing w:after="40" w:line="245" w:lineRule="auto"/>
      </w:pPr>
      <w:r>
        <w:rPr>
          <w:sz w:val="21"/>
        </w:rPr>
        <w:t>1.16 Ergebnis und Übergang zur Sachaufklärung</w:t>
      </w:r>
    </w:p>
    <w:p>
      <w:pPr>
        <w:pStyle w:val="Heading2"/>
      </w:pPr>
      <w:r>
        <w:t>Abschnitt 2 - Programmbezogene Befunde und ihre wissenschaftliche Einordnung</w:t>
      </w:r>
    </w:p>
    <w:p>
      <w:pPr>
        <w:spacing w:after="40" w:line="245" w:lineRule="auto"/>
      </w:pPr>
      <w:r>
        <w:rPr>
          <w:sz w:val="21"/>
        </w:rPr>
        <w:t>2.1 Vier unterschiedliche Gegenstände, die nicht verwechselt werden dürfen</w:t>
      </w:r>
    </w:p>
    <w:p>
      <w:pPr>
        <w:spacing w:after="40" w:line="245" w:lineRule="auto"/>
      </w:pPr>
      <w:r>
        <w:rPr>
          <w:sz w:val="21"/>
        </w:rPr>
        <w:t>2.2 Übersicht der tatsächlich erschlossenen Untersuchungsbestände</w:t>
      </w:r>
    </w:p>
    <w:p>
      <w:pPr>
        <w:spacing w:after="40" w:line="245" w:lineRule="auto"/>
      </w:pPr>
      <w:r>
        <w:rPr>
          <w:sz w:val="21"/>
        </w:rPr>
        <w:t>2.3 Müller: Untersuchungsrahmen und vollständig bezeichnete Zählgrundlage</w:t>
      </w:r>
    </w:p>
    <w:p>
      <w:pPr>
        <w:spacing w:after="40" w:line="245" w:lineRule="auto"/>
      </w:pPr>
      <w:r>
        <w:rPr>
          <w:sz w:val="21"/>
        </w:rPr>
        <w:t>2.4 Müller: konkrete positive Befunde und ihre begrenzte Übernahme</w:t>
      </w:r>
    </w:p>
    <w:p>
      <w:pPr>
        <w:spacing w:after="40" w:line="245" w:lineRule="auto"/>
      </w:pPr>
      <w:r>
        <w:rPr>
          <w:sz w:val="21"/>
        </w:rPr>
        <w:t>2.5 Glashaus: langjähriger Korpus statt einzelner Kommentar</w:t>
      </w:r>
    </w:p>
    <w:p>
      <w:pPr>
        <w:spacing w:after="40" w:line="245" w:lineRule="auto"/>
      </w:pPr>
      <w:r>
        <w:rPr>
          <w:sz w:val="21"/>
        </w:rPr>
        <w:t>2.6 Glashaus: Messverfahren, berichtetes Ergebnis und gerichtliche Bedeutung</w:t>
      </w:r>
    </w:p>
    <w:p>
      <w:pPr>
        <w:spacing w:after="40" w:line="245" w:lineRule="auto"/>
      </w:pPr>
      <w:r>
        <w:rPr>
          <w:sz w:val="21"/>
        </w:rPr>
        <w:t>2.7 Glashaus: bereits enthaltene Kontrollen und noch nicht nachgewiesene Validierung</w:t>
      </w:r>
    </w:p>
    <w:p>
      <w:pPr>
        <w:spacing w:after="40" w:line="245" w:lineRule="auto"/>
      </w:pPr>
      <w:r>
        <w:rPr>
          <w:sz w:val="21"/>
        </w:rPr>
        <w:t>2.8 O-Ton-Bericht: tatsächliche Korpora und absolute Ergebnisse</w:t>
      </w:r>
    </w:p>
    <w:p>
      <w:pPr>
        <w:spacing w:after="40" w:line="245" w:lineRule="auto"/>
      </w:pPr>
      <w:r>
        <w:rPr>
          <w:sz w:val="21"/>
        </w:rPr>
        <w:t>2.9 O-Ton-Bericht: zwei Erkennungswege und ihre Folgen</w:t>
      </w:r>
    </w:p>
    <w:p>
      <w:pPr>
        <w:spacing w:after="40" w:line="245" w:lineRule="auto"/>
      </w:pPr>
      <w:r>
        <w:rPr>
          <w:sz w:val="21"/>
        </w:rPr>
        <w:t>2.10 O-Ton-Bericht: tatsächliche Archivhinweise und historische Vergleichsgrenzen</w:t>
      </w:r>
    </w:p>
    <w:p>
      <w:pPr>
        <w:spacing w:after="40" w:line="245" w:lineRule="auto"/>
      </w:pPr>
      <w:r>
        <w:rPr>
          <w:sz w:val="21"/>
        </w:rPr>
        <w:t>2.11 Zusätzlich erschlossene Originaluntersuchung zur Ukraine-Berichterstattung</w:t>
      </w:r>
    </w:p>
    <w:p>
      <w:pPr>
        <w:spacing w:after="40" w:line="245" w:lineRule="auto"/>
      </w:pPr>
      <w:r>
        <w:rPr>
          <w:sz w:val="21"/>
        </w:rPr>
        <w:t>2.12 Jeitner: das wiedergefundene Original und die jetzt mögliche genaue Verwendung</w:t>
      </w:r>
    </w:p>
    <w:p>
      <w:pPr>
        <w:spacing w:after="40" w:line="245" w:lineRule="auto"/>
      </w:pPr>
      <w:r>
        <w:rPr>
          <w:sz w:val="21"/>
        </w:rPr>
        <w:t>2.13 Reformdiagnosen, Insiderberichte und noch nicht erschlossene Themenkomplexe</w:t>
      </w:r>
    </w:p>
    <w:p>
      <w:pPr>
        <w:spacing w:after="40" w:line="245" w:lineRule="auto"/>
      </w:pPr>
      <w:r>
        <w:rPr>
          <w:sz w:val="21"/>
        </w:rPr>
        <w:t>2.14 Konkreter Programm- und Kontrollfall: heute journal vom 15. Februar 2026</w:t>
      </w:r>
    </w:p>
    <w:p>
      <w:pPr>
        <w:spacing w:after="40" w:line="245" w:lineRule="auto"/>
      </w:pPr>
      <w:r>
        <w:rPr>
          <w:sz w:val="21"/>
        </w:rPr>
        <w:t>2.15 Zeitliche Zusammenführung ohne Scheingenauigkeit</w:t>
      </w:r>
    </w:p>
    <w:p>
      <w:pPr>
        <w:spacing w:after="40" w:line="245" w:lineRule="auto"/>
      </w:pPr>
      <w:r>
        <w:rPr>
          <w:sz w:val="21"/>
        </w:rPr>
        <w:t>2.16 Gesamtangebot, Ausgleich und die Grenzen einer bloßen Addition</w:t>
      </w:r>
    </w:p>
    <w:p>
      <w:pPr>
        <w:spacing w:after="40" w:line="245" w:lineRule="auto"/>
      </w:pPr>
      <w:r>
        <w:rPr>
          <w:sz w:val="21"/>
        </w:rPr>
        <w:t>2.17 Ausformulierte Indikatoren für die weitere Prüfung</w:t>
      </w:r>
    </w:p>
    <w:p>
      <w:pPr>
        <w:spacing w:after="40" w:line="245" w:lineRule="auto"/>
      </w:pPr>
      <w:r>
        <w:rPr>
          <w:sz w:val="21"/>
        </w:rPr>
        <w:t>2.18 Das positive Ergebnis dieses Abschnitts</w:t>
      </w:r>
    </w:p>
    <w:p>
      <w:pPr>
        <w:pStyle w:val="Heading2"/>
      </w:pPr>
      <w:r>
        <w:t>Abschnitt 3 - Programmbeschwerden, Gremienkontrolle und nachgeprüfte Fallgruppen</w:t>
      </w:r>
    </w:p>
    <w:p>
      <w:pPr>
        <w:spacing w:after="40" w:line="245" w:lineRule="auto"/>
      </w:pPr>
      <w:r>
        <w:rPr>
          <w:sz w:val="21"/>
        </w:rPr>
        <w:t>3.1 Rechtliche Funktion: Kontrollweg, aber kein Ersatz jedes gerichtlichen Rechtsschutzes</w:t>
      </w:r>
    </w:p>
    <w:p>
      <w:pPr>
        <w:spacing w:after="40" w:line="245" w:lineRule="auto"/>
      </w:pPr>
      <w:r>
        <w:rPr>
          <w:sz w:val="21"/>
        </w:rPr>
        <w:t>3.2 Verwendete Originaldatei und tatsächlicher Prüfumfang</w:t>
      </w:r>
    </w:p>
    <w:p>
      <w:pPr>
        <w:spacing w:after="40" w:line="245" w:lineRule="auto"/>
      </w:pPr>
      <w:r>
        <w:rPr>
          <w:sz w:val="21"/>
        </w:rPr>
        <w:t>3.3 Feldbeschreibung: Was der Export enthält und was nicht</w:t>
      </w:r>
    </w:p>
    <w:p>
      <w:pPr>
        <w:spacing w:after="40" w:line="245" w:lineRule="auto"/>
      </w:pPr>
      <w:r>
        <w:rPr>
          <w:sz w:val="21"/>
        </w:rPr>
        <w:t>3.4 Zähleinheiten und die Gefahr der Mehrfachzählung</w:t>
      </w:r>
    </w:p>
    <w:p>
      <w:pPr>
        <w:spacing w:after="40" w:line="245" w:lineRule="auto"/>
      </w:pPr>
      <w:r>
        <w:rPr>
          <w:sz w:val="21"/>
        </w:rPr>
        <w:t>3.5 Abgleich mit den im Gutachten wiedergegebenen Dashboard-Werten</w:t>
      </w:r>
    </w:p>
    <w:p>
      <w:pPr>
        <w:spacing w:after="40" w:line="245" w:lineRule="auto"/>
      </w:pPr>
      <w:r>
        <w:rPr>
          <w:sz w:val="21"/>
        </w:rPr>
        <w:t>3.6 Medien- und Senderverteilung als Grundlage gezielter Teilmengen</w:t>
      </w:r>
    </w:p>
    <w:p>
      <w:pPr>
        <w:spacing w:after="40" w:line="245" w:lineRule="auto"/>
      </w:pPr>
      <w:r>
        <w:rPr>
          <w:sz w:val="21"/>
        </w:rPr>
        <w:t>3.7 Zeitverteilung und Datenqualität</w:t>
      </w:r>
    </w:p>
    <w:p>
      <w:pPr>
        <w:spacing w:after="40" w:line="245" w:lineRule="auto"/>
      </w:pPr>
      <w:r>
        <w:rPr>
          <w:sz w:val="21"/>
        </w:rPr>
        <w:t>3.8 Vorwurfskategorien: Untersuchungsanlass statt bereits festgestellter Verstoß</w:t>
      </w:r>
    </w:p>
    <w:p>
      <w:pPr>
        <w:spacing w:after="40" w:line="245" w:lineRule="auto"/>
      </w:pPr>
      <w:r>
        <w:rPr>
          <w:sz w:val="21"/>
        </w:rPr>
        <w:t>3.9 Ein differenziertes Wirkungsmodell</w:t>
      </w:r>
    </w:p>
    <w:p>
      <w:pPr>
        <w:spacing w:after="40" w:line="245" w:lineRule="auto"/>
      </w:pPr>
      <w:r>
        <w:rPr>
          <w:sz w:val="21"/>
        </w:rPr>
        <w:t>3.10 Fallgruppe F01: heute journal vom 15. Februar 2026</w:t>
      </w:r>
    </w:p>
    <w:p>
      <w:pPr>
        <w:spacing w:after="40" w:line="245" w:lineRule="auto"/>
      </w:pPr>
      <w:r>
        <w:rPr>
          <w:sz w:val="21"/>
        </w:rPr>
        <w:t>3.11 F01: gesicherte Verbindung und offenbleibende Kausalität</w:t>
      </w:r>
    </w:p>
    <w:p>
      <w:pPr>
        <w:spacing w:after="40" w:line="245" w:lineRule="auto"/>
      </w:pPr>
      <w:r>
        <w:rPr>
          <w:sz w:val="21"/>
        </w:rPr>
        <w:t>3.12 Fallgruppe F02: Schlagabtausch vom 6. Februar 2025</w:t>
      </w:r>
    </w:p>
    <w:p>
      <w:pPr>
        <w:spacing w:after="40" w:line="245" w:lineRule="auto"/>
      </w:pPr>
      <w:r>
        <w:rPr>
          <w:sz w:val="21"/>
        </w:rPr>
        <w:t>3.13 Fallgruppe F03: Nuhr im Ersten vom 29. Mai 2025</w:t>
      </w:r>
    </w:p>
    <w:p>
      <w:pPr>
        <w:spacing w:after="40" w:line="245" w:lineRule="auto"/>
      </w:pPr>
      <w:r>
        <w:rPr>
          <w:sz w:val="21"/>
        </w:rPr>
        <w:t>3.14 Ergebnis der drei Fallgruppen</w:t>
      </w:r>
    </w:p>
    <w:p>
      <w:pPr>
        <w:spacing w:after="40" w:line="245" w:lineRule="auto"/>
      </w:pPr>
      <w:r>
        <w:rPr>
          <w:sz w:val="21"/>
        </w:rPr>
        <w:t>3.15 Externe Vergleichsbefunde der September-Fassung</w:t>
      </w:r>
    </w:p>
    <w:p>
      <w:pPr>
        <w:spacing w:after="40" w:line="245" w:lineRule="auto"/>
      </w:pPr>
      <w:r>
        <w:rPr>
          <w:sz w:val="21"/>
        </w:rPr>
        <w:t>3.16 Organisation und Programmwirkung: die erforderliche Verbindung</w:t>
      </w:r>
    </w:p>
    <w:p>
      <w:pPr>
        <w:spacing w:after="40" w:line="245" w:lineRule="auto"/>
      </w:pPr>
      <w:r>
        <w:rPr>
          <w:sz w:val="21"/>
        </w:rPr>
        <w:t>3.17 Konkrete Beweisfunktion und begrenzte Aufklärung</w:t>
      </w:r>
    </w:p>
    <w:p>
      <w:pPr>
        <w:spacing w:after="40" w:line="245" w:lineRule="auto"/>
      </w:pPr>
      <w:r>
        <w:rPr>
          <w:sz w:val="21"/>
        </w:rPr>
        <w:t>3.18 Schlussfolgerung: was nun tatsächlich vorgetragen ist</w:t>
      </w:r>
    </w:p>
    <w:p>
      <w:pPr>
        <w:pStyle w:val="Heading2"/>
      </w:pPr>
      <w:r>
        <w:t>Abschnitt 4 - Erkenntniszugang, rechtliche Herleitung und bestimmte Aufklärungsbegehren</w:t>
      </w:r>
    </w:p>
    <w:p>
      <w:pPr>
        <w:spacing w:after="40" w:line="245" w:lineRule="auto"/>
      </w:pPr>
      <w:r>
        <w:rPr>
          <w:sz w:val="21"/>
        </w:rPr>
        <w:t>4.1 Erkenntnis geht Beweiswürdigung voraus</w:t>
      </w:r>
    </w:p>
    <w:p>
      <w:pPr>
        <w:spacing w:after="40" w:line="245" w:lineRule="auto"/>
      </w:pPr>
      <w:r>
        <w:rPr>
          <w:sz w:val="21"/>
        </w:rPr>
        <w:t>4.2 Der materielle Maßstab bestimmt die benötigte Erkenntnis</w:t>
      </w:r>
    </w:p>
    <w:p>
      <w:pPr>
        <w:spacing w:after="40" w:line="245" w:lineRule="auto"/>
      </w:pPr>
      <w:r>
        <w:rPr>
          <w:sz w:val="21"/>
        </w:rPr>
        <w:t>4.3 Drei getrennte Stufen der gerichtlichen Prüfung</w:t>
      </w:r>
    </w:p>
    <w:p>
      <w:pPr>
        <w:spacing w:after="40" w:line="245" w:lineRule="auto"/>
      </w:pPr>
      <w:r>
        <w:rPr>
          <w:sz w:val="21"/>
        </w:rPr>
        <w:t>4.4 Amtsermittlung, Beteiligtenmitwirkung und Hinweise</w:t>
      </w:r>
    </w:p>
    <w:p>
      <w:pPr>
        <w:spacing w:after="40" w:line="245" w:lineRule="auto"/>
      </w:pPr>
      <w:r>
        <w:rPr>
          <w:sz w:val="21"/>
        </w:rPr>
        <w:t>4.5 Effektiver Rechtsschutz und wirtschaftliche Erkenntnishürden</w:t>
      </w:r>
    </w:p>
    <w:p>
      <w:pPr>
        <w:spacing w:after="40" w:line="245" w:lineRule="auto"/>
      </w:pPr>
      <w:r>
        <w:rPr>
          <w:sz w:val="21"/>
        </w:rPr>
        <w:t>4.6 Sekundäre Darlegungslast ohne falschen Automatismus</w:t>
      </w:r>
    </w:p>
    <w:p>
      <w:pPr>
        <w:spacing w:after="40" w:line="245" w:lineRule="auto"/>
      </w:pPr>
      <w:r>
        <w:rPr>
          <w:sz w:val="21"/>
        </w:rPr>
        <w:t>4.7 Abgrenzung des im Kurzgutachten genannten BGH-Verfahrens</w:t>
      </w:r>
    </w:p>
    <w:p>
      <w:pPr>
        <w:spacing w:after="40" w:line="245" w:lineRule="auto"/>
      </w:pPr>
      <w:r>
        <w:rPr>
          <w:sz w:val="21"/>
        </w:rPr>
        <w:t>4.8 Rohdatenanalogien und die Grenze zur Neuerzeugung</w:t>
      </w:r>
    </w:p>
    <w:p>
      <w:pPr>
        <w:spacing w:after="40" w:line="245" w:lineRule="auto"/>
      </w:pPr>
      <w:r>
        <w:rPr>
          <w:sz w:val="21"/>
        </w:rPr>
        <w:t>4.9 Öffentliche Mediathek und wissenschaftlicher Archivzugang</w:t>
      </w:r>
    </w:p>
    <w:p>
      <w:pPr>
        <w:spacing w:after="40" w:line="245" w:lineRule="auto"/>
      </w:pPr>
      <w:r>
        <w:rPr>
          <w:sz w:val="21"/>
        </w:rPr>
        <w:t>4.10 Datenarten und aus dem Material abgeleitete Erkenntniszwecke</w:t>
      </w:r>
    </w:p>
    <w:p>
      <w:pPr>
        <w:spacing w:after="40" w:line="245" w:lineRule="auto"/>
      </w:pPr>
      <w:r>
        <w:rPr>
          <w:sz w:val="21"/>
        </w:rPr>
        <w:t>4.11 Konkreter Beweisanstoß B1: technische Integrität und Zähllogik</w:t>
      </w:r>
    </w:p>
    <w:p>
      <w:pPr>
        <w:spacing w:after="40" w:line="245" w:lineRule="auto"/>
      </w:pPr>
      <w:r>
        <w:rPr>
          <w:sz w:val="21"/>
        </w:rPr>
        <w:t>4.12 Konkreter Beweisanstoß B2: ZDF-Fallgruppe heute journal</w:t>
      </w:r>
    </w:p>
    <w:p>
      <w:pPr>
        <w:spacing w:after="40" w:line="245" w:lineRule="auto"/>
      </w:pPr>
      <w:r>
        <w:rPr>
          <w:sz w:val="21"/>
        </w:rPr>
        <w:t>4.13 Konkreter Beweisanstoß B3: bekannte Verfahrensunterlagen zu F02 und F03</w:t>
      </w:r>
    </w:p>
    <w:p>
      <w:pPr>
        <w:spacing w:after="40" w:line="245" w:lineRule="auto"/>
      </w:pPr>
      <w:r>
        <w:rPr>
          <w:sz w:val="21"/>
        </w:rPr>
        <w:t>4.14 Konkreter Beweisanstoß B4: fachliche Tragfähigkeit bestimmter Studienergebnisse</w:t>
      </w:r>
    </w:p>
    <w:p>
      <w:pPr>
        <w:spacing w:after="40" w:line="245" w:lineRule="auto"/>
      </w:pPr>
      <w:r>
        <w:rPr>
          <w:sz w:val="21"/>
        </w:rPr>
        <w:t>4.15 Beweisantrag, Beweisanregung und Ausforschung</w:t>
      </w:r>
    </w:p>
    <w:p>
      <w:pPr>
        <w:spacing w:after="40" w:line="245" w:lineRule="auto"/>
      </w:pPr>
      <w:r>
        <w:rPr>
          <w:sz w:val="21"/>
        </w:rPr>
        <w:t>4.16 Schutzbelange und verhältnismäßige Zugangsformen</w:t>
      </w:r>
    </w:p>
    <w:p>
      <w:pPr>
        <w:spacing w:after="40" w:line="245" w:lineRule="auto"/>
      </w:pPr>
      <w:r>
        <w:rPr>
          <w:sz w:val="21"/>
        </w:rPr>
        <w:t>4.17 Quellenregister, Archiv und tatsächliche Akteneinführung</w:t>
      </w:r>
    </w:p>
    <w:p>
      <w:pPr>
        <w:spacing w:after="40" w:line="245" w:lineRule="auto"/>
      </w:pPr>
      <w:r>
        <w:rPr>
          <w:sz w:val="21"/>
        </w:rPr>
        <w:t>4.18 Umgang mit früheren Ablehnungen und gerichtlichen Textbausteinen</w:t>
      </w:r>
    </w:p>
    <w:p>
      <w:pPr>
        <w:spacing w:after="40" w:line="245" w:lineRule="auto"/>
      </w:pPr>
      <w:r>
        <w:rPr>
          <w:sz w:val="21"/>
        </w:rPr>
        <w:t>4.19 Kosten, Fristen und Begrenzung der Sachanträge</w:t>
      </w:r>
    </w:p>
    <w:p>
      <w:pPr>
        <w:spacing w:after="40" w:line="245" w:lineRule="auto"/>
      </w:pPr>
      <w:r>
        <w:rPr>
          <w:sz w:val="21"/>
        </w:rPr>
        <w:t>4.20 Abschließende Verbindung von Tatsachenvortrag und Rechtsfolge</w:t>
      </w:r>
    </w:p>
    <w:p>
      <w:pPr>
        <w:keepNext w:val="0"/>
        <w:spacing w:before="100" w:after="0" w:line="240" w:lineRule="auto"/>
      </w:pPr>
      <w:r>
        <w:rPr>
          <w:sz w:val="20"/>
        </w:rPr>
        <w:t>Anschließend: gesondertes Antrags- und Unterschriftsblatt; Nachweisregister. Individuelle Belege K01 ff. und tatsächlich ausgewählte Quellenanlagen nach Anlagenliste.</w:t>
      </w:r>
    </w:p>
    <w:p>
      <w:r>
        <w:br w:type="page"/>
      </w:r>
    </w:p>
    <w:p>
      <w:pPr>
        <w:pStyle w:val="Heading1"/>
      </w:pPr>
      <w:r>
        <w:t>Abschnitt 1</w:t>
      </w:r>
    </w:p>
    <w:p>
      <w:pPr>
        <w:pStyle w:val="Title"/>
      </w:pPr>
      <w:r>
        <w:t>Individueller Bescheidstreit, Tatsachenkern und rechtlicher Prüfungsmaßstab</w:t>
      </w:r>
    </w:p>
    <w:p>
      <w:pPr>
        <w:pStyle w:val="Heading2"/>
      </w:pPr>
      <w:r>
        <w:t>1.1 Gegenstand des Begehrens und Reichweite dieses Schriftsatzes</w:t>
      </w:r>
    </w:p>
    <w:p>
      <w:r>
        <w:t>Die Klägerseite begehrt die Aufhebung der im gesonderten Antragsblatt einzeln bezeichneten Rundfunkbeitragsbescheide in Gestalt des zugehörigen Widerspruchsbescheids. Sie macht geltend, dass die verfassungsrechtliche Rechtfertigung der gesetzlichen Beitragspflicht am tatsächlichen, funktionsgebundenen Programmvorteil zu messen ist. Hierzu wird ein gegliederter Tatsachen- und Rechtsvortrag vorgelegt. Die rechtliche Begründung stützt sich auf BVerwG, Urteil vom 15. Oktober 2025 - 6 C 5.24; die tatsächliche Begründung unterscheidet eigene technische Nachrechnungen, von Dritten berichtete Untersuchungsergebnisse, veröffentlichte Kontrollentscheidungen und noch nicht abschließend beantwortete Fragen. [R01, Rn. 17, 34-50]</w:t>
      </w:r>
    </w:p>
    <w:p>
      <w:r>
        <w:t>Diese Unterscheidung begrenzt nicht das Rechtsschutzziel, sondern macht es prüfbar. Die Klägerseite verlangt weder ein redaktionelles Wunschprogramm noch eine anteilige Erstattung für einzelne beanstandete Sendeminuten. Sie stellt auch nicht neben jeden Begründungskomplex einen zusätzlichen Feststellungsantrag. Der programmbezogene Vortrag dient dem bezeichneten Aufhebungsbegehren und, soweit entscheidungserheblich, der Vorbereitung einer konkreten Normenkontrolle. Ausführungen zur Sachaufklärung sind keine gesonderten Leistungsklagen auf Herausgabe aller Rundfunkdaten. [R01, Rn. 19-33, 47; R02, §§ 42, 88, 113 VwGO]</w:t>
      </w:r>
    </w:p>
    <w:p>
      <w:r>
        <w:t>Die vier Abschnitte bilden eine zusammenhängende Begründung. Abschnitt 1 ordnet die persönliche Belastung und den materiellen Maßstab. Abschnitt 2 enthält die programmbezogenen Untersuchungsdossiers. Abschnitt 3 legt den nachgerechneten Beschwerdebestand und konkrete, damit in Beziehung gesetzte Kontrollvorgänge dar. Abschnitt 4 entwickelt aus diesen Befunden bestimmte Erkenntnisfragen und Aufklärungsbegehren. Die drei Ausgangsgutachten werden inhaltlich verarbeitet, nicht als drei zusätzliche Volltextbände vorausgesetzt. Ihre unveränderten Originale bleiben als Herkunftsnachweise identifizierbar. [S01-S05; Nachweisregister B01]</w:t>
      </w:r>
    </w:p>
    <w:p>
      <w:pPr>
        <w:pStyle w:val="Heading2"/>
      </w:pPr>
      <w:r>
        <w:t>1.2 Individualdaten: ein zentraler Fallbogen statt offener Begründungsbausteine</w:t>
      </w:r>
    </w:p>
    <w:p>
      <w:r>
        <w:t>Die ausschließlich aus der persönlichen Akte feststellbaren Angaben werden im folgenden Fallbogen dokumentiert. Auf diese Feststellungen beziehen sich die anschließenden Ausführungen. Die Unterlagen K01 bis K08 sind individuelle Belege und nicht mit den gemeinsamen wissenschaftlichen und technischen Nachweisen zu verwechseln. Bei mehreren Bescheiden wird K01 als abschließende Bescheidliste geführt. Gegenstand und Zeitraum ergeben sich nicht aus einer allgemeinen Projektzugehörigkeit, sondern aus diesen Dokumenten. [R02, §§ 82, 88 VwGO]</w:t>
      </w:r>
    </w:p>
    <w:tbl>
      <w:tblPr>
        <w:tblW w:type="auto" w:w="0"/>
        <w:jc w:val="center"/>
        <w:tblLayout w:type="fixed"/>
        <w:tblLook w:firstColumn="1" w:firstRow="1" w:lastColumn="0" w:lastRow="0" w:noHBand="0" w:noVBand="1" w:val="04A0"/>
      </w:tblPr>
      <w:tblGrid>
        <w:gridCol w:w="907"/>
        <w:gridCol w:w="4535"/>
        <w:gridCol w:w="3515"/>
      </w:tblGrid>
      <w:tr>
        <w:trPr>
          <w:tblHeader/>
          <w:cantSplit/>
        </w:trPr>
        <w:tc>
          <w:tcPr>
            <w:tcW w:type="dxa" w:w="90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Beleg</w:t>
            </w:r>
          </w:p>
        </w:tc>
        <w:tc>
          <w:tcPr>
            <w:tcW w:type="dxa" w:w="4535"/>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Persönliche Angabe</w:t>
            </w:r>
          </w:p>
        </w:tc>
        <w:tc>
          <w:tcPr>
            <w:tcW w:type="dxa" w:w="3515"/>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Eintrag</w:t>
            </w:r>
          </w:p>
        </w:tc>
      </w:tr>
      <w:tr>
        <w:trPr>
          <w:cantSplit/>
        </w:trPr>
        <w:tc>
          <w:tcPr>
            <w:tcW w:type="dxa" w:w="90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K01</w:t>
            </w:r>
          </w:p>
        </w:tc>
        <w:tc>
          <w:tcPr>
            <w:tcW w:type="dxa" w:w="453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Angegriffene Bescheide: Datum, festgesetzter Betrag, Zuschläge, jeweils abgerechnete Periode.</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[Nach Originalbescheiden einsetzen]</w:t>
            </w:r>
          </w:p>
        </w:tc>
      </w:tr>
      <w:tr>
        <w:trPr>
          <w:cantSplit/>
        </w:trPr>
        <w:tc>
          <w:tcPr>
            <w:tcW w:type="dxa" w:w="90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K02</w:t>
            </w:r>
          </w:p>
        </w:tc>
        <w:tc>
          <w:tcPr>
            <w:tcW w:type="dxa" w:w="453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Widerspruch: Datum, Inhalt, nachgewiesener Eingang.</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[Nach Originalbeleg einsetzen]</w:t>
            </w:r>
          </w:p>
        </w:tc>
      </w:tr>
      <w:tr>
        <w:trPr>
          <w:cantSplit/>
        </w:trPr>
        <w:tc>
          <w:tcPr>
            <w:tcW w:type="dxa" w:w="90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K03</w:t>
            </w:r>
          </w:p>
        </w:tc>
        <w:tc>
          <w:tcPr>
            <w:tcW w:type="dxa" w:w="453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Widerspruchsbescheid und Zustellung mit Rechtsbehelfsbelehrung.</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[Datum und Zustellnachweis]</w:t>
            </w:r>
          </w:p>
        </w:tc>
      </w:tr>
      <w:tr>
        <w:trPr>
          <w:cantSplit/>
        </w:trPr>
        <w:tc>
          <w:tcPr>
            <w:tcW w:type="dxa" w:w="90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K04</w:t>
            </w:r>
          </w:p>
        </w:tc>
        <w:tc>
          <w:tcPr>
            <w:tcW w:type="dxa" w:w="453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Klageeingang beziehungsweise bestehendes Aktenzeichen.</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[Gericht, Aktenzeichen, Eingang]</w:t>
            </w:r>
          </w:p>
        </w:tc>
      </w:tr>
      <w:tr>
        <w:trPr>
          <w:cantSplit/>
        </w:trPr>
        <w:tc>
          <w:tcPr>
            <w:tcW w:type="dxa" w:w="90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K05</w:t>
            </w:r>
          </w:p>
        </w:tc>
        <w:tc>
          <w:tcPr>
            <w:tcW w:type="dxa" w:w="453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Maßgebliches mindestens zweijähriges Programmfenster; Landes- und Normfassung.</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[Aus K01 ableiten; Endpunkt nicht Bescheiddatum]</w:t>
            </w:r>
          </w:p>
        </w:tc>
      </w:tr>
      <w:tr>
        <w:trPr>
          <w:cantSplit/>
        </w:trPr>
        <w:tc>
          <w:tcPr>
            <w:tcW w:type="dxa" w:w="90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K06</w:t>
            </w:r>
          </w:p>
        </w:tc>
        <w:tc>
          <w:tcPr>
            <w:tcW w:type="dxa" w:w="453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Bisheriger gerichtlicher Hinweis oder Abweisungsgrund in diesem Verfahren.</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[Wortlaut, Seite, Datum; andernfalls: keiner]</w:t>
            </w:r>
          </w:p>
        </w:tc>
      </w:tr>
      <w:tr>
        <w:trPr>
          <w:cantSplit/>
        </w:trPr>
        <w:tc>
          <w:tcPr>
            <w:tcW w:type="dxa" w:w="90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K07</w:t>
            </w:r>
          </w:p>
        </w:tc>
        <w:tc>
          <w:tcPr>
            <w:tcW w:type="dxa" w:w="453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Eigene konkrete Anfragen und Antworten zu benötigten Daten.</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[Originalschreiben; andernfalls: keine]</w:t>
            </w:r>
          </w:p>
        </w:tc>
      </w:tr>
      <w:tr>
        <w:trPr>
          <w:cantSplit/>
        </w:trPr>
        <w:tc>
          <w:tcPr>
            <w:tcW w:type="dxa" w:w="90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K08</w:t>
            </w:r>
          </w:p>
        </w:tc>
        <w:tc>
          <w:tcPr>
            <w:tcW w:type="dxa" w:w="453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Eigene Beitragssituation; bisherige Sachanträge; beauftragte Vertretung.</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[Aktengetreu einsetzen]</w:t>
            </w:r>
          </w:p>
        </w:tc>
      </w:tr>
    </w:tbl>
    <w:p>
      <w:pPr>
        <w:spacing w:after="0"/>
      </w:pPr>
    </w:p>
    <w:p>
      <w:r>
        <w:t>Die Klägerseite übernimmt die allgemeinen Quellenbefunde in dem nachfolgend ausdrücklich bezeichneten Umfang. Sie behauptet nicht, die fremden Untersuchungen selbst durchgeführt zu haben. Ebenso wird ein in einer anderen Sache festgestellter Zugang einer Beschwerde nicht als eigener Zugang ausgegeben. Die personenbezogenen Einzelangaben sind nach den Originalakten einzusetzen; fehlende Angaben werden nicht durch Vermutungen ersetzt. Die allgemeine Tatsachenargumentation in den Abschnitten 2 und 3 ist dagegen ausgeführt und muss nicht erst von der einzelnen klagenden Person neu recherchiert werden.</w:t>
      </w:r>
    </w:p>
    <w:p>
      <w:pPr>
        <w:pStyle w:val="Heading2"/>
      </w:pPr>
      <w:r>
        <w:t>1.3 Verfahrensart, Beteiligte und fristwahrende Erhebung</w:t>
      </w:r>
    </w:p>
    <w:p>
      <w:r>
        <w:t>Das Rechtsschutzziel entspricht der Anfechtungsklage nach § 42 Abs. 1 Alternative 1 VwGO. Die subjektive Betroffenheit folgt aus der an die Klägerseite gerichteten Festsetzung. Ob Widerspruch und Klage rechtzeitig erhoben wurden, richtet sich nach den tatsächlichen Zustellungs- und Eingangsbelegen in K02 bis K04 und dem im betreffenden Land geltenden Vorverfahren. Ein pauschaler Satz, die Klage sei form- und fristgerecht, ersetzt diese Prüfung nicht. Die materiellen Ausführungen begründen keine Wiedereinsetzung und verlängern keine laufende Frist. [R02, §§ 58, 60, 68, 74, 81, 82 VwGO]</w:t>
      </w:r>
    </w:p>
    <w:p>
      <w:r>
        <w:t>Beklagter ist der für die angegriffenen Bescheide maßgebliche rechtsfähige Rechtsträger, regelmäßig die betreffende Landesrundfunkanstalt. Die organisatorische Mitwirkung des Beitragsservice macht diesen nicht automatisch zu einem weiteren Beklagten. Die örtliche Zuständigkeit ist anhand des konkreten Bescheiderlasses und der einschlägigen Fallgruppe des § 52 VwGO zu bestimmen. Die Klägerseite leitet aus der Nutzung gemeinsamer Schriftsatztexte keine besondere Zuständigkeit ab. [R01, Rn. 1; R02, §§ 52, 78 VwGO]</w:t>
      </w:r>
    </w:p>
    <w:p>
      <w:r>
        <w:t>Wird diese Fassung in einem bereits anhängigen Verfahren nachgereicht, dient sie der Ergänzung und Neuordnung des Vortrags. Bereits rechtshängige Anträge werden nicht stillschweigend zurückgenommen. Für die Auslegung sind die tatsächlich eingereichten Erklärungen und das erkennbare Rechtsschutzziel maßgeblich. Eine notwendige ausdrückliche Antragsbereinigung ist gesondert zu erklären und hinsichtlich ihrer Kostenfolgen zu prüfen. Die Neufassung beansprucht keine rückwirkende Heilung einer bereits eingetretenen Unzulässigkeit. [R02, §§ 88, 92, 155 VwGO]</w:t>
      </w:r>
    </w:p>
    <w:p>
      <w:pPr>
        <w:pStyle w:val="Heading2"/>
      </w:pPr>
      <w:r>
        <w:t>1.4 Die entscheidungserheblichen Tatsachen sind bereits benannt</w:t>
      </w:r>
    </w:p>
    <w:p>
      <w:r>
        <w:t>Der gemeinsame Tatsachenkern besteht aus vier unterscheidbaren Komplexen. Erstens liegt eine von Prof. Dr. Werner Müller erstellte Dokumentation der 20-Uhr-Tagesschau für Januar bis August 2020 vor. Sie enthält einen abgegrenzten Korpus, Themenlisten und quantitative sowie qualitative Aussagen. Zweitens beschreibt das Glashaus-Whitepaper einen langjährigen Korpus von Kommentarsegmenten der Tagesthemen. Drittens dokumentiert der technische O-Ton-Bericht Erkennungsresultate in vier Nachrichtenformaten sowie unterschiedliche Reichweiten des verwendeten Archivzugangs. Viertens liegt ein identifizierter Rundfunkalarm-Export vor, dessen technische Hauptzahlen und ausgewählte sendungsbezogene Gruppen für diese Neufassung erneut berechnet wurden. [S06, PDF-S. 4-9 und 27 ff.; S07, S. 1-2, 6-15; S08, S. 3-10; D01-D03]</w:t>
      </w:r>
    </w:p>
    <w:p>
      <w:r>
        <w:t>Diese Komplexe sind nicht vier voneinander unabhängige Vollbeweise desselben Sachverhalts. Sie beantworten unterschiedliche Fragen: Auswahl und Darstellung innerhalb eines historischen Ausschnitts, langfristige Auswahl von Kommentaren, Sichtbarkeit erkannter O-Töne sowie dokumentierte Reaktionen auf beanstandete Inhalte. Ihre Verbindung wird in Abschnitt 2.18 und Abschnitt 3.18 begründet. Ein Schluss auf die gesamte beitragsfinanzierte Angebot setzt zusätzlich voraus, dass Zeit, Medien, Formate und mögliche Ausgleichsangebote sachgerecht zugeordnet werden. Die Klägerseite legt diese Abgrenzung offen, statt aus der Zahl vorgelegter Seiten einen Beweiswert abzuleiten. [R01, Rn. 39-50]</w:t>
      </w:r>
    </w:p>
    <w:p>
      <w:r>
        <w:t>Ein besonders konkretisierter Vorgang betrifft das ZDF-heute-journal vom 15. Februar 2026. Im Export lassen sich zehn auf diese Ausgabe bezogene Vorgänge, 723 gespeicherte Teilungen und 28 gespeicherte Gremieninformationen identifizieren. Eine öffizielle ZDF-Mitteilung vom 19. Juni 2026 bestätigt einen Verstoß bei der Verwendung von Bildmaterial und beschreibt Korrektur und Abhilfe. Damit sind nicht nur Vorwürfe aus einer Beschwerdeplattform vorhanden; es existiert eine institutionelle Antwort zu demselben Sendungsgegenstand. Die individuelle Zustellung jeder Plattformbeschwerde und ihre ursächliche Bedeutung für die Abhilfe bleiben hiervon getrennt. [D02, Fallgruppe F01; E21, S. 1-2]</w:t>
      </w:r>
    </w:p>
    <w:p>
      <w:pPr>
        <w:pStyle w:val="Heading2"/>
      </w:pPr>
      <w:r>
        <w:t>1.5 Zeitliche Zuordnung ist Teil der Begründung, nicht eine Formalie</w:t>
      </w:r>
    </w:p>
    <w:p>
      <w:r>
        <w:t>Nach BVerwG 6 C 5.24 ist eine mindestens zweijährige Betrachtung sachgerecht, die mit dem im angefochtenen Bescheid abgerechneten Zeitraum endet. Der Tag der Bescheiderstellung ist daher nicht der automatische Endpunkt einer Programmuntersuchung. Bei Beiträgen für Januar bis März 2024 bildet beispielsweise April 2022 bis März 2024 ein genau zweijähriges Fenster. Dieses Beispiel ist keine Tatsachenangabe zum vorliegenden Fall. Das konkrete Fenster ergibt sich aus K01 und dem Fallbogen. [R01, Rn. 21, 41]</w:t>
      </w:r>
    </w:p>
    <w:p>
      <w:r>
        <w:t>Das Urteil schließt vor der verfassungsgerichtlichen Entscheidung vom 18. Juli 2018 liegende Zeiträume aus der hier maßgeblichen Beanstandung aus. Zugleich kann das damals verfügbare Angebot nach Randnummer 48 als Referenz dienen. Deshalb dürfen die Glashaus-Daten ab 2010 weder ungefiltert als Nachweis eines erst später eingetretenen Defizits dienen noch ohne Begründung verworfen werden: Ihr früherer Teil kann eine methodische Vergleichsbasis sein, ihr späterer Teil muss für das konkrete Belastungsfenster gesondert betrachtet werden. Ein Langzeitmittel ersetzt diese Trennung nicht. [R01, Rn. 41, 48; S07, S. 1, 14]</w:t>
      </w:r>
    </w:p>
    <w:p>
      <w:r>
        <w:t>Zu unterscheiden sind Sendezeit, Beschwerdezeit, Untersuchungszeit und Veröffentlichungszeit. Eine 2026 publizierte Untersuchung kann Sendungen aus 2020 beschreiben. Eine 2026 dokumentierte Korrektur betrifft dagegen nicht allein deshalb einen 2024 abgerechneten Programmzustand. Eine nachträgliche Quelle kann Aufschluss über frühere Umstände geben; der Rückschluss ist aber zu begründen. Die in diesem Schriftsatz verwendeten Fallgruppen werden daher zeitlich offen ausgewiesen. Bei einem älteren Beitragsfenster hat ein späterer Fall allenfalls methodische oder institutionelle Vergleichsfunktion, nicht die Funktion eines unmittelbaren Beweises für den früheren Zeitraum. [S06-S08; D02; E21]</w:t>
      </w:r>
    </w:p>
    <w:p>
      <w:pPr>
        <w:pStyle w:val="Heading2"/>
      </w:pPr>
      <w:r>
        <w:t>1.6 Einfachgesetzliche Beitragspflicht und verfassungsrechtlicher Vorteil</w:t>
      </w:r>
    </w:p>
    <w:p>
      <w:r>
        <w:t>Die Klägerseite setzt bei der Unterscheidung an, die das Bundesverwaltungsgericht in den Leitsätzen und in Randnummern 19 bis 35 trifft. § 2 Abs. 1 RBStV begründet eine gesetzliche Abgabe. Er enthält kein vertragliches Austauschverhältnis, bei dem jede mangelhafte Sendung zu Minderung, Rücktritt oder Zurückbehaltung berechtigen würde. Auch die Zweckbestimmung der Finanzierung und die Beschreibung des Funktionsauftrags schaffen nach dieser Entscheidung keinen unmittelbaren einfachgesetzlichen Anspruch des Beitragszahlers auf ein bestimmtes Programm. [R01, Rn. 19-33]</w:t>
      </w:r>
    </w:p>
    <w:p>
      <w:r>
        <w:t>Davon verschieden ist die Frage, ob die gesetzliche Belastung verfassungsrechtlich weiterhin durch einen objektiven Vorteil gerechtfertigt wird. Der Vorteil besteht nach Randnummer 17 nicht bloß darin, dass irgendein Signal empfangbar ist. Er besteht in der Möglichkeit, ein dem klassischen Funktionsauftrag entsprechend ausgestaltetes Angebot zu nutzen. Die Klägerseite leitet ihren Einwand aus dieser verfassungsrechtlichen Begründung der Vorzugslast ab. Gerade weil es um die Rechtfertigung der Norm geht, sind die Qualitätsmängel nicht wie Leistungsstörungen eines privatrechtlichen Vertrags zu behandeln. [R01, Rn. 16-18, 34-35]</w:t>
      </w:r>
    </w:p>
    <w:p>
      <w:r>
        <w:t>Der Unterschied hat Konsequenzen für den Antrag. Die Klägerseite begehrt die Aufhebung der individuellen Bescheide. Sie verlangt nicht, dass das Verwaltungsgericht die gesetzliche Beitragspflicht ohne die erforderliche verfassungsgerichtliche Klärung allgemein außer Kraft setzt. Gelangt das Gericht nach der Sachaufklärung zur Überzeugung, dass die entscheidungserhebliche gesetzliche Grundlage verfassungswidrig ist, ist Art. 100 Abs. 1 GG zu beachten. Die Vorlage ist keine automatisch erfolgreiche Hilfsforderung, sondern eine aus der richterlichen Überzeugung und Entscheidungserheblichkeit folgende Verfahrenspflicht. [R01, Rn. 47-49; R12, Art. 100 GG]</w:t>
      </w:r>
    </w:p>
    <w:p>
      <w:pPr>
        <w:pStyle w:val="Heading2"/>
      </w:pPr>
      <w:r>
        <w:t>1.7 Was sich aus der Entscheidung von 2018 ergibt</w:t>
      </w:r>
    </w:p>
    <w:p>
      <w:r>
        <w:t>Die Verfassungsmäßigkeit der Grundkonstruktion wird durch die Programmrüge nicht von vorn auf neu verhandelt. Das Bundesverwaltungsgericht hebt die Bindung an die Entscheidung des Bundesverfassungsgerichts vom 18. Juli 2018 hervor. Insbesondere werden die Beitragsform, die Anknüpfung an die Wohnung und die Gesetzgebungskompetenz nicht durch jede neue Programmkritik gegenstandslos. Der hiesige Schriftsatz baut daher nicht auf der früher verwendeten Behauptung auf, der Beitrag werde aufgrund geänderter Berichterstattung ohne Weiteres zur Steuer. [R01, Rn. 14-18]</w:t>
      </w:r>
    </w:p>
    <w:p>
      <w:r>
        <w:t>Die Bindungswirkung sperrt nach derselben Entscheidung jedoch nicht die Frage einer qualifizierten späteren Verfehlung des Programmvorteils. Andernfalls wären Randnummern 39 bis 50 ohne Gegenstand. Die Klägerseite beruft sich daher weder auf eine pauschale Entwertung der Entscheidung von 2018 noch auf deren Gegenteil, eine zeitlich unbegrenzte Vermutung eines empirisch unveränderlichen Programms. Behauptet wird eine im maßgeblichen historischen Fenster zu prüfende tatsächliche Entwicklung. Dafür braucht es Befunde, nicht lediglich die Behauptung eines Akzeptanzverlusts. [R01, Rn. 17, 39-41, 46-48]</w:t>
      </w:r>
    </w:p>
    <w:p>
      <w:r>
        <w:t>Auch eine Referenz zum Jahr 2018 muss mit gleicher Messlogik gebildet werden. Wer alte und neue Sendungen mit unterschiedlichen Kategorien, Medienmengen oder Modellen vergleicht, kann einen technischen Methodenwechsel mit einer programmlichen Veränderung verwechseln. Die vorgelegten Studien liefern dafür unterschiedliche Ausgangslagen. Glashaus enthält einen langfristigen Korpus; der O-Ton-Bericht beschreibt dagegen einen wesentlich kürzeren jüngeren Ausschnitt. Die Unterschiede werden nicht durch eine pauschale gemeinsame Kurve verdeckt. [S07, S. 1, 6-15; S08, S. 3-5; eigene methodische Folgerung]</w:t>
      </w:r>
    </w:p>
    <w:p>
      <w:pPr>
        <w:pStyle w:val="Heading2"/>
      </w:pPr>
      <w:r>
        <w:t>1.8 Hohe materielle Schwelle und konkrete Eingangssubstantiierung</w:t>
      </w:r>
    </w:p>
    <w:p>
      <w:r>
        <w:t>Die materielle Schwelle ist hoch. Nach dem Bundesverwaltungsgericht müssen evidente und regelmäßige Defizite des Gesamtangebots über einen längeren Zeitraum erkennbar sein. Daraus leitet Randnummer 48 gesteigerte Anforderungen an den Vortrag ab, der die gerichtliche Aufklärung auslöst. Die Klägerseite verkennt dies nicht. Sie unterscheidet aber die hinreichenden Anhaltspunkte für eine Untersuchung von der abschließenden richterlichen Überzeugung über die Verfassungswidrigkeit. Eine Anforderung, das gerichtliche Beweisergebnis vor jeder gerichtlichen Mitwirkung privat vollständig vorwegzunehmen, folgt nicht aus dem Wortlaut dieser Differenzierung. [R01, Rn. 39, 47-50]</w:t>
      </w:r>
    </w:p>
    <w:p>
      <w:r>
        <w:t>Der hiesige Vortrag konkretisiert die Anhaltspunkte in drei Schritten. Die Originaluntersuchungen werden nach Korpus, Messung und konkretem Ergebnis aufgearbeitet. Der Rohdatenexport wird mit nachvollziehbaren Rechenschritten ausgewertet. An bestimmten Sendungen werden Plattformvorgänge mit öffentlich dokumentierten institutionellen Reaktionen in Beziehung gesetzt. Dadurch wird der Untersuchungsbedarf auf bestimmte Daten und Fragen begrenzt. Es wird nicht lediglich verlangt, das Gericht solle irgendwo im Gesamtprogramm einen Fehler finden. [Abschnitte 2 und 3; D01-D03; E20-E21]</w:t>
      </w:r>
    </w:p>
    <w:p>
      <w:r>
        <w:t>Dass damit bereits in jedem Fall die Schwelle nach Randnummer 48 erreicht ist, wird nicht als feststehende Tatsache behauptet. Die Reichweite der Quellen und ihr Bezug zum individuellen Zeitraum bleiben entscheidend. Die Klägerseite verlangt eine konkrete Würdigung dieses Vortrags und eine nachvollziehbare Begründung, welche der bezeichneten Lücken ohne weitere Aufklärung zur Ablehnung führen soll. So bleibt die gerichtliche Kontrolle anspruchsvoll, ohne dass tatsächlicher Erkenntniszugang und materieller Endbeweis begrifflich zusammenfallen. [R02, §§ 86, 108 VwGO]</w:t>
      </w:r>
    </w:p>
    <w:p>
      <w:pPr>
        <w:pStyle w:val="Heading2"/>
      </w:pPr>
      <w:r>
        <w:t>1.9 Gesamtangebot: nicht nur Nachrichten, nicht beliebig addierbare Minuten</w:t>
      </w:r>
    </w:p>
    <w:p>
      <w:r>
        <w:t>Der maßgebliche Gegenstand umfasst Hörfunk, Fernsehen und Telemedien aller beitragsfinanzierten öffentlich-rechtlichen Veranstalter. Er reicht über Nachrichten und politische Gesprächssendungen hinaus. Die Klägerseite nimmt deshalb nicht an, ein Befund aus einem Hauptnachrichtenformat repräsentiere automatisch Kultur-, Bildungs-, Beratungs- und Unterhaltungsangebote oder alle regionalen Programme. Eine solche Gleichsetzung würde die in Randnummer 40 bezeichnete Reichweite verfehlen. [R01, Rn. 39-45]</w:t>
      </w:r>
    </w:p>
    <w:p>
      <w:r>
        <w:t>Das bedeutet zugleich nicht, dass gegenständliche Breite und meinungsbezogene Vielfalt beliebig miteinander verrechnet werden können. Ein umfangreiches Kulturangebot beantwortet nicht ohne weitere Begründung die Frage, ob gesellschaftlich erhebliche Gegenpositionen in einem bestimmten Informationsbereich über längere Zeit systematisch ausgeschlossen wurden. Umgekehrt darf die Klägerseite nicht alle außerhalb politischer Nachrichtensendungen vermittelten Perspektiven als bedeutungslos behandeln. Die notwendige Verknüpfung liegt in einer funktions- und inhaltsbezogenen Betrachtung, nicht in einer einzigen pauschalen Fehlerminutenquote. Dies ist eine rechtliche und methodische Argumentation der Klägerseite zum Gesamtmaßstab. [R01, Rn. 36-45; S04, Abschn. B-D]</w:t>
      </w:r>
    </w:p>
    <w:p>
      <w:r>
        <w:t>Als mögliche Ausgleichsangebote kommen andere Formate, Regionen und Ausspielwege in Betracht. Ihre bloße theoretische Empfangbarkeit ist noch keine Untersuchung ihres Inhalts. Ein tragfähiger Kompensationseinwand muss mit dem behaupteten Defizit sachlich zusammenhängen. Deshalb sieht das in Abschnitt 2 entwickelte Modell eine gesonderte Erfassung von Gegenpositionen und Erklärungsalternativen vor. Eine festgestellte Gegenposition ist auch dann zu berücksichtigen, wenn sie der Ausgangshypothese widerspricht. Damit wird die Prüfung auf das Gesamtangebot bezogen, ohne eine Aussage über noch nicht untersuchte Teile zu erfinden.</w:t>
      </w:r>
    </w:p>
    <w:p>
      <w:pPr>
        <w:pStyle w:val="Heading2"/>
      </w:pPr>
      <w:r>
        <w:t>1.10 Programmfreiheit und kontrollierbare Mindestanforderung</w:t>
      </w:r>
    </w:p>
    <w:p>
      <w:r>
        <w:t>Die Programmautonomie schützt die Entscheidung über Inhalte, Formen, Umfang und Gewichtung. Das Gericht soll nicht zum Chefredakteur werden. Die Klägerseite fordert insbesondere keine gleichlange Präsenz jeder Partei und keine gleichermaßen positive Behandlung aller Tatsachenbehauptungen. Das Bundesverwaltungsgericht verneint einen Anspruch auf Gleichgewichtigkeit aller Meinungen ausdrücklich. [R01, Rn. 37, 44-45]</w:t>
      </w:r>
    </w:p>
    <w:p>
      <w:r>
        <w:t>Die Autonomie schließt nach Randnummer 38 die gerichtliche Evidenzbeurteilung aber nicht aus. Das Bundesverwaltungsgericht lehnt gerade einen insoweit abschirmenden Beurteilungsspielraum der Anstalten ab. Die Begründung unterscheidet damit die positive Definition des optimalen Programms von der negativen Feststellung eines groben Unterschreitens der Zielvorstellungen. Die Klägerseite knüpft an diesen Unterschied an: Gegenstand ist keine verbindliche eigene Rundfunkkonzeption, sondern die Prüfung benannter Regelmäßigkeiten, ihrer Dauer, ihrer Bedeutung und des tatsächlichen Ausgleichs. [R01, Rn. 36-40]</w:t>
      </w:r>
    </w:p>
    <w:p>
      <w:r>
        <w:t>Wissenschaftliche Indikatoren haben dabei eine dienende Funktion. Ein Zähler für Akteurspräsenz beschreibt Sichtbarkeit, eine Textklassifikation bestimmte sprachliche Beziehungen, ein Antwortregister die dokumentierte Behandlung einer Beschwerde. Keiner dieser Zähler entscheidet allein über die Verfassungsmäßigkeit. Zusammengenommen können methodisch geeignete und zeitlich verbundene Feststellungen die tatsächliche Grundlage einer gerichtlichen Wertung verbreitern. Die normative Schlussfolgerung bleibt beim Gericht. [S04, Abschn. D und G; R01, Rn. 36, 38, 48]</w:t>
      </w:r>
    </w:p>
    <w:p>
      <w:pPr>
        <w:pStyle w:val="Heading2"/>
      </w:pPr>
      <w:r>
        <w:t>1.11 Warum die Aufsichtsgremien die gerichtliche Prüfung nicht ersetzen</w:t>
      </w:r>
    </w:p>
    <w:p>
      <w:r>
        <w:t>Die Klägerseite bestreitet nicht, dass Programmbeschwerden und Gremienaufsicht eigenständige Kontrollfunktionen haben. Sie bestreitet die Folgerung, ihre Existenz erledige jede gerichtliche Programmrüge im Beitragsverfahren. Randnummer 47 von BVerwG 6 C 5.24 schließt den bloßen Verweis auf diese Instrumente bei substantiiertem Einwand aus. Das ist von der Frage zu unterscheiden, ob eine konkrete Beschwerde begründet war oder ordnungsgemäß bearbeitet wurde. [R01, Rn. 47; S02, Abschn. C-D]</w:t>
      </w:r>
    </w:p>
    <w:p>
      <w:r>
        <w:t>Abschnitt 3 legt daher nicht nur einen institutionellen Verdacht vor. Er unterscheidet die technische Plattformaktivität von Gremienakten und benennt einen öffiziell dokumentierten Abhilfefall. Dieser Befund steht einer pauschalen Null-Wirkungsbehauptung entgegen. Er zeigt zugleich, welche sachlichen Bestandteile einer wirksamen Reaktion identifizierbar sind: Fehlerbenennung, Korrektur, Entscheidung und weitere Maßnahmen. Die Untersuchung anderer konkret benannter Vorgänge wird damit nicht überflüssig; sie erhält einen bestimmteren Gegenstand. [D02, F01; E21; S03, Abschnitt H]</w:t>
      </w:r>
    </w:p>
    <w:p>
      <w:r>
        <w:t>Ob Kontrollmängel einen behaupteten längerfristigen Programmzusammenhang stützen, hängt von ihrer sachlichen Verbindung ab. Ein fehlendes Statistikfeld ist kein eigenständiger Beweis des Wegfalls der Beitragspflicht. Ein wiederholter, bestätigter Darstellungsfehler trotz nachgewiesener Kenntnis und ausbleibender angemessener Reaktion kann dagegen eine andere Aussagekraft besitzen. Der Schriftsatz vermischt diese unterschiedlichen Erkenntnislagen nicht. Er leitet aus jeder nur diejenige weitere Frage ab, die der tatsächliche Befund trägt. [S02, Abschn. A, L; eigene Ableitung]</w:t>
      </w:r>
    </w:p>
    <w:p>
      <w:pPr>
        <w:pStyle w:val="Heading2"/>
      </w:pPr>
      <w:r>
        <w:t>1.12 Die bisherige Abweisungslinie wird sachbezogen beantwortet</w:t>
      </w:r>
    </w:p>
    <w:p>
      <w:r>
        <w:t>Die übermittelten Berichte aus anderen Verfahren nennen als wiederkehrende Einwände fehlenden Gesamtbezug, unpassende Zeiträume, unzureichende methodische Absicherung und pauschale Datenforderungen. Sie werden hier nicht als Beweis einer allgemeinen Voreingenommenheit oder eines bestimmten Motivs von Gerichten verwendet. Für die eigene Sache ist die genaue Entscheidung beziehungsweise der konkrete Hinweis in K05 maßgeblich. [S01, Kap. 24; S09, Abschnitt D; K05]</w:t>
      </w:r>
    </w:p>
    <w:p>
      <w:r>
        <w:t>Die Reaktion besteht nicht lediglich in einer größeren Textmenge. Der Rückgriff auf vorhandene Daten ist nachprüfbar gemacht; der Aussagegehalt der neuen Studien wird ausgewertet; die Beschwerdekennungen werden festen Sendungsgruppen zugeordnet; das Verzeichnis der noch benötigten Informationen bezeichnet den jeweils offenen Erkenntnisschritt. Ein Gericht kann damit unterscheiden, ob es einen methodischen Fehler, eine zeitliche Unzuständigkeit des Materials oder einen fehlenden rechtlichen Zusammenhang beanstandet. Ein pauschales Abtun des gesamten Materials wird dadurch nicht rechtlich unmöglich, aber sachlich begründungsbedürftig. [R02, §§ 86 Abs. 3, 108 Abs. 1 VwGO]</w:t>
      </w:r>
    </w:p>
    <w:p>
      <w:r>
        <w:t>Der in Schmitz' Medienkritik dargestellte OVG-Beschluss 7 A 10424/25.OVG wird mangels gesicherten Originaltextes nicht als bereits vollständig geprüfte Entscheidung verwertet. Insbesondere beweisen 230 Seiten Vortrag weder ausreichende Substantiierung noch deren Unmöglichkeit. Die Fallstudie bleibt auf die dokumentierte Sekundärdarstellung beschränkt. Die Klägerseite stützt die hier konkret bezeichneten Beweisangebote nicht auf eine bloß behauptete Widersprüchlichkeit dieses Beschlusses. [S09, S. 141-152; Abschnitt 4.19]</w:t>
      </w:r>
    </w:p>
    <w:p>
      <w:pPr>
        <w:pStyle w:val="Heading2"/>
      </w:pPr>
      <w:r>
        <w:t>1.13 Wirtschaftliche Zumutbarkeit: der VGH-Einwand in seiner wirklichen Reichweite</w:t>
      </w:r>
    </w:p>
    <w:p>
      <w:r>
        <w:t>Der VGH Baden-Württemberg hat in seinem Urteil vom 14. April 2026 - 2 S 2529/25 - auf S. 30-32 die Erwartung eines vorgelagerten, privat finanzierten wissenschaftlichen Gutachtens problematisiert. Er trennt die rechtliche Wertung, die beim Gericht verbleibt, von der fachlichen Ermittlung ihrer Tatsachengrundlage. Außerdem erörtert er den Gesichtspunkt, dass die Wirksamkeit des Rechtsschutzes nicht von einer unzumutbaren wirtschaftlichen Vorleistung abhängen darf. Die Klägerseite macht sich diese rechtliche Frage zu eigen. [R03, S. 30-32]</w:t>
      </w:r>
    </w:p>
    <w:p>
      <w:r>
        <w:t>Die Entscheidung ist keine erfolgreiche Beitragsverweigerung. Der VGH wies die Berufung zurück und stellte an anderer Stelle erhebliche materielle Grenzen der beantragten Kontrolle dar. Die hiesige Argumentation verwendet deshalb nicht den gesamten Entscheidungsausgang als Unterstützung. Sie isoliert den begründeten Einwand gegen eine unverhältnismäßige Vorleistungshürde und verbindet ihn mit dem in BVerwG 6 C 5.24 anerkannten engen Kontrollweg. Die Auseinandersetzung mit beiden Entscheidungen wird in Abschnitt 4.4 vertieft. [R03, S. 2, 9-32; R01, Rn. 38, 47-50]</w:t>
      </w:r>
    </w:p>
    <w:p>
      <w:r>
        <w:t>Aus einer in einem anderen Verfahren genannten hohen Kostenschätzung folgt keine entsprechende Kostenhöhe im eigenen Verfahren. Maßgeblich sind Umfang, erforderliche Methode, vorhandene Vorarbeiten, Zugangsangebote und tatsächlich eingeholte Auskünfte. Die gemeinsame technische Nachrechnung dieses Schriftsatzes belegt gerade, dass Teilprüfungen mit bereits verfügbarem Material möglich sind. Ob die darüber hinausgehende Aufgabe zumutbar bleibt, ist an den verbleibenden konkreten Arbeitsschritten zu beurteilen, nicht an pauschalen Zahlen über Millionen Sendeminuten.</w:t>
      </w:r>
    </w:p>
    <w:p>
      <w:pPr>
        <w:pStyle w:val="Heading2"/>
      </w:pPr>
      <w:r>
        <w:t>1.14 Die tatsächliche Bedeutung der Erkenntnisasymmetrie</w:t>
      </w:r>
    </w:p>
    <w:p>
      <w:r>
        <w:t>Die Beweisnot wird nicht mehr als vollständige Datenlosigkeit beschrieben. Die vorgelegten Studien und der wiedergefundene CSV-Export widerlegen eine solche Beschreibung. Die Asymmetrie liegt enger: Ein öffentliches Video beantwortet nicht ohne Weiteres, ob der betrachtete Korpus vollständig ist; eine gespeicherte Beschwerde beantwortet nicht, wie ihr Zugang und ihre Behandlung in der Anstalt dokumentiert wurden; ein dokumentierter Fehler beantwortet nicht, ob eine angekündigte Kontrollmaßnahme umgesetzt wurde. [S01, Kap. 8-10; S04, Abschn. E-F; D01; E21]</w:t>
      </w:r>
    </w:p>
    <w:p>
      <w:r>
        <w:t>An diese jeweils bestimmte Information knüpft der Schriftsatz an. Die Quelle, ihr vermuteter Inhaber und der Erkenntniszweck werden einzeln benannt. Die Klägerseite fragt nicht nach beliebigen internen Daten, um erst einen Streit zu erfinden. Sie legt vor, was über den bestimmten Vorgang bekannt ist, und benennt die nach diesem Befund noch offene Tatsache. Das unterscheidet eine begrenzte Anforderung von einer unbegrenzten Suche nach möglichen Rechtsverletzungen. Ob die Unterlage tatsächlich vorzulegen ist, richtet sich nach Entscheidungserheblichkeit, Verfügbarkeit und den gesetzlichen Schutzgründen. [R02, §§ 86, 87, 99 VwGO; R07, Rn. 23-24]</w:t>
      </w:r>
    </w:p>
    <w:p>
      <w:pPr>
        <w:pStyle w:val="Heading2"/>
      </w:pPr>
      <w:r>
        <w:t>1.15 Kosten, Selbstständigkeit der Anträge und Entscheidungsreife</w:t>
      </w:r>
    </w:p>
    <w:p>
      <w:r>
        <w:t>Die Länge der Begründung und die Zahl ihrer Unterabschnitte schaffen für sich keinen zusätzlichen Streitgegenstand. Anders kann es sich bei weiteren selbstständigen Feststellungs- oder Leistungsbegehren verhalten. Die Klägerseite bezeichnet deshalb die Sachanträge abschließend auf dem Unterschriftsblatt. Eine vermeintliche pauschale Begrenzung des Prozessrisikos auf 114 Euro, eine allgemeine Kostenfreiheit nach § 188 VwGO oder ein pauschaler 300-Euro-Streitwert wird nicht behauptet. [R02, §§ 154, 155, 188 VwGO; R13, §§ 39, 45, 52 GKG]</w:t>
      </w:r>
    </w:p>
    <w:p>
      <w:r>
        <w:t>Auch ein als Beweisanregung bezeichneter Vorschlag ist keine Garantie gegen Auslagen einer tatsächlich durchgeführten Beweisaufnahme. Vor absehbar aufwendigen Erhebungen wird um Mitteilung ihres Gegenstands und voraussichtlichen Umfangs gebeten. Diese Bitte bindet das Gericht nicht an eine vorherige Zustimmung der Klägerseite zu jeder Amtsermittlung. Sie dient der sachlichen Erörterung von Erforderlichkeit, geeigneten milderen Mitteln und Kosten. [R02, §§ 86, 98 VwGO; R13]</w:t>
      </w:r>
    </w:p>
    <w:p>
      <w:r>
        <w:t>Offene Auskunftsersuchen oder die Ankundigung weiterer Forschung beseitigen die Entscheidungsreife nicht automatisch. Wird eine Ergänzungsfrist benötigt, muss sie für einen bestimmten Beleg mit dargelegtem Beschaffungsstand beantragt werden. Ein solcher Antrag ersetzt weder laufende Rechtsmittelfristen noch einen gesondert erforderlichen Eilrechtsschutz gegen Vollstreckung. Der vorliegende Schriftsatz entwickelt die programmbezogene Hauptsache; er gibt keinen allgemeinen Zahlungs- oder Vollstreckungsstopp vor. [R02, §§ 80, 87b, 94, 101 VwGO]</w:t>
      </w:r>
    </w:p>
    <w:p>
      <w:pPr>
        <w:pStyle w:val="Heading2"/>
      </w:pPr>
      <w:r>
        <w:t>1.16 Ergebnis und Übergang zur Sachaufklärung</w:t>
      </w:r>
    </w:p>
    <w:p>
      <w:r>
        <w:t>Die Klägerseite stellt mit diesem Schriftsatz einen bestimmbaren Tatsachen- und Rechtskomplex zur Entscheidung. Der rechtliche Weg folgt dem verfassungsrechtlichen Konnex aus BVerwG 6 C 5.24. Der gemeinsame Tatsachenbestand enthält konkrete Untersuchungen, einen erneut berechneten Export und sendungsbezogene Vorgänge mit nachweisbarer institutioneller Antwort. Der Anspruch auf weitere Aufklärung wird nicht aus der bloßen Seitenzahl hergeleitet, sondern aus der im Folgenden ausgeführten Verbindung von Befund, Bedeutung und begrenzter Erkenntnisfrage.</w:t>
      </w:r>
    </w:p>
    <w:p>
      <w:r>
        <w:t>Die Klägerseite beantragt, diese konkreten Zusammenhänge im für ihren Beitragszeitraum maßgeblichen Umfang zu würdigen und die in Abschnitt 4 bezeichneten Aufklärungsmittel nach ihrer Entscheidungserheblichkeit zu prüfen. Für die noch nicht abgesicherten Teile des Gesamtangebots wird keine fertige Tatsachenfeststellung vorgetäuscht. Ebenso wenig wird die pauschale Beschreibung eines Forschungsbedarfs als ausreichend ausgegeben. Die auf vorhandene Belege gestützten positiven Aussagen stehen in den nachfolgenden Abschnitten jeweils vor ihren begründet bezeichneten Grenzen. [R02, §§ 86, 108 VwGO]</w:t>
      </w:r>
    </w:p>
    <w:p>
      <w:r>
        <w:br w:type="page"/>
      </w:r>
    </w:p>
    <w:p>
      <w:pPr>
        <w:pStyle w:val="Heading1"/>
      </w:pPr>
      <w:r>
        <w:t>Abschnitt 2</w:t>
      </w:r>
    </w:p>
    <w:p>
      <w:pPr>
        <w:pStyle w:val="Title"/>
      </w:pPr>
      <w:r>
        <w:t>Programmbezogene Befunde und ihre wissenschaftliche Einordnung</w:t>
      </w:r>
    </w:p>
    <w:p>
      <w:r>
        <w:t>Die nachfolgenden Darlegungen führen die tatsächlichen Untersuchungsbestände selbst in die Begründung ein. Sie beschränken sich nicht auf die Mitteilung, es gebe Gutachten. Für jeden Bestand werden Untersuchungsgegenstand, Datenumfang, Ergebnis, methodischer Aussagegehalt und konkrete Folgerung für die weitere Aufklärung angegeben. Die Bezeichnungen S und E beziehen sich auf das gemeinsame Quellenregister. S bezeichnet bereitgestellte Originalarbeiten; E bezeichnet zusätzlich erschlossene externe Originalquellen. D bezeichnet die in dieser Fassung tatsächlich vorgenommene technische Nachrechnung des Rundfunkalarm-Exports. Eigene Berechnungen werden von berichteten Ergebnissen unterschieden.</w:t>
      </w:r>
    </w:p>
    <w:p>
      <w:r>
        <w:t>Die Klägerseite stützt sich auf mehrere sachlich verschiedene Erkenntnisse: eine historische Themenauswertung der Tagesschau, eine langjährige Untersuchung institutionell ausgewählter Kommentare, eine technische Erfassung von O-Ton-Einbindungen, eine quantitative Untersuchung der Ukraine-Berichterstattung und konkret dokumentierte Beschwerde- und Abhilfevorgänge. Zusammen bezeichnen diese Arbeiten prüfbare Ausschnitte. Sie werden nicht durch bloße Addition zu einer repräsentativen Gesamtstudie erklärt. Der positive Vortrag besteht vielmehr in den jeweils bestimmten Feststellungen und den nachfolgend ausformulierten Zusammenhängen.</w:t>
      </w:r>
    </w:p>
    <w:p>
      <w:pPr>
        <w:pStyle w:val="Heading2"/>
      </w:pPr>
      <w:r>
        <w:t>2.1 Vier unterschiedliche Gegenstände, die nicht verwechselt werden dürfen</w:t>
      </w:r>
    </w:p>
    <w:p>
      <w:r>
        <w:t>Eine Untersuchung der Themenverteilung beantwortet, worüber berichtet wird. Eine Untersuchung der Akteursverteilung beantwortet, wer erkennbar vorkommt. Eine Untersuchung des Inhalts beantwortet, welche Aussagen, Begründungen und Einordnungen veröffentlicht werden. Eine Untersuchung des Beschwerdewegs beantwortet, wie eine konkrete Beanstandung geprüft und gegebenenfalls korrigiert wird. Diese Gegenstände ergänzen sich, sind aber nicht austauschbar. Insbesondere beweist die Zahl einer Parteierwähnung weder die Richtigkeit des Berichts noch eine redaktionelle Absicht; eine begründete Beschwerde zu einem Beitrag beweist nicht die Verfehlung des Gesamtangebots.</w:t>
      </w:r>
    </w:p>
    <w:p>
      <w:r>
        <w:t>Die Klägerseite verwendet deshalb einen sachbezogenen Prüfansatz. Sie untersucht nicht, ob ein Programm ihren politischen Präferenzen entspricht. Geprüft werden soll, ob relevante Themen und tragfähige Gegenargumente über längere Zeit in einer Weise verengt werden, die unter Berücksichtigung der Eigenart des jeweiligen Formats, der Ereignislage und möglicher Ausgleichsangebote ein regelmäßiges erhebliches Defizit erkennen lässt. Dafür sind Gegenbeispiele nicht störend, sondern erforderlich: Sie zeigen, ob sich eine behauptete Regelmäßigkeit tatsächlich hält.</w:t>
      </w:r>
    </w:p>
    <w:p>
      <w:r>
        <w:t>Die Unterscheidung folgt zugleich aus dem gerichtlichen Maßstab. Das Bundesverwaltungsgericht verlangt weder ein in jeder Minute ideales Programm noch gleiches Gewicht für jede Auffassung. Eine methodische Messung kann daher nicht aus jeder Abweichung von Gleichverteilung einen Rechtsverstoß ableiten. Sie muss den behaupteten Mangel so beschreiben, dass zwischen zulässiger journalistischer Auswahl und dem geltend gemachten strukturellen Defizit unterschieden werden kann. [R01, Rn. 36-48]</w:t>
      </w:r>
    </w:p>
    <w:p>
      <w:pPr>
        <w:pStyle w:val="Heading2"/>
      </w:pPr>
      <w:r>
        <w:t>2.2 Übersicht der tatsächlich erschlossenen Untersuchungsbestände</w:t>
      </w:r>
    </w:p>
    <w:p>
      <w:r>
        <w:t>Die folgende Übersicht bezeichnet den vorhandenen Bestand. Sie vermeidet die frühere bloße Aufzählung von Autorennamen. Die in Abschnitt 1 bestimmte Beitragsperiode bleibt maßgeblich; ein später veröffentlichter Bericht ist verwendbar, wenn er passende frühere Inhalte untersucht. Ein Bericht über spätere Sendungen ist dagegen nur mit einer zusätzlichen Begründung als Vergleichsmaterial heranzuziehen.</w:t>
      </w:r>
    </w:p>
    <w:tbl>
      <w:tblPr>
        <w:tblW w:type="auto" w:w="0"/>
        <w:jc w:val="center"/>
        <w:tblLayout w:type="fixed"/>
        <w:tblLook w:firstColumn="1" w:firstRow="1" w:lastColumn="0" w:lastRow="0" w:noHBand="0" w:noVBand="1" w:val="04A0"/>
      </w:tblPr>
      <w:tblGrid>
        <w:gridCol w:w="1247"/>
        <w:gridCol w:w="2665"/>
        <w:gridCol w:w="2551"/>
        <w:gridCol w:w="2494"/>
      </w:tblGrid>
      <w:tr>
        <w:trPr>
          <w:tblHeader/>
          <w:cantSplit/>
        </w:trPr>
        <w:tc>
          <w:tcPr>
            <w:tcW w:type="dxa" w:w="124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Quelle</w:t>
            </w:r>
          </w:p>
        </w:tc>
        <w:tc>
          <w:tcPr>
            <w:tcW w:type="dxa" w:w="2665"/>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Tatsächlicher Gegenstand</w:t>
            </w:r>
          </w:p>
        </w:tc>
        <w:tc>
          <w:tcPr>
            <w:tcW w:type="dxa" w:w="2551"/>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Umfang / Abdeckung</w:t>
            </w:r>
          </w:p>
        </w:tc>
        <w:tc>
          <w:tcPr>
            <w:tcW w:type="dxa" w:w="249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Funktion hier</w:t>
            </w:r>
          </w:p>
        </w:tc>
      </w:tr>
      <w:tr>
        <w:trPr>
          <w:cantSplit/>
        </w:trPr>
        <w:tc>
          <w:tcPr>
            <w:tcW w:type="dxa" w:w="124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S06 Müller</w:t>
            </w:r>
          </w:p>
        </w:tc>
        <w:tc>
          <w:tcPr>
            <w:tcW w:type="dxa" w:w="266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Themen und Behandlung von Corona in Tagesschau 20 Uhr</w:t>
            </w:r>
          </w:p>
        </w:tc>
        <w:tc>
          <w:tcPr>
            <w:tcW w:type="dxa" w:w="255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2.144 Beiträge; davon 772 Corona; Jan.-Aug. 2020</w:t>
            </w:r>
          </w:p>
        </w:tc>
        <w:tc>
          <w:tcPr>
            <w:tcW w:type="dxa" w:w="249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Historischer, inhaltlich bestimmter Teilkorpus</w:t>
            </w:r>
          </w:p>
        </w:tc>
      </w:tr>
      <w:tr>
        <w:trPr>
          <w:cantSplit/>
        </w:trPr>
        <w:tc>
          <w:tcPr>
            <w:tcW w:type="dxa" w:w="124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S07 Glashaus</w:t>
            </w:r>
          </w:p>
        </w:tc>
        <w:tc>
          <w:tcPr>
            <w:tcW w:type="dxa" w:w="266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Gekennzeichnete Tagesthemen-Kommentare</w:t>
            </w:r>
          </w:p>
        </w:tc>
        <w:tc>
          <w:tcPr>
            <w:tcW w:type="dxa" w:w="255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2.911 Segmente aus 5.597 Folgen; 2010-2025</w:t>
            </w:r>
          </w:p>
        </w:tc>
        <w:tc>
          <w:tcPr>
            <w:tcW w:type="dxa" w:w="249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Langfristige Auswahlstruktur; Validierung getrennt</w:t>
            </w:r>
          </w:p>
        </w:tc>
      </w:tr>
      <w:tr>
        <w:trPr>
          <w:cantSplit/>
        </w:trPr>
        <w:tc>
          <w:tcPr>
            <w:tcW w:type="dxa" w:w="124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S08 O-Ton</w:t>
            </w:r>
          </w:p>
        </w:tc>
        <w:tc>
          <w:tcPr>
            <w:tcW w:type="dxa" w:w="266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Erkannte Namens-/Parteizeilen in vier Nachrichtenformaten</w:t>
            </w:r>
          </w:p>
        </w:tc>
        <w:tc>
          <w:tcPr>
            <w:tcW w:type="dxa" w:w="255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763 Ausgaben; 1.955 Einbindungen; unterschiedliche Zeitfenster</w:t>
            </w:r>
          </w:p>
        </w:tc>
        <w:tc>
          <w:tcPr>
            <w:tcW w:type="dxa" w:w="249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Deskriptive Sichtbarkeit und konkrete Abrufbegrenzungen</w:t>
            </w:r>
          </w:p>
        </w:tc>
      </w:tr>
      <w:tr>
        <w:trPr>
          <w:cantSplit/>
        </w:trPr>
        <w:tc>
          <w:tcPr>
            <w:tcW w:type="dxa" w:w="124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E10 Maurer/Haßler/Jost</w:t>
            </w:r>
          </w:p>
        </w:tc>
        <w:tc>
          <w:tcPr>
            <w:tcW w:type="dxa" w:w="266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Ukraine-Berichterstattung in acht Medien</w:t>
            </w:r>
          </w:p>
        </w:tc>
        <w:tc>
          <w:tcPr>
            <w:tcW w:type="dxa" w:w="255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4.292 Beiträge; 24.02.-31.05.2022</w:t>
            </w:r>
          </w:p>
        </w:tc>
        <w:tc>
          <w:tcPr>
            <w:tcW w:type="dxa" w:w="249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Originale quantitative Untersuchung; Medienunterschiede</w:t>
            </w:r>
          </w:p>
        </w:tc>
      </w:tr>
      <w:tr>
        <w:trPr>
          <w:cantSplit/>
        </w:trPr>
        <w:tc>
          <w:tcPr>
            <w:tcW w:type="dxa" w:w="124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S10 Jeitner</w:t>
            </w:r>
          </w:p>
        </w:tc>
        <w:tc>
          <w:tcPr>
            <w:tcW w:type="dxa" w:w="266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Vergleiche mehrerer Themenfelder</w:t>
            </w:r>
          </w:p>
        </w:tc>
        <w:tc>
          <w:tcPr>
            <w:tcW w:type="dxa" w:w="255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42-seitige Ausarbeitung, 12.04.2025</w:t>
            </w:r>
          </w:p>
        </w:tc>
        <w:tc>
          <w:tcPr>
            <w:tcW w:type="dxa" w:w="249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Benannte Vergleichsansätze, nicht eigenständiger Gesamtzensus</w:t>
            </w:r>
          </w:p>
        </w:tc>
      </w:tr>
      <w:tr>
        <w:trPr>
          <w:cantSplit/>
        </w:trPr>
        <w:tc>
          <w:tcPr>
            <w:tcW w:type="dxa" w:w="124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D01-D03 / E21</w:t>
            </w:r>
          </w:p>
        </w:tc>
        <w:tc>
          <w:tcPr>
            <w:tcW w:type="dxa" w:w="266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Beschwerdevorgänge und bestimmter Kontrollfall</w:t>
            </w:r>
          </w:p>
        </w:tc>
        <w:tc>
          <w:tcPr>
            <w:tcW w:type="dxa" w:w="255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4.086 Zeilen; drei gezielte Gruppen</w:t>
            </w:r>
          </w:p>
        </w:tc>
        <w:tc>
          <w:tcPr>
            <w:tcW w:type="dxa" w:w="249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Technisch geprüfte Aktivität, fallbezogene Ergebnisquellen</w:t>
            </w:r>
          </w:p>
        </w:tc>
      </w:tr>
    </w:tbl>
    <w:p>
      <w:pPr>
        <w:spacing w:after="0"/>
      </w:pPr>
    </w:p>
    <w:p>
      <w:r>
        <w:t>Die Arbeiten werden nicht als voneinander unabhängige Bestätigung gezählt, soweit sie dasselbe Ausgangsmaterial erneut referieren. Das V-Gutachten und das Kurzgutachten schaffen insbesondere keine zusätzlichen Sendungsbeobachtungen dadurch, dass sie Müller, Jeitner oder andere Studien besprechen. Ihre Funktion liegt in der rechtlichen und methodischen Verbindung. Die Tatsachenfundstellen bleiben die bezeichneten Originaluntersuchungen.</w:t>
      </w:r>
    </w:p>
    <w:p>
      <w:pPr>
        <w:pStyle w:val="Heading2"/>
      </w:pPr>
      <w:r>
        <w:t>2.3 Müller: Untersuchungsrahmen und vollständig bezeichnete Zählgrundlage</w:t>
      </w:r>
    </w:p>
    <w:p>
      <w:r>
        <w:t>Die gutachterliche Stellungnahme von Prof. Dr. Werner Müller vom 3. März 2026 untersucht die 20-Uhr-Tagesschau vom 1. Januar bis zum 31. August 2020. Die Arbeit besteht nicht nur aus einer zusammenfassenden Wertung. Sie enthält eine Sendungsthemenliste und gesonderte Datentabellen zu den Abbildungen. Der quantitativ beschriebene Ausschnitt umfasst 2.144 Beiträge. Davon ordnet der Verfasser 772 dem Thema Corona, 606 dem Inland, 610 dem Ausland, 106 dem Sport und 50 den Nachrufen zu. Diese Zahlen werden als Angaben der Originalarbeit eingeführt; eine vollständige erneute Sichtung aller Ursprungsvideos wird nicht behauptet. [S06, PDF-S. 6; Dokumentation ab PDF-S. 27]</w:t>
      </w:r>
    </w:p>
    <w:p>
      <w:r>
        <w:t>Innerhalb der 772 Corona-Beiträge verwendet die Arbeit sieben Kategorien. Die Anteile der nachfolgenden Tabelle sind in dieser Fassung aus den angegebenen absoluten Werten nachgerechnet. Die Summe der Kategorien beträgt 772; dadurch ist die rechnerische Abgrenzung dieses Teilkorpus nachvollziehbar. Eine methodische Bestätigung der ursprünglichen Kategorienzuordnung ist mit dieser Addition nicht verbunden.</w:t>
      </w:r>
    </w:p>
    <w:tbl>
      <w:tblPr>
        <w:tblW w:type="auto" w:w="0"/>
        <w:jc w:val="center"/>
        <w:tblLayout w:type="fixed"/>
        <w:tblLook w:firstColumn="1" w:firstRow="1" w:lastColumn="0" w:lastRow="0" w:noHBand="0" w:noVBand="1" w:val="04A0"/>
      </w:tblPr>
      <w:tblGrid>
        <w:gridCol w:w="4649"/>
        <w:gridCol w:w="1701"/>
        <w:gridCol w:w="2608"/>
      </w:tblGrid>
      <w:tr>
        <w:trPr>
          <w:tblHeader/>
          <w:cantSplit/>
        </w:trPr>
        <w:tc>
          <w:tcPr>
            <w:tcW w:type="dxa" w:w="4649"/>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Kategorie nach S06</w:t>
            </w:r>
          </w:p>
        </w:tc>
        <w:tc>
          <w:tcPr>
            <w:tcW w:type="dxa" w:w="1701"/>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Berichtete Anzahl</w:t>
            </w:r>
          </w:p>
        </w:tc>
        <w:tc>
          <w:tcPr>
            <w:tcW w:type="dxa" w:w="260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Nachgerechnet: Anteil an 772</w:t>
            </w:r>
          </w:p>
        </w:tc>
      </w:tr>
      <w:tr>
        <w:trPr>
          <w:cantSplit/>
        </w:trPr>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Maßnahmen</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224</w:t>
            </w:r>
          </w:p>
        </w:tc>
        <w:tc>
          <w:tcPr>
            <w:tcW w:type="dxa" w:w="260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29,02 %</w:t>
            </w:r>
          </w:p>
        </w:tc>
      </w:tr>
      <w:tr>
        <w:trPr>
          <w:cantSplit/>
        </w:trPr>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Gefahr</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113</w:t>
            </w:r>
          </w:p>
        </w:tc>
        <w:tc>
          <w:tcPr>
            <w:tcW w:type="dxa" w:w="260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14,64 %</w:t>
            </w:r>
          </w:p>
        </w:tc>
      </w:tr>
      <w:tr>
        <w:trPr>
          <w:cantSplit/>
        </w:trPr>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Ausland</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219</w:t>
            </w:r>
          </w:p>
        </w:tc>
        <w:tc>
          <w:tcPr>
            <w:tcW w:type="dxa" w:w="260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28,37 %</w:t>
            </w:r>
          </w:p>
        </w:tc>
      </w:tr>
      <w:tr>
        <w:trPr>
          <w:cantSplit/>
        </w:trPr>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Proteste</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30</w:t>
            </w:r>
          </w:p>
        </w:tc>
        <w:tc>
          <w:tcPr>
            <w:tcW w:type="dxa" w:w="260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3,89 %</w:t>
            </w:r>
          </w:p>
        </w:tc>
      </w:tr>
      <w:tr>
        <w:trPr>
          <w:cantSplit/>
        </w:trPr>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Diskussion</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48</w:t>
            </w:r>
          </w:p>
        </w:tc>
        <w:tc>
          <w:tcPr>
            <w:tcW w:type="dxa" w:w="260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6,22 %</w:t>
            </w:r>
          </w:p>
        </w:tc>
      </w:tr>
      <w:tr>
        <w:trPr>
          <w:cantSplit/>
        </w:trPr>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Wirtschaft und Hilfen</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121</w:t>
            </w:r>
          </w:p>
        </w:tc>
        <w:tc>
          <w:tcPr>
            <w:tcW w:type="dxa" w:w="260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15,67 %</w:t>
            </w:r>
          </w:p>
        </w:tc>
      </w:tr>
      <w:tr>
        <w:trPr>
          <w:cantSplit/>
        </w:trPr>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Impfung etc.</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17</w:t>
            </w:r>
          </w:p>
        </w:tc>
        <w:tc>
          <w:tcPr>
            <w:tcW w:type="dxa" w:w="260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2,20 %</w:t>
            </w:r>
          </w:p>
        </w:tc>
      </w:tr>
      <w:tr>
        <w:trPr>
          <w:cantSplit/>
        </w:trPr>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Summe</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772</w:t>
            </w:r>
          </w:p>
        </w:tc>
        <w:tc>
          <w:tcPr>
            <w:tcW w:type="dxa" w:w="260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100,00 %</w:t>
            </w:r>
          </w:p>
        </w:tc>
      </w:tr>
    </w:tbl>
    <w:p>
      <w:pPr>
        <w:spacing w:after="0"/>
      </w:pPr>
    </w:p>
    <w:p>
      <w:r>
        <w:t>Die Zusammenfassung der Stellungnahme nennt zugleich einen Corona-Anteil von 34 Prozent. Aus 772 dividiert durch 2.144 ergeben sich dagegen rund 36,0 Prozent. Diese Abweichung wird ausdrücklich offengelegt. Sie lässt sich ohne Erläuterung des Verfassers nicht durch ein stilles Ersetzen des einen Wertes beseitigen. Für die hiesige Darlegung werden deshalb die bezeichneten absoluten Zahlen und die daraus berechneten Anteile verwendet; der abweichende Zusammenfassungswert wird nicht als bestätigte Kennzahl weitergetragen. [S06, PDF-S. 4 und 6]</w:t>
      </w:r>
    </w:p>
    <w:p>
      <w:r>
        <w:t>Der Erkenntnisgewinn besteht bereits darin, dass die Arbeit den damaligen Themenraum in einen benannten Korpus und nachvollziehbare Teilmengen zerlegt. Der Vortrag richtet sich nicht auf das unbestimmte Empfinden, Corona sei zu häufig vorgekommen. Er richtet sich auf die Frage, wie innerhalb eines umfangreichen Themenblocks Informationen, Gegenargumente und Einordnungen verteilt waren. Die Häufigkeit des Themas allein entscheidet diese Frage noch nicht.</w:t>
      </w:r>
    </w:p>
    <w:p>
      <w:pPr>
        <w:pStyle w:val="Heading2"/>
      </w:pPr>
      <w:r>
        <w:t>2.4 Müller: konkrete positive Befunde und ihre begrenzte Übernahme</w:t>
      </w:r>
    </w:p>
    <w:p>
      <w:r>
        <w:t>Der Verfasser unterscheidet selbst zwischen bloßer Information über geltende Maßnahmen und einer einseitigen Behandlung der Kontroverse. Zu den 224 Maßnahmenbeiträgen führt er aus, die Wiedergabe amtlicher Regeln und ihrer Begründung könne in diesem Zusammenhang angemessen sein. Dies ist ein wesentlicher Bestandteil der Originalargumentation: Nicht jeder Bezug auf amtliche Quellen wird bereits als Fehler behandelt. [S06, PDF-S. 9, Abschn. 2.1]</w:t>
      </w:r>
    </w:p>
    <w:p>
      <w:r>
        <w:t>Seine weitergehende Kritik betrifft vor allem die Auswahl der Quellen im Gefahrenblock, die Darstellung unterschiedlicher Vorgehensweisen im Ausland und den Inhalt der als Diskussion erfassten Beiträge. Für den Auslandsblock behauptet die Arbeit beispielsweise, dass innerhalb der 219 gezählten Beiträge kein Beitrag das dort als Gegenmodell bezeichnete Schweden behandelt habe. Das ist eine bestimmte negative Tatsachenbehauptung zu einem bestimmbaren Korpus, nicht lediglich ein Werturteil. Sie bedarf des Abgleichs mit den betreffenden Beiträgen; die weitreichenden Deutungen des Verfassers zu den redaktionellen Motiven werden davon getrennt. [S06, PDF-S. 9-10]</w:t>
      </w:r>
    </w:p>
    <w:p>
      <w:r>
        <w:t>Die Kategorien Diskussion und Proteste umfassen nach der Arbeit zusammen 78 Beiträge. Die Größe dieser Teilmenge belegt nicht, dass Kritik in den übrigen Kategorien fehlte. Sie bezeichnet aber einen handhabbaren Prüfbestand: Es kann untersucht werden, welche konkrete Kritik darin vorgestellt wurde, ob sie argumentativ wiedergegeben oder nur als Ereignis erwähnt wurde und ob Gegeneinwände sachlich zutrafen. Eine Aufklärung lässt sich damit auf bestimmte Inhalte richten, statt ein Gutachten zur allgemeinen Frage zu verlangen, ob der Rundfunk einseitig sei.</w:t>
      </w:r>
    </w:p>
    <w:p>
      <w:r>
        <w:t>Die Klägerseite macht sich nicht sämtliche medizinischen, epidemiologischen oder kausalen Aussagen der Stellungnahme zu eigen. Ob eine damals diskutierte Behauptung fachlich tragfähig war, muss anhand des damaligen Erkenntnisstands und geeigneter Fachquellen beurteilt werden. Die medienbezogene Frage ist, ob relevante tatsächliche Kontroversen zutreffend dargestellt wurden. Sie ist nicht gleichbedeutend mit dem Anspruch, jede fachlich nicht abgesicherte Gegenbehauptung gleichgewichtig zu verbreiten.</w:t>
      </w:r>
    </w:p>
    <w:p>
      <w:r>
        <w:t>Aus diesen Befunden ergibt sich ein bestimmter Aufklärungsgegenstand: die Nachprüfung der Kategorienzuordnung und der behaupteten Perspektivenverengung im bezeichneten historischen Teilkorpus. Nicht abgeleitet wird bereits ein Befund zu allen Anstalten, allen Medienarten oder beliebigen späteren Beitragsjahren. Das Ende im August 2020 lässt eine zeitliche Lücke gegenüber einer mindestens zweijährigen Gesamtbetrachtung offen. Diese Lücke wird in der Zeitmatrix sichtbar gemacht und nicht durch die Seitenzahl der Stellungnahme verdeckt.</w:t>
      </w:r>
    </w:p>
    <w:p>
      <w:pPr>
        <w:pStyle w:val="Heading2"/>
      </w:pPr>
      <w:r>
        <w:t>2.5 Glashaus: langjähriger Korpus statt einzelner Kommentar</w:t>
      </w:r>
    </w:p>
    <w:p>
      <w:r>
        <w:t>Das Whitepaper der Glashaus Technologies gGmbH i.G. vom 25. Juni 2026 beschreibt eine Auswertung von 5.597 Tagesthemen-Folgen im Zeitraum vom 26. April 2010 bis zum 13. November 2025. Darin wurden 2.911 verifizierte Kommentarsegmente erfasst, aus denen 16.226 gültige Einzelbewertungen zu den jeweils zugeordneten Wahlprogrammen entstanden. Die 16.226 Werte sind keine ebenso große Zahl voneinander unabhängiger Kommentare: Ein Kommentar kann mehrere Referenzbewertungen erzeugen. Nachrichtenbeiträge sind ausdrücklich nicht Gegenstand dieser Arbeit. [S07, S. 1-2 und 6-7]</w:t>
      </w:r>
    </w:p>
    <w:p>
      <w:r>
        <w:t>Die Klägerseite führt damit einen über viele Jahre abgegrenzten redaktionellen Auswahlbestand ein. Für die gegenständliche Einordnung ist entscheidend, dass institutionell verantwortete Meinungsbeiträge untersucht werden. Die Zulässigkeit einer erkennbar als Meinung gekennzeichneten Einzeläußerung beantwortet nicht automatisch die andere Frage, welche Bandbreite die Gesamtheit der ausgewählten Kommentare über längere Zeit aufweist. Diese Aggregationsfrage ist vom Anspruch auf einen neutralen Einzelkommentar zu unterscheiden.</w:t>
      </w:r>
    </w:p>
    <w:p>
      <w:r>
        <w:t>Die Originalarbeit weist zehn Themenkategorien aus. Ihre Verteilung ist im Schriftsatz wiedergegeben, weil sie den tatsächlichen Untersuchungsgegenstand besser beschreibt als die bloße Zahl von 2.911 Kommentaren. Die Zahlen der Tabelle stammen aus Anhang C des Whitepapers; die Summen wurden nachgerechnet.</w:t>
      </w:r>
    </w:p>
    <w:tbl>
      <w:tblPr>
        <w:tblW w:type="auto" w:w="0"/>
        <w:jc w:val="center"/>
        <w:tblLayout w:type="fixed"/>
        <w:tblLook w:firstColumn="1" w:firstRow="1" w:lastColumn="0" w:lastRow="0" w:noHBand="0" w:noVBand="1" w:val="04A0"/>
      </w:tblPr>
      <w:tblGrid>
        <w:gridCol w:w="5216"/>
        <w:gridCol w:w="1701"/>
        <w:gridCol w:w="2041"/>
      </w:tblGrid>
      <w:tr>
        <w:trPr>
          <w:tblHeader/>
          <w:cantSplit/>
        </w:trPr>
        <w:tc>
          <w:tcPr>
            <w:tcW w:type="dxa" w:w="5216"/>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Themenfeld nach S07</w:t>
            </w:r>
          </w:p>
        </w:tc>
        <w:tc>
          <w:tcPr>
            <w:tcW w:type="dxa" w:w="1701"/>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Segmente gesamt</w:t>
            </w:r>
          </w:p>
        </w:tc>
        <w:tc>
          <w:tcPr>
            <w:tcW w:type="dxa" w:w="2041"/>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Davon Wahlkampffenster</w:t>
            </w:r>
          </w:p>
        </w:tc>
      </w:tr>
      <w:tr>
        <w:trPr>
          <w:cantSplit/>
        </w:trPr>
        <w:tc>
          <w:tcPr>
            <w:tcW w:type="dxa" w:w="5216"/>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Außenpolitik und Verteidigung</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620</w:t>
            </w:r>
          </w:p>
        </w:tc>
        <w:tc>
          <w:tcPr>
            <w:tcW w:type="dxa" w:w="204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43</w:t>
            </w:r>
          </w:p>
        </w:tc>
      </w:tr>
      <w:tr>
        <w:trPr>
          <w:cantSplit/>
        </w:trPr>
        <w:tc>
          <w:tcPr>
            <w:tcW w:type="dxa" w:w="5216"/>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Wirtschaft und Arbeitsmarkt</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352</w:t>
            </w:r>
          </w:p>
        </w:tc>
        <w:tc>
          <w:tcPr>
            <w:tcW w:type="dxa" w:w="204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17</w:t>
            </w:r>
          </w:p>
        </w:tc>
      </w:tr>
      <w:tr>
        <w:trPr>
          <w:cantSplit/>
        </w:trPr>
        <w:tc>
          <w:tcPr>
            <w:tcW w:type="dxa" w:w="5216"/>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Migration und Asyl</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279</w:t>
            </w:r>
          </w:p>
        </w:tc>
        <w:tc>
          <w:tcPr>
            <w:tcW w:type="dxa" w:w="204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18</w:t>
            </w:r>
          </w:p>
        </w:tc>
      </w:tr>
      <w:tr>
        <w:trPr>
          <w:cantSplit/>
        </w:trPr>
        <w:tc>
          <w:tcPr>
            <w:tcW w:type="dxa" w:w="5216"/>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Justiz, innere Sicherheit und Polizei</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279</w:t>
            </w:r>
          </w:p>
        </w:tc>
        <w:tc>
          <w:tcPr>
            <w:tcW w:type="dxa" w:w="204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12</w:t>
            </w:r>
          </w:p>
        </w:tc>
      </w:tr>
      <w:tr>
        <w:trPr>
          <w:cantSplit/>
        </w:trPr>
        <w:tc>
          <w:tcPr>
            <w:tcW w:type="dxa" w:w="5216"/>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Gesellschaft und Bildung</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136</w:t>
            </w:r>
          </w:p>
        </w:tc>
        <w:tc>
          <w:tcPr>
            <w:tcW w:type="dxa" w:w="204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9</w:t>
            </w:r>
          </w:p>
        </w:tc>
      </w:tr>
      <w:tr>
        <w:trPr>
          <w:cantSplit/>
        </w:trPr>
        <w:tc>
          <w:tcPr>
            <w:tcW w:type="dxa" w:w="5216"/>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Soziales, Rente und Gesundheit</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133</w:t>
            </w:r>
          </w:p>
        </w:tc>
        <w:tc>
          <w:tcPr>
            <w:tcW w:type="dxa" w:w="204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8</w:t>
            </w:r>
          </w:p>
        </w:tc>
      </w:tr>
      <w:tr>
        <w:trPr>
          <w:cantSplit/>
        </w:trPr>
        <w:tc>
          <w:tcPr>
            <w:tcW w:type="dxa" w:w="5216"/>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Klima und Energie</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133</w:t>
            </w:r>
          </w:p>
        </w:tc>
        <w:tc>
          <w:tcPr>
            <w:tcW w:type="dxa" w:w="204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8</w:t>
            </w:r>
          </w:p>
        </w:tc>
      </w:tr>
      <w:tr>
        <w:trPr>
          <w:cantSplit/>
        </w:trPr>
        <w:tc>
          <w:tcPr>
            <w:tcW w:type="dxa" w:w="5216"/>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Steuern und Finanzen</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63</w:t>
            </w:r>
          </w:p>
        </w:tc>
        <w:tc>
          <w:tcPr>
            <w:tcW w:type="dxa" w:w="204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w:t>
            </w:r>
          </w:p>
        </w:tc>
      </w:tr>
      <w:tr>
        <w:trPr>
          <w:cantSplit/>
        </w:trPr>
        <w:tc>
          <w:tcPr>
            <w:tcW w:type="dxa" w:w="5216"/>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Bürgerrechte und Datenschutz</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37</w:t>
            </w:r>
          </w:p>
        </w:tc>
        <w:tc>
          <w:tcPr>
            <w:tcW w:type="dxa" w:w="204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w:t>
            </w:r>
          </w:p>
        </w:tc>
      </w:tr>
      <w:tr>
        <w:trPr>
          <w:cantSplit/>
        </w:trPr>
        <w:tc>
          <w:tcPr>
            <w:tcW w:type="dxa" w:w="5216"/>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Sonstiges</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879</w:t>
            </w:r>
          </w:p>
        </w:tc>
        <w:tc>
          <w:tcPr>
            <w:tcW w:type="dxa" w:w="204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53</w:t>
            </w:r>
          </w:p>
        </w:tc>
      </w:tr>
      <w:tr>
        <w:trPr>
          <w:cantSplit/>
        </w:trPr>
        <w:tc>
          <w:tcPr>
            <w:tcW w:type="dxa" w:w="5216"/>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Summe</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2911</w:t>
            </w:r>
          </w:p>
        </w:tc>
        <w:tc>
          <w:tcPr>
            <w:tcW w:type="dxa" w:w="204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178</w:t>
            </w:r>
          </w:p>
        </w:tc>
      </w:tr>
    </w:tbl>
    <w:p>
      <w:pPr>
        <w:spacing w:after="0"/>
      </w:pPr>
    </w:p>
    <w:p>
      <w:r>
        <w:t>Die Restkategorie umfasst 879 Segmente und damit rund 30,2 Prozent des Korpus. Die Themenverteilung hat Folgen für die Verwendung: Ein Gesamtmittel wird erheblich von der Mischung unterschiedlicher Sachgebiete beeinflusst. Eine abweichende Kommentierung in einem einzelnen Feld kann darin verdeckt oder durch eine geänderte Themenmischung scheinbar erzeugt werden. Die von der Arbeit getrennt dargestellten Themen sind deshalb keine dekorative Ergänzung, sondern für eine sachgerechte Interpretation wesentlich.</w:t>
      </w:r>
    </w:p>
    <w:p>
      <w:pPr>
        <w:pStyle w:val="Heading2"/>
      </w:pPr>
      <w:r>
        <w:t>2.6 Glashaus: Messverfahren, berichtetes Ergebnis und gerichtliche Bedeutung</w:t>
      </w:r>
    </w:p>
    <w:p>
      <w:r>
        <w:t>Die beschriebene Verarbeitung umfasst die Identifikation des Kommentarsegments, die thematische Zuordnung, den Abgleich mit dem zum Sendungsdatum aktiven Referenzprogramm und die Bewertung durch mehrere Sprachmodelle. Das Verfahren misst inhaltliche Nähe zu Referenztexten. Es misst nicht unmittelbar Wahrheit, journalistische Sorgfalt oder die gesamte Meinungsvielfalt des Rundfunks. Die Originalarbeit berichtet ein zeitlich stabiles asymmetrisches Muster innerhalb dieses Messmodells. Im Schriftsatz wird daraus weder eine normative Parteienrangfolge noch ein Nachweis politischer Steuerung gemacht. [S07, S. 7 und 12-14]</w:t>
      </w:r>
    </w:p>
    <w:p>
      <w:r>
        <w:t>Der konkret nutzbare Befund liegt in der behaupteten zeitlichen Stabilität eines mit denselben Regeln untersuchten Auswahlbestands. Das unterscheidet die Arbeit von einer Liste weniger auffälliger Kommentare. Ihre gerichtliche Verwendung setzt aber voraus, dass der Messwert tatsächlich dasjenige Merkmal erfasst, aus dem der rechtliche Schluss gezogen werden soll. Eine hohe semantische Übereinstimmung mit einem Referenzprogramm kann schon durch die behandelte Sachfrage entstehen. Sie beweist nicht, dass eine Redaktion sich an einer Partei orientiert hat.</w:t>
      </w:r>
    </w:p>
    <w:p>
      <w:r>
        <w:t>Die Referenzprogramme wechseln zudem über die Jahre. Eine Veränderung des Messwerts kann auf veränderte Kommentare, veränderte Referenztexte oder deren Zusammenspiel zurückgehen. Die Originalarbeit regelt diese Zuordnung sendungsbezogen und weist für eine erst später einbezogene Partei einen abweichenden Beginn aus. Damit ist für einen historischen Vergleich die Zahl der jeweils gültigen Referenzbewertungen zu kontrollieren. Ungültige oder mangels Referenz fehlende Werte dürfen nicht wie eine inhaltlich neutrale Beobachtung gerechnet werden. [S07, Anhang A.2 und B]</w:t>
      </w:r>
    </w:p>
    <w:p>
      <w:r>
        <w:t>Die Originalarbeit verwendet Nullwerte zugleich für fehlenden erkennbaren Programmbezug beziehungsweise einen konservativen Fehlermodus. Für die gerichtliche Interpretation muss daher geklärt werden, ob ein Nullwert einen sachlichen Nichtbezug oder einen technischen Nichterfolg bezeichnet. Werden beide vermischt, kann sich der Eindruck eines durchschnittlich neutralen Kommentars ergeben, obwohl der Messvorgang nur keine Zuordnung ermöglichte. Dieser Punkt ist ein konkret benanntes Validierungsthema, nicht der pauschale Einwand, KI könne grundsätzlich keine Inhalte analysieren.</w:t>
      </w:r>
    </w:p>
    <w:p>
      <w:r>
        <w:t>Die Klägerseite verlangt deshalb keine gerichtliche Übernahme des Bewertungssystems. Sie regt dessen fachliche Einordnung im Hinblick auf einen bestimmten historischen Ausschnitt an: Eignen sich die Segmentauswahl und Referenzzuordnung dazu, die Bandbreite institutionell ausgewählter Standpunkte zu beschreiben, und welche zusätzliche menschliche Kodierung ist notwendig, um aus dem technischen Ergebnis eine belastbare Aussage über Perspektivenvielfalt abzuleiten? Die Antwort ist eine sachverständige Methodenfrage; die Rechtsfolge bleibt dem Gericht vorbehalten.</w:t>
      </w:r>
    </w:p>
    <w:p>
      <w:pPr>
        <w:pStyle w:val="Heading2"/>
      </w:pPr>
      <w:r>
        <w:t>2.7 Glashaus: bereits enthaltene Kontrollen und noch nicht nachgewiesene Validierung</w:t>
      </w:r>
    </w:p>
    <w:p>
      <w:r>
        <w:t>Im Anhang sind unter anderem ein 180-Tage-Rollfenster mit mindestens 15 Folgen sowie ein Bootstrap-Verfahren mit 2.000 Wiederholungen und festem Startwert dokumentiert. Das macht bestimmte Rechenschritte beschreibbar. Ein statistisches Unsicherheitsverfahren kann jedoch nur die Unsicherheit unter seinen Modellannahmen behandeln. Ein systematischer Fehler der Segmenterkennung oder der inhaltlichen Bewertungsregel wird nicht dadurch beseitigt, dass auf denselben Werten viele Wiederholungsrechnungen ausgeführt werden. [S07, S. 14]</w:t>
      </w:r>
    </w:p>
    <w:p>
      <w:r>
        <w:t>Die Arbeit nennt 178 Kommentarsegmente in ihren Wahlkampffenstern gegenüber 2.733 außerhalb. Für den Gesamtvergleich erklärt sie die statistische Belastbarkeit selbst für eingeschränkt. Ein allgemeiner Wahleinfluss wird daraus in dieser Klage nicht abgeleitet. Die Wahlkampfabgrenzung dient hier lediglich der Beschreibung des Untersuchungsdesigns und einer möglichen Quelle unterschiedlicher Ereignislagen.</w:t>
      </w:r>
    </w:p>
    <w:p>
      <w:r>
        <w:t>Die vom Whitepaper selbst genannte fehlende unabhängige Kalibrierung der Modelle wird beibehalten. Eine Ensemble-Auswertung kann Zufallsschwankungen einzelner Modelle reduzieren; sie schließt gemeinsame systematische Fehler nicht aus. Die erforderliche Anschlussprüfung ist konkret: Eine nach offengelegter Regel ausgewählte Menge von Kommentaren ist am Ursprungstext beziehungsweise Video durch fachkundige Menschen zu kodieren. Anschließend sind die Modellzuordnungen mit dieser unabhängigen Kodierung zu vergleichen. Weder die Durchführung einer solchen neuen Kontrolle noch deren Ergebnis wird vorgetäuscht.</w:t>
      </w:r>
    </w:p>
    <w:p>
      <w:r>
        <w:t>Der Langzeitkorpus ist damit ein realer Erkenntnisbestand, nicht ein Beweis jeder aus ihm denkbaren Schlussfolgerung. Für das Verfahren liefert er einen konkret bezeichneten Untersuchungsansatz zu institutioneller Kommentarauswahl. Die noch benötigten Dateien sind Segmentliste, Zuordnung der Referenzprogramme, Bewertungsanweisungen, Modellspezifikationen und Einzelwerte im passenden Zeitraum. Das in Abschnitt 4 beschriebene Beweisangebot knüpft an genau diese Arbeitsschritte an.</w:t>
      </w:r>
    </w:p>
    <w:p>
      <w:pPr>
        <w:pStyle w:val="Heading2"/>
      </w:pPr>
      <w:r>
        <w:t>2.8 O-Ton-Bericht: tatsächliche Korpora und absolute Ergebnisse</w:t>
      </w:r>
    </w:p>
    <w:p>
      <w:r>
        <w:t>Der technische Bericht mit Dokumentstand 16. September 2026 untersucht O-Ton-Einbindungen mit erkannter Parteizuordnung in vier Nachrichtensendungen. Seine eigenen Tabellen weisen insgesamt 763 ausgewertete Ausgaben mit 1.955 Einbindungen aus. Diese beiden Summen sind hier aus den vier berichteten Teilmengen nachgerechnet. Die Teilmengen haben sehr unterschiedliche zeitliche Abdeckungen und werden deshalb nicht zu einer gemeinsamen Repräsentativitätsbehauptung zusammengezogen. [S08, S. 3-10]</w:t>
      </w:r>
    </w:p>
    <w:tbl>
      <w:tblPr>
        <w:tblW w:type="auto" w:w="0"/>
        <w:jc w:val="center"/>
        <w:tblLayout w:type="fixed"/>
        <w:tblLook w:firstColumn="1" w:firstRow="1" w:lastColumn="0" w:lastRow="0" w:noHBand="0" w:noVBand="1" w:val="04A0"/>
      </w:tblPr>
      <w:tblGrid>
        <w:gridCol w:w="2721"/>
        <w:gridCol w:w="1020"/>
        <w:gridCol w:w="1757"/>
        <w:gridCol w:w="3458"/>
      </w:tblGrid>
      <w:tr>
        <w:trPr>
          <w:tblHeader/>
          <w:cantSplit/>
        </w:trPr>
        <w:tc>
          <w:tcPr>
            <w:tcW w:type="dxa" w:w="2721"/>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Format</w:t>
            </w:r>
          </w:p>
        </w:tc>
        <w:tc>
          <w:tcPr>
            <w:tcW w:type="dxa" w:w="1020"/>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Ausgaben</w:t>
            </w:r>
          </w:p>
        </w:tc>
        <w:tc>
          <w:tcPr>
            <w:tcW w:type="dxa" w:w="175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Einbindungen</w:t>
            </w:r>
          </w:p>
        </w:tc>
        <w:tc>
          <w:tcPr>
            <w:tcW w:type="dxa" w:w="345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Im Bericht genannter Zeitraum</w:t>
            </w:r>
          </w:p>
        </w:tc>
      </w:tr>
      <w:tr>
        <w:trPr>
          <w:cantSplit/>
        </w:trPr>
        <w:tc>
          <w:tcPr>
            <w:tcW w:type="dxa" w:w="272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Tagesschau 20 Uhr</w:t>
            </w:r>
          </w:p>
        </w:tc>
        <w:tc>
          <w:tcPr>
            <w:tcW w:type="dxa" w:w="1020"/>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354</w:t>
            </w:r>
          </w:p>
        </w:tc>
        <w:tc>
          <w:tcPr>
            <w:tcW w:type="dxa" w:w="175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780</w:t>
            </w:r>
          </w:p>
        </w:tc>
        <w:tc>
          <w:tcPr>
            <w:tcW w:type="dxa" w:w="345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03.09.2025-03.09.2026</w:t>
            </w:r>
          </w:p>
        </w:tc>
      </w:tr>
      <w:tr>
        <w:trPr>
          <w:cantSplit/>
        </w:trPr>
        <w:tc>
          <w:tcPr>
            <w:tcW w:type="dxa" w:w="272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ZDF heute 19 Uhr</w:t>
            </w:r>
          </w:p>
        </w:tc>
        <w:tc>
          <w:tcPr>
            <w:tcW w:type="dxa" w:w="1020"/>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364</w:t>
            </w:r>
          </w:p>
        </w:tc>
        <w:tc>
          <w:tcPr>
            <w:tcW w:type="dxa" w:w="175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1049</w:t>
            </w:r>
          </w:p>
        </w:tc>
        <w:tc>
          <w:tcPr>
            <w:tcW w:type="dxa" w:w="345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03.09.2025-03.09.2026</w:t>
            </w:r>
          </w:p>
        </w:tc>
      </w:tr>
      <w:tr>
        <w:trPr>
          <w:cantSplit/>
        </w:trPr>
        <w:tc>
          <w:tcPr>
            <w:tcW w:type="dxa" w:w="272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BR24 18:30 Uhr</w:t>
            </w:r>
          </w:p>
        </w:tc>
        <w:tc>
          <w:tcPr>
            <w:tcW w:type="dxa" w:w="1020"/>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19</w:t>
            </w:r>
          </w:p>
        </w:tc>
        <w:tc>
          <w:tcPr>
            <w:tcW w:type="dxa" w:w="175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60</w:t>
            </w:r>
          </w:p>
        </w:tc>
        <w:tc>
          <w:tcPr>
            <w:tcW w:type="dxa" w:w="345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19.11.2025 sowie 17.08.-03.09.2026</w:t>
            </w:r>
          </w:p>
        </w:tc>
      </w:tr>
      <w:tr>
        <w:trPr>
          <w:cantSplit/>
        </w:trPr>
        <w:tc>
          <w:tcPr>
            <w:tcW w:type="dxa" w:w="272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hessenschau 19:30 Uhr</w:t>
            </w:r>
          </w:p>
        </w:tc>
        <w:tc>
          <w:tcPr>
            <w:tcW w:type="dxa" w:w="1020"/>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26</w:t>
            </w:r>
          </w:p>
        </w:tc>
        <w:tc>
          <w:tcPr>
            <w:tcW w:type="dxa" w:w="175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66</w:t>
            </w:r>
          </w:p>
        </w:tc>
        <w:tc>
          <w:tcPr>
            <w:tcW w:type="dxa" w:w="345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19.08.-17.09.2026; vier weitere Abrufe gesperrt</w:t>
            </w:r>
          </w:p>
        </w:tc>
      </w:tr>
      <w:tr>
        <w:trPr>
          <w:cantSplit/>
        </w:trPr>
        <w:tc>
          <w:tcPr>
            <w:tcW w:type="dxa" w:w="272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Summe der ungleichen Korpora</w:t>
            </w:r>
          </w:p>
        </w:tc>
        <w:tc>
          <w:tcPr>
            <w:tcW w:type="dxa" w:w="1020"/>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763</w:t>
            </w:r>
          </w:p>
        </w:tc>
        <w:tc>
          <w:tcPr>
            <w:tcW w:type="dxa" w:w="175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1955</w:t>
            </w:r>
          </w:p>
        </w:tc>
        <w:tc>
          <w:tcPr>
            <w:tcW w:type="dxa" w:w="345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Keine gemeinsame Vollabdeckung</w:t>
            </w:r>
          </w:p>
        </w:tc>
      </w:tr>
    </w:tbl>
    <w:p>
      <w:pPr>
        <w:spacing w:after="0"/>
      </w:pPr>
    </w:p>
    <w:p>
      <w:r>
        <w:t>Die folgende Tabelle gibt die absoluten berichteten Trefferzahlen alphabetisch nach Parteibezeichnung wieder. Sie ist eine Beschreibung des technischen Zählergebnisses, keine Bewertung von Parteien und keine Rangfolge journalistischer Angemessenheit. Ihre Spalten beziehen sich auf die jeweils vorstehend bezeichneten Korpora. Eine zeilenweise Addition über die vier unterschiedlich abgegrenzten Angebote wäre für eine Aussage zur Gesamtpräsenz methodisch nicht ohne Weiteres sinnvoll.</w:t>
      </w:r>
    </w:p>
    <w:tbl>
      <w:tblPr>
        <w:tblW w:type="auto" w:w="0"/>
        <w:jc w:val="center"/>
        <w:tblLayout w:type="fixed"/>
        <w:tblLook w:firstColumn="1" w:firstRow="1" w:lastColumn="0" w:lastRow="0" w:noHBand="0" w:noVBand="1" w:val="04A0"/>
      </w:tblPr>
      <w:tblGrid>
        <w:gridCol w:w="3061"/>
        <w:gridCol w:w="1474"/>
        <w:gridCol w:w="1474"/>
        <w:gridCol w:w="1304"/>
        <w:gridCol w:w="1644"/>
      </w:tblGrid>
      <w:tr>
        <w:trPr>
          <w:tblHeader/>
          <w:cantSplit/>
        </w:trPr>
        <w:tc>
          <w:tcPr>
            <w:tcW w:type="dxa" w:w="3061"/>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Parteibezeichnung</w:t>
            </w:r>
          </w:p>
        </w:tc>
        <w:tc>
          <w:tcPr>
            <w:tcW w:type="dxa" w:w="147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Tagesschau</w:t>
            </w:r>
          </w:p>
        </w:tc>
        <w:tc>
          <w:tcPr>
            <w:tcW w:type="dxa" w:w="147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ZDF heute</w:t>
            </w:r>
          </w:p>
        </w:tc>
        <w:tc>
          <w:tcPr>
            <w:tcW w:type="dxa" w:w="130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BR24</w:t>
            </w:r>
          </w:p>
        </w:tc>
        <w:tc>
          <w:tcPr>
            <w:tcW w:type="dxa" w:w="164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hessenschau</w:t>
            </w:r>
          </w:p>
        </w:tc>
      </w:tr>
      <w:tr>
        <w:trPr>
          <w:cantSplit/>
        </w:trPr>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AfD</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37</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88</w:t>
            </w:r>
          </w:p>
        </w:tc>
        <w:tc>
          <w:tcPr>
            <w:tcW w:type="dxa" w:w="130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w:t>
            </w:r>
          </w:p>
        </w:tc>
        <w:tc>
          <w:tcPr>
            <w:tcW w:type="dxa" w:w="164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w:t>
            </w:r>
          </w:p>
        </w:tc>
      </w:tr>
      <w:tr>
        <w:trPr>
          <w:cantSplit/>
        </w:trPr>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BSW</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20</w:t>
            </w:r>
          </w:p>
        </w:tc>
        <w:tc>
          <w:tcPr>
            <w:tcW w:type="dxa" w:w="130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64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Bündnis 90/Die Grünen</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104</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9</w:t>
            </w:r>
          </w:p>
        </w:tc>
        <w:tc>
          <w:tcPr>
            <w:tcW w:type="dxa" w:w="130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64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CDU/CSU</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400</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547</w:t>
            </w:r>
          </w:p>
        </w:tc>
        <w:tc>
          <w:tcPr>
            <w:tcW w:type="dxa" w:w="130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39</w:t>
            </w:r>
          </w:p>
        </w:tc>
        <w:tc>
          <w:tcPr>
            <w:tcW w:type="dxa" w:w="164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40</w:t>
            </w:r>
          </w:p>
        </w:tc>
      </w:tr>
      <w:tr>
        <w:trPr>
          <w:cantSplit/>
        </w:trPr>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Die Linke</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40</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65</w:t>
            </w:r>
          </w:p>
        </w:tc>
        <w:tc>
          <w:tcPr>
            <w:tcW w:type="dxa" w:w="130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64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w:t>
            </w:r>
          </w:p>
        </w:tc>
      </w:tr>
      <w:tr>
        <w:trPr>
          <w:cantSplit/>
        </w:trPr>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FDP</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7</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18</w:t>
            </w:r>
          </w:p>
        </w:tc>
        <w:tc>
          <w:tcPr>
            <w:tcW w:type="dxa" w:w="130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64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w:t>
            </w:r>
          </w:p>
        </w:tc>
      </w:tr>
      <w:tr>
        <w:trPr>
          <w:cantSplit/>
        </w:trPr>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SPD</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189</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302</w:t>
            </w:r>
          </w:p>
        </w:tc>
        <w:tc>
          <w:tcPr>
            <w:tcW w:type="dxa" w:w="130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17</w:t>
            </w:r>
          </w:p>
        </w:tc>
        <w:tc>
          <w:tcPr>
            <w:tcW w:type="dxa" w:w="164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14</w:t>
            </w:r>
          </w:p>
        </w:tc>
      </w:tr>
      <w:tr>
        <w:trPr>
          <w:cantSplit/>
        </w:trPr>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Summe</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780</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1049</w:t>
            </w:r>
          </w:p>
        </w:tc>
        <w:tc>
          <w:tcPr>
            <w:tcW w:type="dxa" w:w="130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60</w:t>
            </w:r>
          </w:p>
        </w:tc>
        <w:tc>
          <w:tcPr>
            <w:tcW w:type="dxa" w:w="164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66</w:t>
            </w:r>
          </w:p>
        </w:tc>
      </w:tr>
    </w:tbl>
    <w:p>
      <w:pPr>
        <w:spacing w:after="0"/>
      </w:pPr>
    </w:p>
    <w:p>
      <w:r>
        <w:t>Die Zahlen zeigen unter anderem, dass selbst zwischen den beiden großen, ähnlich datierten Nachrichtenkorpora erhebliche Unterschiede in einzelnen erkannten Einbindungszahlen bestehen. Gerade dieser Befund verlangt eine methodische Prüfung: Er kann auf tatsächliche Formatunterschiede, auf unterschiedliche Erkennungsverfahren oder auf beides zurückgehen. Eine vorschnelle inhaltliche Wertung würde diesen Befund nicht stärken, sondern seine Ursachenfrage überspringen.</w:t>
      </w:r>
    </w:p>
    <w:p>
      <w:pPr>
        <w:pStyle w:val="Heading2"/>
      </w:pPr>
      <w:r>
        <w:t>2.9 O-Ton-Bericht: zwei Erkennungswege und ihre Folgen</w:t>
      </w:r>
    </w:p>
    <w:p>
      <w:r>
        <w:t>Bei der Tagesschau werden farbig markierte WebVTT-Untertitel zu Kandidatensegmenten verbunden; eine Unterbrechung von höchstens 1,5 Sekunden wird nach der Beschreibung noch zusammengefasst. Je Segment werden bis zu drei Bilder an unterschiedlichen Positionen entnommen. Die Namens- beziehungsweise Parteizeile wird per OCR gelesen. Ein Treffer wird je Segment und Partei als Einbindung gezählt. [S08, S. 7]</w:t>
      </w:r>
    </w:p>
    <w:p>
      <w:r>
        <w:t>Bei ZDF, BR24 und hessenschau beschreibt der Bericht dagegen ein Raster von einem Bild je sechs Sekunden. Aufeinanderfolgende gleiche Parteitreffer werden zu einem Ereignis zusammengefasst; eine Bildlücke wird zugelassen. Der untere Bildbereich wird mit RapidOCR verarbeitet. Das Verfahren erkennt damit nicht denselben technischen Gegenstand wie die untertitelgestützte Kandidatenauswahl der Tagesschau. [S08, S. 8-10]</w:t>
      </w:r>
    </w:p>
    <w:p>
      <w:r>
        <w:t>Hieraus folgen konkret prüfbare Fehlerarten. Eine nur sehr kurz sichtbare Einblendung kann zwischen zwei Rasterbildern liegen. Zwei aufeinanderfolgende Sprecher derselben Partei können bei ungeeigneter Zusammenfassung zu einem Ereignis verschmelzen. Ein Sprecher kann ohne Parteizeile auftreten und deshalb ungezählt bleiben. Eine eingeblendete Parteibezeichnung kann außerhalb eines tatsächlichen O-Tons vorkommen. Diese Möglichkeiten widerlegen die erfassten Zahlen nicht automatisch; sie bestimmen aber, welche menschlichen Kontrollbeobachtungen für einen Vergleich erforderlich sind.</w:t>
      </w:r>
    </w:p>
    <w:p>
      <w:r>
        <w:t>Die im Bericht enthaltene Fehlerspalte wird deshalb nicht als nachgewiesene OCR-Fehlerquote von null Prozent verwendet. Sie beschreibt nach dem Zusammenhang die dokumentierten Verarbeitungs- beziehungsweise Abruffehler. Eine erfolgreiche technische Verarbeitung ist von einer inhaltlich richtigen Erkennung zu unterscheiden. Auch die gesonderte Konsistenzprüfung durch ein zweites KI-System erklärt selbst, dass sie keine Nachprüfung der OCR am Originalvideo und keine menschliche Prüfung ersetzt. [S08, S. 16-17]</w:t>
      </w:r>
    </w:p>
    <w:p>
      <w:r>
        <w:t>Die gerichtliche Aussage lautet daher bestimmt: Der Bericht dokumentiert die bezeichneten Ergebnisse eines benannten Erkennungsverfahrens in benannten Korpora. Die entscheidende weitere Frage ist, mit welcher Empfindlichkeit und Fehlzuordnung dieses Verfahren O-Ton-Einbindungen erfasst. Diese Frage lässt sich durch einen begrenzten, nach Sender und Erkennungsweg geschichteten Videoabgleich untersuchen. Sie verlangt nicht sofort die Neuvermessung des gesamten Rundfunks.</w:t>
      </w:r>
    </w:p>
    <w:p>
      <w:pPr>
        <w:pStyle w:val="Heading2"/>
      </w:pPr>
      <w:r>
        <w:t>2.10 O-Ton-Bericht: tatsächliche Archivhinweise und historische Vergleichsgrenzen</w:t>
      </w:r>
    </w:p>
    <w:p>
      <w:r>
        <w:t>Für BR24 beschreibt der Bericht eine Auswahl vollständiger 18:30-Uhr-Ausgaben mit mindestens 600 Sekunden Dauer. Gefunden wurden eine Ausgabe vom 19. November 2025 und ein Block vom 17. August bis zum 3. September 2026. Für die hessenschau wurden 30 passende Ausgaben berichtet, von denen vier wegen einer geografischen Beschränkung nicht ausgewertet werden konnten. Diese Angaben bezeichnen den gewählten öffentlichen Abrufweg. Sie beweisen noch nicht, dass im internen Archiv keine weiteren Ausgaben vorliegen oder ein zulässiger Zugang in Deutschland ausgeschlossen ist. [S08, S. 9-10]</w:t>
      </w:r>
    </w:p>
    <w:p>
      <w:r>
        <w:t>Gerade die genaue Abgrenzung macht die Angaben nutzbar. Die zuständige Anstalt kann zu einem bestimmten Format und Zeitraum nach einem Bestandsverzeichnis und einer rechtmäßigen Einsichtsmöglichkeit gefragt werden. Eine pauschale Forderung nach allen Rohdaten wird dadurch vermieden. Zugleich kann die Behauptung einer vollständigen öffentlichen Verfügbarkeit an diesem konkreten Angebot überprüft werden.</w:t>
      </w:r>
    </w:p>
    <w:p>
      <w:r>
        <w:t>Die Datierung des Berichts bedarf einer Versionsklärung: Der ausgewiesene Dokumentstand ist der 16. September 2026, während der hessenschau-Korpus bis zum 17. September reicht. Eine nachträgliche Ergänzung ist möglich, aber nicht ohne Nachweis zu unterstellen. Im Quellenregister bleiben deshalb Dokumentdatum, tatsächlich beschriebener Untersuchungszeitraum und Dateiprüfsumme getrennt. Die benannten Begleitdateien in dem verlinkten Drive-Verzeichnis gelten nicht schon deshalb als empfangen oder erneut geprüft, weil der Bericht ihre Pfade aufführt.</w:t>
      </w:r>
    </w:p>
    <w:p>
      <w:r>
        <w:t>Der zusätzliche Vergleich mit 50 Tagesschau-Ausgaben aus August und September 2006 ist für eine historische Einordnung interessant, aber kein unmittelbarer Referenzbestand des Jahres 2018. Der Bericht nennt dort zudem eine durchschnittliche OCR-Leerrate von 46,3 Prozent. Unterschiedliche Erfassungsqualität, Zeitfenster und Ereignislagen verhindern, dass daraus ohne weitere Kontrolle eine Entwicklung der gesamten Programmvielfalt abgeleitet wird. Dieser historische Teil wird nicht zur Schließung der fehlenden Zwei-Jahres-Abdeckung verwendet. [S08, S. 10-12]</w:t>
      </w:r>
    </w:p>
    <w:p>
      <w:pPr>
        <w:pStyle w:val="Heading2"/>
      </w:pPr>
      <w:r>
        <w:t>2.11 Zusätzlich erschlossene Originaluntersuchung zur Ukraine-Berichterstattung</w:t>
      </w:r>
    </w:p>
    <w:p>
      <w:r>
        <w:t>Die im V-Gutachten erwähnte Arbeit von Marcus Maurer, Jörg Haßler und Pablo Jost wird nun an ihrer Originalveröffentlichung erschlossen. Der Aufsatz in Ukraine-Analysen Nr. 289 vom 5. Oktober 2023 beschreibt 4.292 Beiträge aus acht Nachrichtenangeboten vom 24. Februar bis zum 31. Mai 2022. Dazu gehören fünf Printangebote und die Fernsehnachrichten Tagesschau, heute und RTL aktuell. Die quantitative Inhaltsanalyse arbeitete mit sechs geschulten Kodierenden; für die berichteten Zuverlässigkeitsprüfungen werden Holsti-Werte zwischen 0,71 und 0,98 angegeben. [E10, S. 4-11]</w:t>
      </w:r>
    </w:p>
    <w:p>
      <w:r>
        <w:t>Die Autoren berichten unterschiedliche Darstellungen von Handlungsoptionen und zugleich deutliche Kritik an der Bundesregierung. Damit lässt sich die Untersuchung nicht zutreffend als pauschaler Nachweis durchgehend regierungsfreundlicher Berichterstattung zusammenfassen. Der direkt verfügbare Untersuchungsbericht ist gegenüber einem bloßen Sekundärzitat ein Erkenntnisgewinn; die zugrunde liegenden vollständigen Kodierdaten wurden für diese Klage nicht neu ausgewertet.</w:t>
      </w:r>
    </w:p>
    <w:p>
      <w:r>
        <w:t>Die eigene Folgerung betrifft die Methode und die Reichweite. Der Ansatz zeigt, dass berichtete Akteure, Darstellungen bestimmter Handlungsoptionen und journalistische Bewertungen mit unterschiedlichen Variablen erfasst werden können. Er verdeutlicht zugleich, warum der Begriff Einseitigkeit nicht ohne Angabe der Messgröße verwendet werden sollte. Wer etwa amtliche Akteure häufig zeigt, kann ihre Entscheidungen gleichwohl kritisch behandeln. Eine Akteurszählung allein beantwortet deshalb nicht, ob ein argumentatives Meinungsspektrum verengt ist.</w:t>
      </w:r>
    </w:p>
    <w:p>
      <w:r>
        <w:t>Für die hiesige Beweisführung wird der dreimonatige Untersuchungszeitraum als Teilfenster eingeordnet. Bei einem passenden Beitragszeitraum kann er eine fachlich bereits bearbeitete Teilfrage abdecken. Ein Rückschluss auf zwei Jahre und alle Medienarten verlangt dagegen weitere Befunde. Die privaten Vergleichsmedien dienen der Interpretation der Ereignislage und der Unterschiede; ihre Vielfalt kompensiert nicht automatisch ein Defizit des beitragsfinanzierten Gesamtangebots. Das rechtlich relevante Ausgleichsangebot ist nach R01 innerhalb dieses Gesamtangebots zu untersuchen.</w:t>
      </w:r>
    </w:p>
    <w:p>
      <w:pPr>
        <w:pStyle w:val="Heading2"/>
      </w:pPr>
      <w:r>
        <w:t>2.12 Jeitner: das wiedergefundene Original und die jetzt mögliche genaue Verwendung</w:t>
      </w:r>
    </w:p>
    <w:p>
      <w:r>
        <w:t>Die Analyse von Dr. Jürgen Jeitner vom 12. April 2025 liegt nun als 42-seitige Originaldatei vor. Sie wird nicht mehr nur über ihre Erwähnung im V-Gutachten eingeführt. Die Arbeit behandelt insbesondere Gelbhaar, das Gebäudeenergiegesetz, das Potsdam-Treffen, die Wahlrechtsreform, den Wahlkampf 2025, Corona und Landwirtschaft. Ihre Organisation folgt thematischen Fallanalysen, nicht einer durchgängig ausgewiesenen Zufallsstichprobe des Gesamtprogramms. [S10, Inhaltsverzeichnis und S. 6-42]</w:t>
      </w:r>
    </w:p>
    <w:p>
      <w:r>
        <w:t>Ein konkret bezeichnetes Beispiel sind die BR-Beiträge vom 18. und 20. Januar 2025 zum Fall Gelbhaar, die die Arbeit mit anderen Veröffentlichungen vergleicht. Damit sind prüfbare Veröffentlichungstage und Textgruppen benannt. Die Originalanalyse unterscheidet dort selbst sachliche Berichterstattung, die Tiefe einer Einordnung und spekulative Deutungen. Diese Unterscheidung ist für die gerichtliche Verwendung wichtiger als ihre abschließenden politischen Etiketten. Die Klägerseite übernimmt aus der Darstellung keine unbewiesene Behauptung über persönliche Motive, eine Intrige oder eine beabsichtigte Schädigung. [S10, S. 6-10]</w:t>
      </w:r>
    </w:p>
    <w:p>
      <w:r>
        <w:t>Für den Corona-Teil legt die Arbeit offen, dass sie öffentlich sichtbare Inhalte mit plausiblen Rückschlüssen auf typische Muster verbindet. Das ist keine vollständig dokumentierte repräsentative Inhaltsanalyse. Zudem enthalten einzelne Abschnitte Verweise der Art Web-ID ohne selbständig aussagekräftige Fundstelle. Solche Verweise werden nicht als bereits belegte Originaltatsachen ausgegeben. Der positive Nutzen der Arbeit besteht in konkret benannten Vergleichsfragen: Wird ein Gegenargument inhaltlich wiedergegeben? Wird eine neue Erkenntnis als Korrektur kenntlich? Wird zwischen Ereignisbericht und Einordnung unterschieden? [S10, S. 34-38]</w:t>
      </w:r>
    </w:p>
    <w:p>
      <w:r>
        <w:t>Der jetzt verfügbare Originaltext erlaubt damit eine genauere Auswahl, aber keine automatische Aufwertung aller darin enthaltenen Aussagen. Beiziehungs- und Prüffragen können auf die benannten Veröffentlichungen begrenzt werden. Eine aus typischen Mustern abgeleitete Einschätzung bleibt als Interpretation bezeichnet. Die Stellungnahme wird nicht als weitere unabhängige Messung derselben bereits bei Maurer oder Müller ausgewerteten Inhalte gezählt. Wo sie andere Arbeiten referiert, bleiben diese die eigentlichen empirischen Quellen.</w:t>
      </w:r>
    </w:p>
    <w:p>
      <w:pPr>
        <w:pStyle w:val="Heading2"/>
      </w:pPr>
      <w:r>
        <w:t>2.13 Reformdiagnosen, Insiderberichte und noch nicht erschlossene Themenkomplexe</w:t>
      </w:r>
    </w:p>
    <w:p>
      <w:r>
        <w:t>Die im V-Gutachten verwendeten Reformdiagnosen, insbesondere der Zukunftsrat, betreffen Anforderungen an Organisation, Akzeptanz und Qualität. Sie sind für die Beschreibung einer sachlich ernsthaften Untersuchungsfrage verwendbar. Eine Reformempfehlung beweist aber keinen bestimmten, im hiesigen Beitragszeitraum gemessenen Programmzustand. In dieser Fassung werden nicht vollständig am Original erschlossene Berichte deshalb nicht als zusätzliche gemessene Defizite bilanziert. [S01, Kap. 20.3-20.5]</w:t>
      </w:r>
    </w:p>
    <w:p>
      <w:r>
        <w:t>Berichte von Redaktionsangehörigen können einen anderen, eigenständigen Beweisgegenstand haben: die konkrete Entstehung oder Verhinderung eines bestimmten Beitrags, eine dokumentierte Themenentscheidung oder eine bestimmte interne Anweisung. Die bisher benannten Personen werden nicht pauschal als Zeugen für die Rechtswidrigkeit des gesamten Rundfunks angeboten. Ein solches Ergebnis ist keine unmittelbare Wahrnehmung. Verwertbar wäre dagegen eine benannte eigene Wahrnehmung mit Zeitpunkt, Ablauf und vorhandenen Unterlagen. Die weitere Beschaffung bleibt in der internen Aufgabenliste; eine bereits zugesagte Zeugenaussage wird nicht behauptet.</w:t>
      </w:r>
    </w:p>
    <w:p>
      <w:r>
        <w:t>Die alte Klage enthielt zahlreiche Themenkomplexe von WHO und UNO über Kinderangebote bis Nord Stream und Nahost. Ihre bloße Wiederholung würde die Substantiierung nicht verbessern. Soweit kein abgegrenzter, in dieser Fassung tatsächlich erschlossener Nachweis vorliegt, wird daraus keine zusätzliche Feststellung formuliert. Diese Entscheidung bedeutet keinen Verzicht auf später belegbare Tatsachen. Sie verhindert, dass unzureichend belegte Nebensätze die bereits konkret ausgearbeiteten Befunde unklar machen.</w:t>
      </w:r>
    </w:p>
    <w:p>
      <w:r>
        <w:t>Das Schmitz-Material wird entsprechend als rechtliche und publizistische Sekundärdarstellung verwendet, insbesondere zur Identifikation des dort besprochenen OVG-Beschlusses. Der Originalbeschluss 7 A 10424/25.OVG bleibt ohne gesicherten Volltext ein offener Nachweis. Auch der berichtete Umfang von 230 Seiten ersetzt keine Prüfung, welche bestimmten Tatsachen damals vorgetragen und behandelt wurden. [S09, Kap. D, S. 141-152]</w:t>
      </w:r>
    </w:p>
    <w:p>
      <w:pPr>
        <w:pStyle w:val="Heading2"/>
      </w:pPr>
      <w:r>
        <w:t>2.14 Konkreter Programm- und Kontrollfall: heute journal vom 15. Februar 2026</w:t>
      </w:r>
    </w:p>
    <w:p>
      <w:r>
        <w:t>Anders als eine nur behauptete Einzelkritik liegt hier eine genau bezeichnete öffentliche Ergebnisquelle vor. Die Mitteilung des ZDF-Fernsehrats vom 19. Juni 2026 behandelt Beschwerden zur Sendung vom 15. Februar 2026. Sie beanstandet den Umgang mit KI-generiertem und nicht passend zugeordnetem Bildmaterial und beschreibt bereits erfolgte Abhilfe. Die in dieser Fassung nachgerechnete Rundfunkalarm-Datei enthält zehn Vorgänge zu derselben Sendung; ihre Kennungen und Zeitpunkte stehen in Abschnitt 3. [E21; D01-D03]</w:t>
      </w:r>
    </w:p>
    <w:p>
      <w:r>
        <w:t>Der tatsächliche Befund ist doppelt bedeutsam. Erstens gibt es für einen bestimmten Beitrag einen von der zuständigen Stelle dokumentierten Fehler, nicht nur ein subjektives Unbehagen der Klägerseite. Zweitens ist auch eine Reaktion dokumentiert. Dieser zweite Befund darf nicht unterschlagen werden, um die These allgemeiner Wirkungslosigkeit zu retten. Das Verfahren wurde nach der Mitteilung wegen wirksamer vorheriger Abhilfe erledigt, nicht schlicht als unbegründet verworfen.</w:t>
      </w:r>
    </w:p>
    <w:p>
      <w:r>
        <w:t>Die Klägerseite verwendet den Vorgang deshalb als konkreten Prüffall der Verbindung von Programminhalt, Beanstandung und Korrektur. Ob die beschriebenen Maßnahmen das beanstandete Risiko auch in späteren vergleichbaren Beiträgen vermindert haben, ist eine weitere tatsächliche Frage. Ein einzelner Fehler mit Abhilfe belegt kein langjähriges Gesamtdefizit. Er liefert aber einen prüfbaren Vorgang, an dem zwischen Fehlernachweis, Reaktion und behaupteter organisatorischer Verbesserung unterschieden werden kann.</w:t>
      </w:r>
    </w:p>
    <w:p>
      <w:r>
        <w:t>Ein individueller Kausalnachweis, dass gerade eine der zehn Rundfunkalarm-Beschwerden die Abhilfe auslöste, liegt nicht vor. Die Übereinstimmung des Sendungsgegenstands ist dokumentiert; Eingang, Leitzuteilung und individuelle Antwort sind gesonderte Beweisfragen. Die Klägerseite beantragt nicht, diese fehlenden Verbindungsglieder durch eine bloße Vermutung zu ersetzen. Sie bezeichnet sie in Abschnitt 4 als konkret begrenzten Gegenstand einer möglichen Auskunft.</w:t>
      </w:r>
    </w:p>
    <w:p>
      <w:pPr>
        <w:pStyle w:val="Heading2"/>
      </w:pPr>
      <w:r>
        <w:t>2.15 Zeitliche Zusammenführung ohne Scheingenauigkeit</w:t>
      </w:r>
    </w:p>
    <w:p>
      <w:r>
        <w:t>Die Studien haben unterschiedliche Zeitfenster. Für ein Verfahren über 2022 können eine Corona-Untersuchung aus 2020 und eine Ukraine-Untersuchung aus dem Frühjahr 2022 in unterschiedlichen Teilen relevant sein; ein Befund aus Februar 2026 kann die Lücken eines solchen Fensters nicht einfach schließen. Für ein Verfahren über 2026 ist der neue Abhilfefall zeitlich näher, während die Müller-Auswertung nur eine historische Vergleichsfunktion besitzen kann. Die Klägerseite macht diese Unterschiede offen sichtbar.</w:t>
      </w:r>
    </w:p>
    <w:tbl>
      <w:tblPr>
        <w:tblW w:type="auto" w:w="0"/>
        <w:jc w:val="center"/>
        <w:tblLayout w:type="fixed"/>
        <w:tblLook w:firstColumn="1" w:firstRow="1" w:lastColumn="0" w:lastRow="0" w:noHBand="0" w:noVBand="1" w:val="04A0"/>
      </w:tblPr>
      <w:tblGrid>
        <w:gridCol w:w="1134"/>
        <w:gridCol w:w="3175"/>
        <w:gridCol w:w="4649"/>
      </w:tblGrid>
      <w:tr>
        <w:trPr>
          <w:tblHeader/>
          <w:cantSplit/>
        </w:trPr>
        <w:tc>
          <w:tcPr>
            <w:tcW w:type="dxa" w:w="113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Quelle</w:t>
            </w:r>
          </w:p>
        </w:tc>
        <w:tc>
          <w:tcPr>
            <w:tcW w:type="dxa" w:w="3175"/>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Sende-/Ereignisfenster</w:t>
            </w:r>
          </w:p>
        </w:tc>
        <w:tc>
          <w:tcPr>
            <w:tcW w:type="dxa" w:w="4649"/>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Verwendung bei anderer Beitragsperiode</w:t>
            </w:r>
          </w:p>
        </w:tc>
      </w:tr>
      <w:tr>
        <w:trPr>
          <w:cantSplit/>
        </w:trPr>
        <w:tc>
          <w:tcPr>
            <w:tcW w:type="dxa" w:w="113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S06</w:t>
            </w:r>
          </w:p>
        </w:tc>
        <w:tc>
          <w:tcPr>
            <w:tcW w:type="dxa" w:w="317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01.01.-31.08.2020</w:t>
            </w:r>
          </w:p>
        </w:tc>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Unmittelbarer Teilbefund nur bei passendem Fenster; sonst begründeter historischer Vergleich</w:t>
            </w:r>
          </w:p>
        </w:tc>
      </w:tr>
      <w:tr>
        <w:trPr>
          <w:cantSplit/>
        </w:trPr>
        <w:tc>
          <w:tcPr>
            <w:tcW w:type="dxa" w:w="113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S07</w:t>
            </w:r>
          </w:p>
        </w:tc>
        <w:tc>
          <w:tcPr>
            <w:tcW w:type="dxa" w:w="317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26.04.2010-13.11.2025</w:t>
            </w:r>
          </w:p>
        </w:tc>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Passende Teilmenge ausweisen; vor Juli 2018 allenfalls Referenz, nicht späterer Verstoßnachweis</w:t>
            </w:r>
          </w:p>
        </w:tc>
      </w:tr>
      <w:tr>
        <w:trPr>
          <w:cantSplit/>
        </w:trPr>
        <w:tc>
          <w:tcPr>
            <w:tcW w:type="dxa" w:w="113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S08</w:t>
            </w:r>
          </w:p>
        </w:tc>
        <w:tc>
          <w:tcPr>
            <w:tcW w:type="dxa" w:w="317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Überwiegend 03.09.2025-03.09.2026; Regionalfenster kürzer</w:t>
            </w:r>
          </w:p>
        </w:tc>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Keine ungeprüfte Übertragung auf 2023/2024</w:t>
            </w:r>
          </w:p>
        </w:tc>
      </w:tr>
      <w:tr>
        <w:trPr>
          <w:cantSplit/>
        </w:trPr>
        <w:tc>
          <w:tcPr>
            <w:tcW w:type="dxa" w:w="113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E10</w:t>
            </w:r>
          </w:p>
        </w:tc>
        <w:tc>
          <w:tcPr>
            <w:tcW w:type="dxa" w:w="317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24.02.-31.05.2022</w:t>
            </w:r>
          </w:p>
        </w:tc>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Teilbefund in einschlägigem historischen Fenster; kein Zweijahreszensus</w:t>
            </w:r>
          </w:p>
        </w:tc>
      </w:tr>
      <w:tr>
        <w:trPr>
          <w:cantSplit/>
        </w:trPr>
        <w:tc>
          <w:tcPr>
            <w:tcW w:type="dxa" w:w="113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D01</w:t>
            </w:r>
          </w:p>
        </w:tc>
        <w:tc>
          <w:tcPr>
            <w:tcW w:type="dxa" w:w="317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Beschwerdeanlage 13.06.2024-19.06.2026</w:t>
            </w:r>
          </w:p>
        </w:tc>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Sendedatum gesondert prüfen; 164 leere Ausstrahlungsfelder</w:t>
            </w:r>
          </w:p>
        </w:tc>
      </w:tr>
      <w:tr>
        <w:trPr>
          <w:cantSplit/>
        </w:trPr>
        <w:tc>
          <w:tcPr>
            <w:tcW w:type="dxa" w:w="113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F01</w:t>
            </w:r>
          </w:p>
        </w:tc>
        <w:tc>
          <w:tcPr>
            <w:tcW w:type="dxa" w:w="317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Sendung 15.02.2026; Entscheidung 19.06.2026</w:t>
            </w:r>
          </w:p>
        </w:tc>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Für frühere Perioden kein unmittelbarer Beleg einer damaligen Fehlleistung</w:t>
            </w:r>
          </w:p>
        </w:tc>
      </w:tr>
      <w:tr>
        <w:trPr>
          <w:cantSplit/>
        </w:trPr>
        <w:tc>
          <w:tcPr>
            <w:tcW w:type="dxa" w:w="113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F02/F03</w:t>
            </w:r>
          </w:p>
        </w:tc>
        <w:tc>
          <w:tcPr>
            <w:tcW w:type="dxa" w:w="317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Sendungen 06.02.2025 / 29.05.2025</w:t>
            </w:r>
          </w:p>
        </w:tc>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Aktivitäts- und Verfahrensbezug, Ergebnisstand jeweils begrenzt</w:t>
            </w:r>
          </w:p>
        </w:tc>
      </w:tr>
    </w:tbl>
    <w:p>
      <w:pPr>
        <w:spacing w:after="0"/>
      </w:pPr>
    </w:p>
    <w:p>
      <w:r>
        <w:t>Für jede tatsächlich angegriffene Beitragsperiode ist die passende Teilmenge zu bestimmen. Eine späte Untersuchung kann frühe Sendungen auswerten; sie muss nicht bereits damals verfasst worden sein. Das Alter eines Untersuchungsdokuments ist deshalb nicht mit dem Alter seiner Untersuchungsgegenstände gleichzusetzen. Umgekehrt lässt sich eine spätere Quellenlage nicht rückwirkend als damaliges journalistisches Wissen ausgeben. Gerade bei medizinischen und geopolitischen Themen sind zeitgenössisch erkennbare Tatsachen, spätere Erkenntnisse und nachträgliche Wertungen zu trennen.</w:t>
      </w:r>
    </w:p>
    <w:p>
      <w:r>
        <w:t>Der Gesamtzusammenhang wird nicht durch eine einzige Langzeitkurve hergestellt. Benötigt wird eine nachvollziehbare Zuordnung der Teilbefunde zu Funktionen, Angeboten und Zeitabschnitten. Diese Zuordnung ist in der vorliegenden Fassung inhaltlich angelegt; sie ist keine Behauptung einer bereits vorhandenen Vollabdeckung. Wo ein zeitlich erforderliches Segment nicht untersucht ist, wird der fehlende Bestand bestimmt bezeichnet. Darauf richten sich die abgestuften Aufklärungsbegehren.</w:t>
      </w:r>
    </w:p>
    <w:p>
      <w:pPr>
        <w:pStyle w:val="Heading2"/>
      </w:pPr>
      <w:r>
        <w:t>2.16 Gesamtangebot, Ausgleich und die Grenzen einer bloßen Addition</w:t>
      </w:r>
    </w:p>
    <w:p>
      <w:r>
        <w:t>Der Gesamtrundfunk umfasst mehr als politische Hauptnachrichten. Gegenständliche Vielfalt kann durch Kultur, Bildung, Beratung und Unterhaltung getragen werden. Meinungsbezogene Vielfalt betrifft daneben die Darstellung relevanter unterschiedlicher Positionen. Die Klägerseite vertritt, dass eine große Zahl unterhaltender oder kultureller Angebote nicht ohne sachliche Erläuterung einen konkret belegten Mangel bei der Darstellung einer gesellschaftlich wichtigen Kontroverse ausgleichen kann. Sie behauptet damit nicht, diese Angebote seien für den gesetzlichen Auftrag bedeutungslos.</w:t>
      </w:r>
    </w:p>
    <w:p>
      <w:r>
        <w:t>Ebenso wenig darf der Gesamtbezug dadurch umgangen werden, dass nur besonders kritisierte Sendungen betrachtet werden. Für die Frage möglicher Kompensation sind weitere öffentlich-rechtliche Angebote desselben Themas und Zeitfensters einzubeziehen. Ein nachweislich ausführliches Gegenangebot ist ein Gegenbefund. Ob es in Art, Umfang, Auffindbarkeit und Funktion einen sachlich vergleichbaren Ausgleich bildet, bedarf der Begründung. Weder jede andere Sendung noch ausschließlich das Hauptnachrichtenformat entscheidet diese Frage allein. [R01, Rn. 39-45]</w:t>
      </w:r>
    </w:p>
    <w:p>
      <w:r>
        <w:t>Die vorliegenden unterschiedlichen Untersuchungen ermöglichen zunächst einen Vergleich von Gegenständen, nicht eine mathematische Summierung von Defiziten. 78 als Diskussion oder Protest kategorisierte Corona-Beiträge, 2.911 Kommentare und 1.955 technisch erkannte O-Töne haben unterschiedliche Untersuchungseinheiten. Ihre Addition zu einer scheinbar großen Zahl bewiesener Verstöße wäre sachlich falsch. Der gemeinsame Nutzen liegt in der Bestimmung konkreter Mechanismen und in der Entwicklung vergleichbarer Variablen für weitere Teilbestände.</w:t>
      </w:r>
    </w:p>
    <w:p>
      <w:pPr>
        <w:pStyle w:val="Heading2"/>
      </w:pPr>
      <w:r>
        <w:t>2.17 Ausformulierte Indikatoren für die weitere Prüfung</w:t>
      </w:r>
    </w:p>
    <w:p>
      <w:r>
        <w:t>Aus dem erschlossenen Material werden vier fachlich getrennte Indikatorgruppen abgeleitet. Die erste betrifft Themen- und Quellenabdeckung: Welche sachlich relevanten Teilaspekte und fachlichen Quellen erscheinen in einem abgegrenzten Korpus? Die zweite betrifft die Darstellung von Argumenten: Wird eine Gegenposition lediglich benannt, inhaltlich erklärt oder mit einem sachlich zutreffenden Gegenargument behandelt? Die dritte betrifft die Unterscheidung von Tatsachendarstellung, Kommentar und Illustration. Die vierte betrifft dokumentierte Fehlerkorrektur und das Fortbestehen eines bereits festgestellten Mangels.</w:t>
      </w:r>
    </w:p>
    <w:p>
      <w:r>
        <w:t>Diese Indikatoren sind keine bereits vom Gesetz vorgeschriebene starre Skala. Sie stellen eine aus den vorhandenen Untersuchungen entwickelte Konkretisierung dar. Die rechtliche Schwelle der gröblichen Verfehlung wird nicht in einen selbst erfundenen Prozentwert übersetzt. Eine mathematische Grenze wie 20 Prozent falsche Beiträge oder ein bestimmtes Parteienverhältnis wird gerade nicht behauptet. Das Gericht hat das tatsächlich Festgestellte im rechtlichen Gesamtzusammenhang zu würdigen.</w:t>
      </w:r>
    </w:p>
    <w:p>
      <w:r>
        <w:t>Für eine repräsentative Untersuchung sind Grundgesamtheit und Auswahlwahrscheinlichkeit offenzulegen. Eine gezielte Vertiefung bereits dokumentierter Fehler ist sinnvoll, beantwortet aber eine andere Frage als eine Zufallsauswahl zur Schätzung der Fehlerhäufigkeit. Beide können nebeneinander stehen, sofern die jeweiligen Schlussfolgerungen getrennt bleiben. Vergleichbar sind ferner Programme gleicher Funktion und Zeitlage; eine kurze Regionalnachrichtensendung und ein ausführliches bundesweites Magazin dürfen nicht ohne Funktionskontrolle an demselben Häufigkeitsmaß gemessen werden.</w:t>
      </w:r>
    </w:p>
    <w:p>
      <w:r>
        <w:t>Die Wahl der Gewichtung ist ebenfalls eine sachverständige Frage. Zählung von Beiträgen, Sendeminuten, Reichweite oder thematischer Relevanz führt nicht notwendig zum selben Ergebnis. Deshalb ist darzustellen, ob eine Feststellung unter mehreren sachlich vertretbaren Gewichtungen stabil bleibt. Die Klägerseite verlangt keine ausschließlich ergebnisgünstige Gewichtung, sondern eine nachvollziehbare Sensitivitätsprüfung.</w:t>
      </w:r>
    </w:p>
    <w:p>
      <w:pPr>
        <w:pStyle w:val="Heading2"/>
      </w:pPr>
      <w:r>
        <w:t>2.18 Das positive Ergebnis dieses Abschnitts</w:t>
      </w:r>
    </w:p>
    <w:p>
      <w:r>
        <w:t>Der Vortrag enthält nun bestimmte Korpora, absolute Zahlen, Zeiträume, Verfahren, Originalfundstellen und eine ausdrückliche Unterscheidung zwischen eigenen Nachrechnungen und fremden Befunden. Die Müller-Auswertung bezeichnet einen konkreten historischen Themenraum; Glashaus bezeichnet eine langjährige Kommentarauswahl; die O-Ton-Dokumentation bezeichnet technische Einbindungszahlen und konkrete Abrufgrenzen; die Originalarbeit von Maurer, Haßler und Jost liefert einen methodisch bearbeiteten thematischen Vergleich; die ZDF-Mitteilung belegt einen bestimmten Fehler und eine dokumentierte Reaktion. Das sind verschiedenartige, aber greifbare Tatsachenbestände.</w:t>
      </w:r>
    </w:p>
    <w:p>
      <w:r>
        <w:t>Die Klägerseite leitet daraus nicht bereits den Endbeweis des Wegfalls der Beitragspflicht ab. Sie macht geltend, dass die bezeichneten Teilbefunde im passenden Zeitfenster nicht lediglich als subjektive Programmabneigung behandelt werden dürfen. Für die beantragte begrenzte Aufklärung ist zu entscheiden, welche konkrete Feststellung hinreichend belegt ist, welche fachliche Nachprüfung erforderlich ist und welche fehlende Quelle den nächsten bestimmten Erkenntnisschritt ermöglicht. Dies ist in Abschnitt 4 auf einzelne Beweismittel und Fragen heruntergebrochen.</w:t>
      </w:r>
    </w:p>
    <w:p>
      <w:r>
        <w:t>Soweit der konkrete Beitragszeitraum durch die vorhandenen Bestände nicht tragfähig abgedeckt ist, bleibt dieser Mangel offen. Er kann nur durch passende Inhalte und eine begründete Auswertung behoben werden, nicht durch die bloße Verlängerung eines Schriftsatzes. Die vorliegende Erweiterung beseitigt dagegen die redaktionelle Lücke, dass die vorhandenen Ergebnisse lediglich benannt waren: Sie sind jetzt mit ihrer jeweiligen Tatsachengrundlage, Aussage und rechtlichen Erkenntnisfunktion ausgeführt.</w:t>
      </w:r>
    </w:p>
    <w:p>
      <w:r>
        <w:br w:type="page"/>
      </w:r>
    </w:p>
    <w:p>
      <w:pPr>
        <w:pStyle w:val="Heading1"/>
      </w:pPr>
      <w:r>
        <w:t>Abschnitt 3</w:t>
      </w:r>
    </w:p>
    <w:p>
      <w:pPr>
        <w:pStyle w:val="Title"/>
      </w:pPr>
      <w:r>
        <w:t>Programmbeschwerden, Gremienkontrolle und nachgeprüfte Fallgruppen</w:t>
      </w:r>
    </w:p>
    <w:p>
      <w:r>
        <w:t>Dieser Abschnitt verarbeitet das Rundfunkalarm-Gutachten in seiner gerichtlichen Fassung vom 27. Juni 2026 und die ergänzte Fassung vom 13. September 2026. Hinzu tritt eine am 4. Oktober 2026 tatsächlich durchgeführte technische Nachrechnung des vorliegenden Originalexports. Die Auswertung behandelt nicht jede Beschwerde als berechtigt. Sie unterscheidet gespeicherte Vorgänge, nachgewiesene Eingänge, inhaltliche Prüfung und tatsächliche Abhilfe. Der vorhandene Datensatz wird durch bestimmte, nachvollziehbar ausgewählte Fallgruppen mit externen Ergebnisquellen verknüpft.</w:t>
      </w:r>
    </w:p>
    <w:p>
      <w:r>
        <w:t>Die ältere Aussage, im damaligen Material sei keine dokumentierte Korrektur erkennbar gewesen, wird nicht zeitlos fortgeschrieben. Die jetzt erschlossene ZDF-Mitteilung zum heute journal vom 15. Februar 2026 beschreibt Abhilfe zu einer Sendung, zu der auch Rundfunkalarm-Vorgänge vorliegen. Welche einzelnen Plattformbeschwerden diese Abhilfe ausgelöst haben oder im Mehrfachbeschwerdeverfahren behandelt wurden, ist damit noch nicht bewiesen. Gerade diese Unterscheidung zwischen gemeinsamer Sendung, konkretem Eingang und kausalem Erfolg macht den folgenden Vortrag nachprüfbar. [S02; S03; D01-D03; E21]</w:t>
      </w:r>
    </w:p>
    <w:p>
      <w:pPr>
        <w:pStyle w:val="Heading2"/>
      </w:pPr>
      <w:r>
        <w:t>3.1 Rechtliche Funktion: Kontrollweg, aber kein Ersatz jedes gerichtlichen Rechtsschutzes</w:t>
      </w:r>
    </w:p>
    <w:p>
      <w:r>
        <w:t>Programmbeschwerden richten sich auf die Einhaltung von Programmgrundsätzen. Die Aufgaben von Intendanz, Ausschüssen und Rundfunk-, Fernseh- oder Hörfunkräten ergeben sich aus den jeweils geltenden Anstaltsregelungen. Es gibt keinen einheitlichen Schluss, wonach jede über eine private Plattform versandte Nachricht bereits eine zulässige förmliche Programmbeschwerde darstellt. Zu unterscheiden sind allgemeine Kritik, eine konkret begründete Eingabe und eine förmliche Beschwerde nach der einschlägigen Ordnung. [S02, Abschn. B-C; E20]</w:t>
      </w:r>
    </w:p>
    <w:p>
      <w:r>
        <w:t>Die Klägerseite knüpft ihre Programmrüge gleichwohl nicht an die vorherige Erschöpfung einer unbegrenzt wiederholbaren Beschwerdeschleife. Nach R01 kann ein hinreichend substantiierter Einwand gegen die verfassungsrechtliche Rechtfertigung des Beitrags nicht lediglich auf Programmbeschwerden verwiesen werden. Die Gremien haben eine andere Aufgabe als das Verwaltungsgericht, das über die konkrete Beitragsbelastung entscheidet. Ein möglicher Kontrollbefund ergänzt den Programmeinwand; er ersetzt die materielle Schwelle nicht. [R01, Rn. 47]</w:t>
      </w:r>
    </w:p>
    <w:p>
      <w:r>
        <w:t>Für diesen Abschnitt ist deshalb weder die bloße Existenz eines Beschwerdeformulars noch die bloße Unzufriedenheit mit einer Antwort entscheidend. Zu untersuchen ist, ob ein bestimmter Vorwurf auf Grundlage des bestimmten Beitrags behandelt wurde, welche Begründung die Entscheidung trägt und welche Folge gegebenenfalls eingetreten ist. Eine sachlich begründete Zurückweisung kann ordnungsgemäße Kontrolle sein. Eine dokumentierte Korrektur kann auf einen vorausgegangenen Fehler und zugleich auf funktionierende Abhilfe hinweisen.</w:t>
      </w:r>
    </w:p>
    <w:p>
      <w:pPr>
        <w:pStyle w:val="Heading2"/>
      </w:pPr>
      <w:r>
        <w:t>3.2 Verwendete Originaldatei und tatsächlicher Prüfumfang</w:t>
      </w:r>
    </w:p>
    <w:p>
      <w:r>
        <w:t>Der Originalexport trägt den Namen rundfunkalarm_beschwerden_2026-06-22 (1).csv. Er lag für diese Überarbeitung als Datei vor. Seine SHA-256-Prüfsumme lautet:</w:t>
      </w:r>
    </w:p>
    <w:p>
      <w:r>
        <w:t>b06ec9a54325bd4221b0869f9b9e34b0fcd1f36fc7e1a469d6e9455fc3a5854b</w:t>
      </w:r>
    </w:p>
    <w:p>
      <w:r>
        <w:t>Dieser Wert stimmt mit dem in den Ausgangsgutachten angegebenen Wert überein. Die Datei wurde als semikolongetrennte UTF-8-Datei mit Byte-Order-Mark eingelesen. Nachgerechnet wurden Zeilenanzahl, eindeutige IDs, numerische Summen, Verteilungen nach gespeicherten Kategorien und Datum sowie die drei ausdrücklich bezeichneten Fallgruppen. Das Verfahren und die abgeleiteten Tabellen sind im technischen Nachweis dokumentiert. Es wurden weder neue Beschwerden erzeugt noch unbekannte Ergebnisdaten ergänzt. [D01; D03]</w:t>
      </w:r>
    </w:p>
    <w:p>
      <w:r>
        <w:t>Die technische Prüfung bestätigt 4.086 Zeilen mit 4.086 unterschiedlichen Beschwerde-IDs. Sie ergibt 118.627 gespeicherte Teilungen und 3.329 gespeicherte Rundfunkratsinformationen. 474 Ausgangsvorgänge enthalten mindestens eine solche Gremieninformation. Die Zahlen stammen damit nicht mehr nur aus einer unüberprüften Wiedergabe des früheren Gutachtens. Sie sind aus der hier vorliegenden Datei reproduziert. Ob die gespeicherten Ereignisse jeweils einen erfolgreichen Versand oder Zugang abbilden, ist damit nicht automatisch bestätigt.</w:t>
      </w:r>
    </w:p>
    <w:p>
      <w:r>
        <w:t>Ein Hashwert bezeichnet die Identität der geprüften Datei. Er beweist nicht von selbst die historische Vollständigkeit der Plattformdaten, die Richtigkeit jeder Eingabe oder die Wahrheit der Beschwerde. Die technische Herkunftserklärung des Betreibers bleibt deshalb von dieser Nachrechnung getrennt. Eine vorgefertigte Erklärung zur Datenherkunft wird nicht als bereits unterschrieben behandelt.</w:t>
      </w:r>
    </w:p>
    <w:p>
      <w:pPr>
        <w:pStyle w:val="Heading2"/>
      </w:pPr>
      <w:r>
        <w:t>3.3 Feldbeschreibung: Was der Export enthält und was nicht</w:t>
      </w:r>
    </w:p>
    <w:p>
      <w:r>
        <w:t>Der Export hat siebzehn Felder. Neben ID und Meldungslink stehen Beschwerdedatum, Sender, Medium, Sendungstitel, Ausstrahlung und Freitext. Erfasst sind außerdem Vorwurfs- und Normzuordnungen, Teilungszahlen und Teilungszeitraum, Rundfunkratsinformationen, Ortsangaben sowie Links zur Programmbeschwerde. Für die gerichtlichen Auswertungstabellen werden keine privaten Orts- oder Adressangaben benötigt; sie werden dort nicht wiedergegeben.</w:t>
      </w:r>
    </w:p>
    <w:tbl>
      <w:tblPr>
        <w:tblW w:type="auto" w:w="0"/>
        <w:jc w:val="center"/>
        <w:tblLayout w:type="fixed"/>
        <w:tblLook w:firstColumn="1" w:firstRow="1" w:lastColumn="0" w:lastRow="0" w:noHBand="0" w:noVBand="1" w:val="04A0"/>
      </w:tblPr>
      <w:tblGrid>
        <w:gridCol w:w="1587"/>
        <w:gridCol w:w="3969"/>
        <w:gridCol w:w="3402"/>
      </w:tblGrid>
      <w:tr>
        <w:trPr>
          <w:tblHeader/>
          <w:cantSplit/>
        </w:trPr>
        <w:tc>
          <w:tcPr>
            <w:tcW w:type="dxa" w:w="158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Feldgruppe</w:t>
            </w:r>
          </w:p>
        </w:tc>
        <w:tc>
          <w:tcPr>
            <w:tcW w:type="dxa" w:w="3969"/>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Tatsächlich vorhandene Spalten</w:t>
            </w:r>
          </w:p>
        </w:tc>
        <w:tc>
          <w:tcPr>
            <w:tcW w:type="dxa" w:w="3402"/>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Was daraus nicht folgt</w:t>
            </w:r>
          </w:p>
        </w:tc>
      </w:tr>
      <w:tr>
        <w:trPr>
          <w:cantSplit/>
        </w:trPr>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Identifikation</w:t>
            </w:r>
          </w:p>
        </w:tc>
        <w:tc>
          <w:tcPr>
            <w:tcW w:type="dxa" w:w="396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Beschwerde-ID; Link zur Meldung</w:t>
            </w:r>
          </w:p>
        </w:tc>
        <w:tc>
          <w:tcPr>
            <w:tcW w:type="dxa" w:w="3402"/>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Keine unabhängige Bestätigung des Sendungsinhalts</w:t>
            </w:r>
          </w:p>
        </w:tc>
      </w:tr>
      <w:tr>
        <w:trPr>
          <w:cantSplit/>
        </w:trPr>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Zeit und Angebot</w:t>
            </w:r>
          </w:p>
        </w:tc>
        <w:tc>
          <w:tcPr>
            <w:tcW w:type="dxa" w:w="396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Beschwerdedatum; Sender; Medium; Titel der Sendung; Ausstrahlung</w:t>
            </w:r>
          </w:p>
        </w:tc>
        <w:tc>
          <w:tcPr>
            <w:tcW w:type="dxa" w:w="3402"/>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Keine Garantie fehlerfreier Nutzerangaben</w:t>
            </w:r>
          </w:p>
        </w:tc>
      </w:tr>
      <w:tr>
        <w:trPr>
          <w:cantSplit/>
        </w:trPr>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Inhalt</w:t>
            </w:r>
          </w:p>
        </w:tc>
        <w:tc>
          <w:tcPr>
            <w:tcW w:type="dxa" w:w="396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Beschwerdetext; Vorwuerfe (Kategorien); Betroffene Paragraphen</w:t>
            </w:r>
          </w:p>
        </w:tc>
        <w:tc>
          <w:tcPr>
            <w:tcW w:type="dxa" w:w="3402"/>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Vorwurf ist keine festgestellte Rechtsverletzung</w:t>
            </w:r>
          </w:p>
        </w:tc>
      </w:tr>
      <w:tr>
        <w:trPr>
          <w:cantSplit/>
        </w:trPr>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Aktivität</w:t>
            </w:r>
          </w:p>
        </w:tc>
        <w:tc>
          <w:tcPr>
            <w:tcW w:type="dxa" w:w="396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Anzahl geteilt; Geteilt von; Geteilt bis; Rundfunkrat informiert (Anzahl)</w:t>
            </w:r>
          </w:p>
        </w:tc>
        <w:tc>
          <w:tcPr>
            <w:tcW w:type="dxa" w:w="3402"/>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Kein Einzelzustellnachweis und kein Entscheidungsergebnis</w:t>
            </w:r>
          </w:p>
        </w:tc>
      </w:tr>
      <w:tr>
        <w:trPr>
          <w:cantSplit/>
        </w:trPr>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Weitere Angaben</w:t>
            </w:r>
          </w:p>
        </w:tc>
        <w:tc>
          <w:tcPr>
            <w:tcW w:type="dxa" w:w="396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PLZ; Ort; Links zur Programmbeschwerde</w:t>
            </w:r>
          </w:p>
        </w:tc>
        <w:tc>
          <w:tcPr>
            <w:tcW w:type="dxa" w:w="3402"/>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Kein eigenes strukturiertes Antwort- oder Abhilfefeld</w:t>
            </w:r>
          </w:p>
        </w:tc>
      </w:tr>
    </w:tbl>
    <w:p>
      <w:pPr>
        <w:spacing w:after="0"/>
      </w:pPr>
    </w:p>
    <w:p>
      <w:r>
        <w:t>Es gibt keine eigenen strukturierten Spalten für Inhalt und Datum einer Antwort, Zulässigkeitsentscheidung, Gremienbeschluss, Korrektur oder sonstige Abhilfe. Aus dem Fehlen solcher Spalten folgt nicht, dass in Freitexten oder verlinkten Unterlagen keinerlei Antworten vorhanden wären. Es folgt aber, dass eine Erfolgsquote nicht durch einfaches Summieren einer vorhandenen Ergebnisspalte gewonnen werden kann. Für eine solche Quote ist eine zusätzliche, dokumentierte Zuordnung der Ergebnisquellen erforderlich.</w:t>
      </w:r>
    </w:p>
    <w:p>
      <w:r>
        <w:t>Im Export sind 1.206 Datensätze mit einem nicht leeren Feld Links zur Programmbeschwerde enthalten. Die bloße Existenz eines Links beweist dessen aktuellen Inhalt und Erreichbarkeit nicht. Sie bezeichnet einen nachvollziehbaren Beschaffungsansatz. Die vollständige systematische Auswertung sämtlicher verlinkter Inhalte ist nicht Teil der hier durchgeführten technischen Nachrechnung. Die drei nachfolgend ausgewählten Fallgruppen sind gezielte dokumentarische Vertiefungen, keine als Zufallsauswahl ausgegebene Vollerhebung aller Antworten. [D03]</w:t>
      </w:r>
    </w:p>
    <w:p>
      <w:pPr>
        <w:pStyle w:val="Heading2"/>
      </w:pPr>
      <w:r>
        <w:t>3.4 Zähleinheiten und die Gefahr der Mehrfachzählung</w:t>
      </w:r>
    </w:p>
    <w:p>
      <w:r>
        <w:t>Eine Beschwerde-ID bezeichnet einen Datensatz, nicht zwingend einen eigenständigen Programmfehler. Mehrere Datensätze können dieselbe Sendung und denselben Text betreffen. Eine Teilung ist wiederum ein anderer Vorgang als die erstmalige Anlage einer Beschwerde. Eine Gremieninformation kann mehrfach auf denselben Ausgangsvorgang bezogen sein. Die vier Größen Datensätze, Sendungsanlässe, Teilungen und Gremieninformationen müssen deshalb getrennt bleiben.</w:t>
      </w:r>
    </w:p>
    <w:p>
      <w:r>
        <w:t>Die technische Prüfung ergab 45 Gruppen mit exakt identischem, nach Entfernung äußerer Leerzeichen verglichenem Beschwerdetext. Gegenüber einer einmaligen Zählung jedes dieser Texte entstehen 191 zusätzliche Zeilen. Dies ist keine Behauptung, alle diese Vorgänge seien rechtsmissbräuchlich oder inhaltsgleich in jeder anderen Spalte. Es zeigt, dass 4.086 eindeutige IDs nicht 4.086 unabhängigen inhaltlichen Beobachtungen gleichgesetzt werden dürfen. Leere Beschwerdetexte wurden in diesem Export nicht gefunden. [D03]</w:t>
      </w:r>
    </w:p>
    <w:tbl>
      <w:tblPr>
        <w:tblW w:type="auto" w:w="0"/>
        <w:jc w:val="center"/>
        <w:tblLayout w:type="fixed"/>
        <w:tblLook w:firstColumn="1" w:firstRow="1" w:lastColumn="0" w:lastRow="0" w:noHBand="0" w:noVBand="1" w:val="04A0"/>
      </w:tblPr>
      <w:tblGrid>
        <w:gridCol w:w="5329"/>
        <w:gridCol w:w="3628"/>
      </w:tblGrid>
      <w:tr>
        <w:trPr>
          <w:tblHeader/>
          <w:cantSplit/>
        </w:trPr>
        <w:tc>
          <w:tcPr>
            <w:tcW w:type="dxa" w:w="5329"/>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Prüfpunkt</w:t>
            </w:r>
          </w:p>
        </w:tc>
        <w:tc>
          <w:tcPr>
            <w:tcW w:type="dxa" w:w="362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Nachrechnung / Befund</w:t>
            </w:r>
          </w:p>
        </w:tc>
      </w:tr>
      <w:tr>
        <w:trPr>
          <w:cantSplit/>
        </w:trPr>
        <w:tc>
          <w:tcPr>
            <w:tcW w:type="dxa" w:w="532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Datensätze / verschiedene IDs</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4.086 / 4.086</w:t>
            </w:r>
          </w:p>
        </w:tc>
      </w:tr>
      <w:tr>
        <w:trPr>
          <w:cantSplit/>
        </w:trPr>
        <w:tc>
          <w:tcPr>
            <w:tcW w:type="dxa" w:w="532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Gespeicherte Teilungen</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118.627</w:t>
            </w:r>
          </w:p>
        </w:tc>
      </w:tr>
      <w:tr>
        <w:trPr>
          <w:cantSplit/>
        </w:trPr>
        <w:tc>
          <w:tcPr>
            <w:tcW w:type="dxa" w:w="532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Gespeicherte Gremieninformationen</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3.329</w:t>
            </w:r>
          </w:p>
        </w:tc>
      </w:tr>
      <w:tr>
        <w:trPr>
          <w:cantSplit/>
        </w:trPr>
        <w:tc>
          <w:tcPr>
            <w:tcW w:type="dxa" w:w="532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Zeilen mit Gremieninformation &gt; 0</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474</w:t>
            </w:r>
          </w:p>
        </w:tc>
      </w:tr>
      <w:tr>
        <w:trPr>
          <w:cantSplit/>
        </w:trPr>
        <w:tc>
          <w:tcPr>
            <w:tcW w:type="dxa" w:w="532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Zeilen mit mindestens einem Link im entsprechenden Feld</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1.206</w:t>
            </w:r>
          </w:p>
        </w:tc>
      </w:tr>
      <w:tr>
        <w:trPr>
          <w:cantSplit/>
        </w:trPr>
        <w:tc>
          <w:tcPr>
            <w:tcW w:type="dxa" w:w="532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Leere Ausstrahlungsfelder</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164</w:t>
            </w:r>
          </w:p>
        </w:tc>
      </w:tr>
      <w:tr>
        <w:trPr>
          <w:cantSplit/>
        </w:trPr>
        <w:tc>
          <w:tcPr>
            <w:tcW w:type="dxa" w:w="532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Ausstrahlung laut Eintrag nach Beschwerdezeit</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5</w:t>
            </w:r>
          </w:p>
        </w:tc>
      </w:tr>
      <w:tr>
        <w:trPr>
          <w:cantSplit/>
        </w:trPr>
        <w:tc>
          <w:tcPr>
            <w:tcW w:type="dxa" w:w="532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Exakt gleiche bereinigte Texte</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45 Gruppen; 191 zusätzliche Zeilen jenseits jeweils einer Erstzeile</w:t>
            </w:r>
          </w:p>
        </w:tc>
      </w:tr>
      <w:tr>
        <w:trPr>
          <w:cantSplit/>
        </w:trPr>
        <w:tc>
          <w:tcPr>
            <w:tcW w:type="dxa" w:w="532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Leere Beschwerdetexte</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532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Dashboardabweichungen laut S02</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Teilungen +1; Gremienkennzahl +123; Zähllogik nicht technisch belegt</w:t>
            </w:r>
          </w:p>
        </w:tc>
      </w:tr>
    </w:tbl>
    <w:p>
      <w:pPr>
        <w:spacing w:after="0"/>
      </w:pPr>
    </w:p>
    <w:p>
      <w:r>
        <w:t>Die 474 mit mindestens einer Gremieninformation versehenen Datensätze entsprechen rund 11,6 Prozent aller Ausgangsdatensätze. Der Quotient 3.329 geteilt durch 474 beträgt rund 7,0 gespeicherte Gremieninformationen je solcher Zeile. Diese Rechnung macht gerade sichtbar, warum die Summe 3.329 nicht als Zahl unabhängiger Gremienentscheidungen bezeichnet werden darf. Ebenso wenig ist aus einer Teilungszahl auf dieselbe Zahl verschiedener Absender oder erfolgreicher Zustellungen zu schließen, solange die Ereignisdefinition nicht technisch bestätigt ist.</w:t>
      </w:r>
    </w:p>
    <w:p>
      <w:pPr>
        <w:pStyle w:val="Heading2"/>
      </w:pPr>
      <w:r>
        <w:t>3.5 Abgleich mit den im Gutachten wiedergegebenen Dashboard-Werten</w:t>
      </w:r>
    </w:p>
    <w:p>
      <w:r>
        <w:t>Die Ausgangsgutachten nennen neben dem Export Dashboard-Zahlen: 118.628 Teilungen, 3.452 Beschwerden beim Rundfunkrat und 83.096 Gesamtmeldungen. Gegenüber dem CSV liegen damit eine Differenz von einer Teilung sowie eine Differenz von 123 bei der Gremienkennzahl vor. Diese Abweichungen wurden in den Ausgangsarbeiten offengelegt und werden hier nicht beseitigt, indem jeweils der größere Wert verwendet wird. [S02, Abschn. E; S03, Abschn. E]</w:t>
      </w:r>
    </w:p>
    <w:p>
      <w:r>
        <w:t>Die Nachrechnung bestätigt nur die CSV-Summen. Ob unterschiedliche Abrufzeiten, Filter, technische Ereignisdefinitionen oder nachträgliche Änderungen die Dashboard-Differenzen erklären, ist nicht festgestellt. Auch die Dashboard-Größe 83.096 ist nicht mit einer einfachen Summe aus Zeilen und Teilungen gleichzusetzen. Ohne eine Definition der Dashboard-Kennzahlen darf sie nicht als Zahl unabhängiger Beschwerden oder als kontrollierte Versandzahl verwendet werden.</w:t>
      </w:r>
    </w:p>
    <w:p>
      <w:r>
        <w:t>Die Folgerung lautet daher positiv und begrenzt: Der Export dokumentiert einen umfangreichen Bestand bestimmbarer Beschwerdevorgänge und gespeicherter Verbreitungsaktivität. Die exakten Kennzahlen dieses Bestands sind reproduzierbar. Für Vergleiche mit Eingangsstatistiken einer Anstalt müssen die Zähleinheiten harmonisiert werden. Dazu gehören die Behandlung von Mehrfachbeschwerden, Leiteingaben, Weiterleitungen und bereits vor einer Gremienbefassung erledigten Anliegen.</w:t>
      </w:r>
    </w:p>
    <w:p>
      <w:pPr>
        <w:pStyle w:val="Heading2"/>
      </w:pPr>
      <w:r>
        <w:t>3.6 Medien- und Senderverteilung als Grundlage gezielter Teilmengen</w:t>
      </w:r>
    </w:p>
    <w:p>
      <w:r>
        <w:t>Die Medienverteilung lautet 3.943 Fernsehvorgänge, 43 Onlinevorgänge, fünf Radiovorgänge und 95 ohne Medienzuordnung. Damit beschreibt der Datensatz vor allem Fernsehkritik. Er bildet nicht allein wegen seiner Größe Radio und Telemedien repräsentativ ab. Der positive Nutzen der Verteilung ist die Möglichkeit, einen begrenzten anstalts- und formatbezogenen Untersuchungsbestand zu bilden, statt alle Plattformdaten ungeprüft als Gesamtrundfunkbeweis zu behandeln. [D03]</w:t>
      </w:r>
    </w:p>
    <w:tbl>
      <w:tblPr>
        <w:tblW w:type="auto" w:w="0"/>
        <w:jc w:val="center"/>
        <w:tblLayout w:type="fixed"/>
        <w:tblLook w:firstColumn="1" w:firstRow="1" w:lastColumn="0" w:lastRow="0" w:noHBand="0" w:noVBand="1" w:val="04A0"/>
      </w:tblPr>
      <w:tblGrid>
        <w:gridCol w:w="4535"/>
        <w:gridCol w:w="2098"/>
        <w:gridCol w:w="2324"/>
      </w:tblGrid>
      <w:tr>
        <w:trPr>
          <w:tblHeader/>
          <w:cantSplit/>
        </w:trPr>
        <w:tc>
          <w:tcPr>
            <w:tcW w:type="dxa" w:w="4535"/>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Medium laut Export</w:t>
            </w:r>
          </w:p>
        </w:tc>
        <w:tc>
          <w:tcPr>
            <w:tcW w:type="dxa" w:w="209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Vorgänge</w:t>
            </w:r>
          </w:p>
        </w:tc>
        <w:tc>
          <w:tcPr>
            <w:tcW w:type="dxa" w:w="232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Anteil</w:t>
            </w:r>
          </w:p>
        </w:tc>
      </w:tr>
      <w:tr>
        <w:trPr>
          <w:cantSplit/>
        </w:trPr>
        <w:tc>
          <w:tcPr>
            <w:tcW w:type="dxa" w:w="453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tv</w:t>
            </w:r>
          </w:p>
        </w:tc>
        <w:tc>
          <w:tcPr>
            <w:tcW w:type="dxa" w:w="209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3943</w:t>
            </w:r>
          </w:p>
        </w:tc>
        <w:tc>
          <w:tcPr>
            <w:tcW w:type="dxa" w:w="232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96,50 %</w:t>
            </w:r>
          </w:p>
        </w:tc>
      </w:tr>
      <w:tr>
        <w:trPr>
          <w:cantSplit/>
        </w:trPr>
        <w:tc>
          <w:tcPr>
            <w:tcW w:type="dxa" w:w="453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unbekannt</w:t>
            </w:r>
          </w:p>
        </w:tc>
        <w:tc>
          <w:tcPr>
            <w:tcW w:type="dxa" w:w="209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95</w:t>
            </w:r>
          </w:p>
        </w:tc>
        <w:tc>
          <w:tcPr>
            <w:tcW w:type="dxa" w:w="232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2,33 %</w:t>
            </w:r>
          </w:p>
        </w:tc>
      </w:tr>
      <w:tr>
        <w:trPr>
          <w:cantSplit/>
        </w:trPr>
        <w:tc>
          <w:tcPr>
            <w:tcW w:type="dxa" w:w="453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online</w:t>
            </w:r>
          </w:p>
        </w:tc>
        <w:tc>
          <w:tcPr>
            <w:tcW w:type="dxa" w:w="209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43</w:t>
            </w:r>
          </w:p>
        </w:tc>
        <w:tc>
          <w:tcPr>
            <w:tcW w:type="dxa" w:w="232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1,05 %</w:t>
            </w:r>
          </w:p>
        </w:tc>
      </w:tr>
      <w:tr>
        <w:trPr>
          <w:cantSplit/>
        </w:trPr>
        <w:tc>
          <w:tcPr>
            <w:tcW w:type="dxa" w:w="453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radio</w:t>
            </w:r>
          </w:p>
        </w:tc>
        <w:tc>
          <w:tcPr>
            <w:tcW w:type="dxa" w:w="209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5</w:t>
            </w:r>
          </w:p>
        </w:tc>
        <w:tc>
          <w:tcPr>
            <w:tcW w:type="dxa" w:w="232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0,12 %</w:t>
            </w:r>
          </w:p>
        </w:tc>
      </w:tr>
    </w:tbl>
    <w:p>
      <w:pPr>
        <w:spacing w:after="0"/>
      </w:pPr>
    </w:p>
    <w:p>
      <w:r>
        <w:t>Die Senderbezeichnungen werden im folgenden Überblick so verwendet, wie sie im Export stehen. Sie sind keine abschließende rechtliche Zuordnung des verantwortlichen Rechtsträgers. Das Erste ist beispielsweise ein Gemeinschaftsangebot; aus dieser Bezeichnung allein folgt nicht, welche Anstalt die konkrete Sendung verantwortet. Ebenso werden private Anbieter und die anders finanzierte Deutsche Welle nicht ungeprüft als beitragsfinanzierte Landesrundfunkangebote mitgezählt.</w:t>
      </w:r>
    </w:p>
    <w:tbl>
      <w:tblPr>
        <w:tblW w:type="auto" w:w="0"/>
        <w:jc w:val="center"/>
        <w:tblLayout w:type="fixed"/>
        <w:tblLook w:firstColumn="1" w:firstRow="1" w:lastColumn="0" w:lastRow="0" w:noHBand="0" w:noVBand="1" w:val="04A0"/>
      </w:tblPr>
      <w:tblGrid>
        <w:gridCol w:w="4309"/>
        <w:gridCol w:w="1474"/>
        <w:gridCol w:w="1587"/>
        <w:gridCol w:w="1587"/>
      </w:tblGrid>
      <w:tr>
        <w:trPr>
          <w:tblHeader/>
          <w:cantSplit/>
        </w:trPr>
        <w:tc>
          <w:tcPr>
            <w:tcW w:type="dxa" w:w="4309"/>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Senderbezeichnung im Export</w:t>
            </w:r>
          </w:p>
        </w:tc>
        <w:tc>
          <w:tcPr>
            <w:tcW w:type="dxa" w:w="147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Vorgänge</w:t>
            </w:r>
          </w:p>
        </w:tc>
        <w:tc>
          <w:tcPr>
            <w:tcW w:type="dxa" w:w="158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Teilungen</w:t>
            </w:r>
          </w:p>
        </w:tc>
        <w:tc>
          <w:tcPr>
            <w:tcW w:type="dxa" w:w="158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Gremieninfo.</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1LIVE</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3sat</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46</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967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43</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ARD alpha</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5</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BR</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82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784</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38</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DW Online</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Das Erste</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1858</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46541</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1163</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Deutschlandfunk</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HR</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45</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4879</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152</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Kabel Eins</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KiKa</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66</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2767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98</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MDR</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100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1147</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49</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MDR Aktuell</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NDR</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64</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1037</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33</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ONE</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ProSieben</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23</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RBB</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622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14</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RTL</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19</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754</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SAT.1</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9</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SR</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13</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SWR BW</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36</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702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33</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SWR RLP</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VOX</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5</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WDR</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102</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2468</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74</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ZDF</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1080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44841</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1354</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ZDFinfo</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15</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ZDFneo</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25</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331</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14</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arte</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hr1</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phoenix</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83</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134</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5</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tagesschau24</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142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939</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21</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unbekannt</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164</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9708</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230</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Summe</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4086</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118627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3329</w:t>
            </w:r>
          </w:p>
        </w:tc>
      </w:tr>
    </w:tbl>
    <w:p>
      <w:pPr>
        <w:spacing w:after="0"/>
      </w:pPr>
    </w:p>
    <w:p>
      <w:r>
        <w:t>Das Erste und ZDF vereinigen 2.938 Ausgangsvorgänge auf sich, rund 71,9 Prozent des Bestands. Dieser Anteil beschreibt die Plattformaktivität, nicht den Anteil fehlerhafter Sendungen. Weder die Nutzungswahrscheinlichkeit eines Angebots noch die Anzahl ausgestrahlter Beiträge sind im Export als geeigneter Nenner einer Fehlerquote enthalten. Die Klägerseite verlangt deshalb keinen Sendervergleich nach vermeintlicher objektiver Fehlerhäufigkeit. Sie verwendet die Tabelle zur nachvollziehbaren Abgrenzung konkreter Teilbestände.</w:t>
      </w:r>
    </w:p>
    <w:p>
      <w:pPr>
        <w:pStyle w:val="Heading2"/>
      </w:pPr>
      <w:r>
        <w:t>3.7 Zeitverteilung und Datenqualität</w:t>
      </w:r>
    </w:p>
    <w:p>
      <w:r>
        <w:t>Die folgende Monatstabelle ist aus den gespeicherten Beschwerdezeitpunkten neu gebildet. Sie belegt den Verlauf der erfassten Aktivität. Das Beschwerdedatum ist nicht stets das Sendedatum; für den Beitragseinwand ist der zugrunde liegende Programmzeitraum gesondert zuzuordnen.</w:t>
      </w:r>
    </w:p>
    <w:tbl>
      <w:tblPr>
        <w:tblW w:type="auto" w:w="0"/>
        <w:jc w:val="center"/>
        <w:tblLayout w:type="fixed"/>
        <w:tblLook w:firstColumn="1" w:firstRow="1" w:lastColumn="0" w:lastRow="0" w:noHBand="0" w:noVBand="1" w:val="04A0"/>
      </w:tblPr>
      <w:tblGrid>
        <w:gridCol w:w="4309"/>
        <w:gridCol w:w="1474"/>
        <w:gridCol w:w="1587"/>
        <w:gridCol w:w="1587"/>
      </w:tblGrid>
      <w:tr>
        <w:trPr>
          <w:tblHeader/>
          <w:cantSplit/>
        </w:trPr>
        <w:tc>
          <w:tcPr>
            <w:tcW w:type="dxa" w:w="4309"/>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Beschwerdemonat</w:t>
            </w:r>
          </w:p>
        </w:tc>
        <w:tc>
          <w:tcPr>
            <w:tcW w:type="dxa" w:w="147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Vorgänge</w:t>
            </w:r>
          </w:p>
        </w:tc>
        <w:tc>
          <w:tcPr>
            <w:tcW w:type="dxa" w:w="158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Teilungen</w:t>
            </w:r>
          </w:p>
        </w:tc>
        <w:tc>
          <w:tcPr>
            <w:tcW w:type="dxa" w:w="158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Gremieninfo.</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2024-06</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839</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4019</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45</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2024-07</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506</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6427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43</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2024-08</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229</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5845</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101</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2024-09</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372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17379</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199</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2024-10</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177</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10589</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184</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2024-11</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153</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13767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348</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2024-12</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146</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7360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263</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2025-01</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190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20102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458</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2025-02</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172</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5507</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252</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2025-03</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83</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2381</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138</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2025-04</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57</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3360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184</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2025-05</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178</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3948</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165</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2025-06</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186</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2129</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127</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2025-07</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202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2297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142</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2025-08</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74</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1076</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67</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2025-09</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122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3767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194</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2025-10</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62</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440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32</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2025-11</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78</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1493</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65</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2025-12</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59</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1591</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79</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2026-01</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468</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32</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2026-02</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55</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2119</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111</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2026-03</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463</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30</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2026-04</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24</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1297</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66</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2026-05</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15</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2026-06</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25</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800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Summe</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4086</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118627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3329</w:t>
            </w:r>
          </w:p>
        </w:tc>
      </w:tr>
    </w:tbl>
    <w:p>
      <w:pPr>
        <w:spacing w:after="0"/>
      </w:pPr>
    </w:p>
    <w:p>
      <w:r>
        <w:t>Die ersten zwölf Monate vom 13. Juni 2024 bis zum 12. Juni 2025 enthalten 3.221 Vorgänge, der nachfolgende leicht längere Abschnitt bis zum 19. Juni 2026 weitere 865. Dies bestätigt den in den Gutachten beschriebenen Rückgang. Daraus folgt jedoch weder, dass die Programme entsprechend besser wurden, noch, dass die Nutzer nachweislich resignierten. Reichweite und Nutzung der Plattform, thematische Ereignisse, Versandfunktionen und tatsächliche Abhilfe können den Verlauf beeinflussen. Eine Motivationserklärung ohne entsprechende Daten wird nicht als Tatsache behauptet.</w:t>
      </w:r>
    </w:p>
    <w:p>
      <w:r>
        <w:t>Die technische Datumsprüfung ergab 164 leere Ausstrahlungsfelder. Bei fünf Datensätzen liegt der gespeicherte Ausstrahlungszeitpunkt nach dem gespeicherten Beschwerdezeitpunkt. Die betreffenden IDs sind im technischen Prüfprotokoll bezeichnet. Mögliche Eingabefehler werden nicht eigenmächtig korrigiert; bis zur Klärung sind diese Zeilen für eine exakte Sendungszeitzuordnung gesondert zu behandeln. Die Zahlen widerlegen nicht den gesamten Export, begrenzen aber die Präzision einer rein automatischen Zeitfilterung. [D03]</w:t>
      </w:r>
    </w:p>
    <w:p>
      <w:r>
        <w:t>Ein schriftsätzlicher Tatsachenvortrag kann dadurch konkreter werden: Er benennt nicht nur mehrere Jahre Beschwerdeaktivität, sondern die für einen bestimmten Streitzeitraum gefilterten, hinreichend datierten Inhalte und die verbleibenden unzugeordneten Zeilen. Für die nachfolgend ausgearbeiteten Fallgruppen sind Sender, Titel und gespeicherter Sendetag miteinander abgeglichen. Ein neuer unabhängiger Abgleich aller Ausstrahlungszeiten mit den Sendearchiven wurde nicht vorgenommen.</w:t>
      </w:r>
    </w:p>
    <w:p>
      <w:pPr>
        <w:pStyle w:val="Heading2"/>
      </w:pPr>
      <w:r>
        <w:t>3.8 Vorwurfskategorien: Untersuchungsanlass statt bereits festgestellter Verstoß</w:t>
      </w:r>
    </w:p>
    <w:p>
      <w:r>
        <w:t>Die Kategorien im Export sind Vorwurfsbezeichnungen. Zu einer Zeile können mehrere Kategorien gespeichert sein. Die häufigsten sind selektive Berichterstattung mit 2.065 und Einseitigkeit mit 1.983 Zuordnungen; 960 Zeilen nennen Falschmeldung. Die vollständige nachgerechnete Kategorienverteilung steht im technischen Nachweis. Sprachlich wertende Begriffe des Ausgangssystems werden dort ausdrücklich als gespeicherte Nutzerkategorien gekennzeichnet, nicht als eigene Tatsachenfeststellungen. [D03]</w:t>
      </w:r>
    </w:p>
    <w:p>
      <w:r>
        <w:t>Für eine sachliche Inhaltsprüfung ist die Kategorienliste allein unzureichend. Ein als Falschmeldung bezeichnetes Anliegen kann eine nachweisbar falsche Tatsachenbehauptung, eine abweichende Interpretation oder Unzufriedenheit mit einer Schwerpunktsetzung betreffen. Umgekehrt kann ein tatsächlicher Tatsachenfehler unter mehreren anderen Kategorien erfasst sein. Die Qualifikation muss deshalb am konkret benannten Beitrag und am behaupteten Fehler ansetzen, nicht am Schlagwort.</w:t>
      </w:r>
    </w:p>
    <w:p>
      <w:r>
        <w:t>Der positive Nutzen besteht in der Auswahl eines nachvollziehbaren Prüffelds. Für eine Untersuchung von Korrekturen können beispielsweise konkret bezeichnete Tatsachenbeanstandungen und deren Antworten untersucht werden. Für eine Untersuchung von Gremienverfahren kann auf Zeilen mit einer gespeicherten Eskalation zugegriffen werden. Beide Auswahlwege müssen als bewusste Fallauswahl erkennbar bleiben. Aus ihnen entsteht ohne geeignete Stichprobenlogik keine allgemeine Erfolgs- oder Fehlerquote.</w:t>
      </w:r>
    </w:p>
    <w:p>
      <w:pPr>
        <w:pStyle w:val="Heading2"/>
      </w:pPr>
      <w:r>
        <w:t>3.9 Ein differenziertes Wirkungsmodell</w:t>
      </w:r>
    </w:p>
    <w:p>
      <w:r>
        <w:t>Das Rundfunkalarm-Gutachten unterscheidet sechs Stufen von fehlender dokumentierter Reaktion bis zu struktureller Lernwirkung. Diese Ordnung wird aufgenommen, aber von der sachlichen Rechtmäßigkeit einer Entscheidung getrennt. Eine vollständig begründete Zurückweisung kann ordnungsgemäße Kontrolle sein, auch wenn sie keine Korrektur verlangt. Umgekehrt kann ein Verfahren formal als erledigt beendet werden, weil das berechtigte Anliegen schon vorher erfüllt wurde.</w:t>
      </w:r>
    </w:p>
    <w:tbl>
      <w:tblPr>
        <w:tblW w:type="auto" w:w="0"/>
        <w:jc w:val="center"/>
        <w:tblLayout w:type="fixed"/>
        <w:tblLook w:firstColumn="1" w:firstRow="1" w:lastColumn="0" w:lastRow="0" w:noHBand="0" w:noVBand="1" w:val="04A0"/>
      </w:tblPr>
      <w:tblGrid>
        <w:gridCol w:w="680"/>
        <w:gridCol w:w="3628"/>
        <w:gridCol w:w="4649"/>
      </w:tblGrid>
      <w:tr>
        <w:trPr>
          <w:tblHeader/>
          <w:cantSplit/>
        </w:trPr>
        <w:tc>
          <w:tcPr>
            <w:tcW w:type="dxa" w:w="680"/>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Stufe</w:t>
            </w:r>
          </w:p>
        </w:tc>
        <w:tc>
          <w:tcPr>
            <w:tcW w:type="dxa" w:w="362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Dokumentierter Vorgang</w:t>
            </w:r>
          </w:p>
        </w:tc>
        <w:tc>
          <w:tcPr>
            <w:tcW w:type="dxa" w:w="4649"/>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Erkenntnisgrenze</w:t>
            </w:r>
          </w:p>
        </w:tc>
      </w:tr>
      <w:tr>
        <w:trPr>
          <w:cantSplit/>
        </w:trPr>
        <w:tc>
          <w:tcPr>
            <w:tcW w:type="dxa" w:w="68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0</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Keine dokumentierte Reaktion</w:t>
            </w:r>
          </w:p>
        </w:tc>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Fehlende Dokumentation ist nicht bewiesene Nichtbearbeitung</w:t>
            </w:r>
          </w:p>
        </w:tc>
      </w:tr>
      <w:tr>
        <w:trPr>
          <w:cantSplit/>
        </w:trPr>
        <w:tc>
          <w:tcPr>
            <w:tcW w:type="dxa" w:w="68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1</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Formaler Eingang / Kenntnisnahme</w:t>
            </w:r>
          </w:p>
        </w:tc>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Noch keine nachgewiesene Sachprüfung</w:t>
            </w:r>
          </w:p>
        </w:tc>
      </w:tr>
      <w:tr>
        <w:trPr>
          <w:cantSplit/>
        </w:trPr>
        <w:tc>
          <w:tcPr>
            <w:tcW w:type="dxa" w:w="68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Nachvollziehbar begründete Zurückweisung</w:t>
            </w:r>
          </w:p>
        </w:tc>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Kann bei unbegründeter Eingabe ordnungsgemäße Kontrolle sein</w:t>
            </w:r>
          </w:p>
        </w:tc>
      </w:tr>
      <w:tr>
        <w:trPr>
          <w:cantSplit/>
        </w:trPr>
        <w:tc>
          <w:tcPr>
            <w:tcW w:type="dxa" w:w="68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3</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Anerkennung oder weitere Prüfung ohne sichtbare Abhilfe</w:t>
            </w:r>
          </w:p>
        </w:tc>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Anerkennung, Prüfung und Umsetzung einzeln erfassen</w:t>
            </w:r>
          </w:p>
        </w:tc>
      </w:tr>
      <w:tr>
        <w:trPr>
          <w:cantSplit/>
        </w:trPr>
        <w:tc>
          <w:tcPr>
            <w:tcW w:type="dxa" w:w="68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4</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Korrektur, Ergänzung, Richtigstellung oder andere Abhilfe</w:t>
            </w:r>
          </w:p>
        </w:tc>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Konkrete Maßnahme, Datum und Reichweite belegen</w:t>
            </w:r>
          </w:p>
        </w:tc>
      </w:tr>
      <w:tr>
        <w:trPr>
          <w:cantSplit/>
        </w:trPr>
        <w:tc>
          <w:tcPr>
            <w:tcW w:type="dxa" w:w="68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5</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Strukturelle Maßnahme / dokumentierter Lernprozess</w:t>
            </w:r>
          </w:p>
        </w:tc>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Ankündigung und tatsächliche langfristige Wirkung trennen</w:t>
            </w:r>
          </w:p>
        </w:tc>
      </w:tr>
    </w:tbl>
    <w:p>
      <w:pPr>
        <w:spacing w:after="0"/>
      </w:pPr>
    </w:p>
    <w:p>
      <w:r>
        <w:t>Zusätzlich sind Entscheidungsergebnis und tatsächliche Folge getrennt zu kodieren. Ergebnisgruppen sind insbesondere unzulässig, unbegründet, teilweise begründet, begründet, wegen Abhilfe erledigt und anderweitig erledigt. Folgen können eine Richtigstellung, Ergänzung, Entfernung oder Änderung eines Beitrags, eine Entschuldigung, eine geänderte Freigaberegel oder eine andere dokumentierte Maßnahme sein. Diese Zweiteilung verhindert, dass ein nicht stattgegebener Vorgang automatisch als wirkungslos gilt.</w:t>
      </w:r>
    </w:p>
    <w:p>
      <w:r>
        <w:t>Bei unbekanntem Ergebnis ist unbekannt einzutragen. Fehlende Dokumentation ist nicht dasselbe wie dokumentierte Nichtbearbeitung. Eine vollständige Untersuchung muss ferner einen angemessenen Beobachtungszeitraum nach Beschwerdeeingang berücksichtigen: Ein wenige Tage vor Export angelegter Vorgang kann noch offen gewesen sein. Ihn wie eine jahrelang unbeantwortete Eingabe zu behandeln, würde die behauptete Wirkungslosigkeit künstlich erhöhen.</w:t>
      </w:r>
    </w:p>
    <w:p>
      <w:pPr>
        <w:pStyle w:val="Heading2"/>
      </w:pPr>
      <w:r>
        <w:t>3.10 Fallgruppe F01: heute journal vom 15. Februar 2026</w:t>
      </w:r>
    </w:p>
    <w:p>
      <w:r>
        <w:t>Die Auswahl wurde anhand der gespeicherten Senderbezeichnung ZDF, des Ausstrahlungstags 15. Februar 2026 und des Bezugs zum heute journal beziehungsweise dem beanstandeten ICE-Bildmaterial vorgenommen. Der Export enthält zehn zugeordnete Datensätze. In ihnen sind insgesamt 723 Teilungen und 28 Rundfunkratsinformationen gespeichert. Die folgende Tabelle enthält ausschließlich fallrelevante Metadaten; private Ortsangaben werden nicht wiedergegeben. [D01; D02]</w:t>
      </w:r>
    </w:p>
    <w:tbl>
      <w:tblPr>
        <w:tblW w:type="auto" w:w="0"/>
        <w:jc w:val="center"/>
        <w:tblLayout w:type="fixed"/>
        <w:tblLook w:firstColumn="1" w:firstRow="1" w:lastColumn="0" w:lastRow="0" w:noHBand="0" w:noVBand="1" w:val="04A0"/>
      </w:tblPr>
      <w:tblGrid>
        <w:gridCol w:w="2268"/>
        <w:gridCol w:w="3515"/>
        <w:gridCol w:w="1587"/>
        <w:gridCol w:w="1587"/>
      </w:tblGrid>
      <w:tr>
        <w:trPr>
          <w:tblHeader/>
          <w:cantSplit/>
        </w:trPr>
        <w:tc>
          <w:tcPr>
            <w:tcW w:type="dxa" w:w="226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Beschwerde-ID</w:t>
            </w:r>
          </w:p>
        </w:tc>
        <w:tc>
          <w:tcPr>
            <w:tcW w:type="dxa" w:w="3515"/>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Beschwerdedatum</w:t>
            </w:r>
          </w:p>
        </w:tc>
        <w:tc>
          <w:tcPr>
            <w:tcW w:type="dxa" w:w="158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Teilungen</w:t>
            </w:r>
          </w:p>
        </w:tc>
        <w:tc>
          <w:tcPr>
            <w:tcW w:type="dxa" w:w="158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Gremieninfo.</w:t>
            </w:r>
          </w:p>
        </w:tc>
      </w:tr>
      <w:tr>
        <w:trPr>
          <w:cantSplit/>
        </w:trPr>
        <w:tc>
          <w:tcPr>
            <w:tcW w:type="dxa" w:w="226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m-6wdhnt</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16.02.2026 15:14</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w:t>
            </w:r>
          </w:p>
        </w:tc>
      </w:tr>
      <w:tr>
        <w:trPr>
          <w:cantSplit/>
        </w:trPr>
        <w:tc>
          <w:tcPr>
            <w:tcW w:type="dxa" w:w="226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m-6wdmll</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16.02.2026 20:19</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226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m-6wdo55</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16.02.2026 22:18</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226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m-6wdodh</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17.02.2026 01:52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723</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27</w:t>
            </w:r>
          </w:p>
        </w:tc>
      </w:tr>
      <w:tr>
        <w:trPr>
          <w:cantSplit/>
        </w:trPr>
        <w:tc>
          <w:tcPr>
            <w:tcW w:type="dxa" w:w="226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m-6we341</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17.02.2026 09:32</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226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m-6wf45d</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17.02.2026 16:27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226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m-6wfav1</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17.02.2026 19:18</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226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m-6wfy0d</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18.02.2026 09:53</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226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m-6wi9cd</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23.02.2026 19:08</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226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m-6wiqs5</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26.02.2026 09:02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226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Summe / 10 Vorgänge</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723</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28</w:t>
            </w:r>
          </w:p>
        </w:tc>
      </w:tr>
    </w:tbl>
    <w:p>
      <w:pPr>
        <w:spacing w:after="0"/>
      </w:pPr>
    </w:p>
    <w:p>
      <w:r>
        <w:t>Der Vorgang m-6wdodh beanstandet insbesondere die Verwendung eines nach der Beschwerde KI-generierten Clips ohne hinreichende Kennzeichnung sowie den Widerspruch zu einer vorausgehenden Warnung vor gefälschten Videos. m-6wi9cd enthält einen weitgehend entsprechenden Beschwerdetext. Andere Einträge in der Gruppe sind knapper oder anders gewichtet. Aus dem gemeinsamen Sendungsbezug folgt nicht, dass alle zehn in jeder Einzelheit dieselben Vorwürfe erhoben. Rechtliche Normzitate der Eingaben werden nicht ungeprüft als zutreffende rechtliche Einordnung übernommen.</w:t>
      </w:r>
    </w:p>
    <w:p>
      <w:r>
        <w:t>Die öffentliche Mitteilung des Fernsehrats vom 19. Juni 2026 behandelt das Beschwerdeverfahren zur Sendung vom 15. Februar 2026. Sie beschreibt, dass KI-generiertes und sachlich nicht passend zugeordnetes Material nicht den einschlägigen Standards entsprochen habe. Zugleich nennt sie die Korrektur mit Entschuldigung in der Sendung vom 17. Februar, die Entfernung des beanstandeten Beitrags aus dem Streamingangebot, personelle Folgen sowie weitere organisatorische Maßnahmen. Das Verfahren wurde wegen bereits wirksamer Abhilfe als erledigt behandelt. [E21, S. 1-2]</w:t>
      </w:r>
    </w:p>
    <w:p>
      <w:r>
        <w:t>Die Mitteilung setzt sich außerdem mit dem Vorwurf einer absichtlichen Täuschung auseinander und bestätigt diesen nicht. Dieser Gegenbefund wird ausdrücklich mitgeführt. Die Klägerseite stützt sich auf den dokumentierten Fehler und die dokumentierten Reaktionen, nicht auf eine unbewiesene Manipulationsabsicht. Eine Aktenlage, die Fehler und Abhilfe zugleich belegt, darf nicht selektiv nur mit ihrem belastenden Teil verwendet werden.</w:t>
      </w:r>
    </w:p>
    <w:p>
      <w:pPr>
        <w:pStyle w:val="Heading2"/>
      </w:pPr>
      <w:r>
        <w:t>3.11 F01: gesicherte Verbindung und offenbleibende Kausalität</w:t>
      </w:r>
    </w:p>
    <w:p>
      <w:r>
        <w:t>Die Übereinstimmung zwischen Export und Ergebnisquelle betrifft die bestimmte Sendung und den darin beanstandeten Umgang mit Bildmaterial. Damit ist ein sachlicher Zusammenhang hergestellt, der über das bloße Nebeneinander einer Statistik und eines Presseartikels hinausgeht. Nicht hergestellt ist dagegen eine eindeutige Zuordnung jeder Plattform-ID zur beim ZDF geführten Leiteingabe oder zu einem dortigen Eingangsaktenzeichen.</w:t>
      </w:r>
    </w:p>
    <w:p>
      <w:r>
        <w:t>Insbesondere darf aus den 723 Teilungen nicht gefolgert werden, alle seien vor der Korrektur am 17. Februar beim ZDF eingegangen. Die gespeicherten Teilungsgrenzen reichen bei m-6wdodh bis zum 19. Juni 2026; der Export enthält keine vollständige Ereignisliste jeder einzelnen Teilung. Einige Ursprungsvorgänge wurden zudem erst nach der berichteten Korrektur angelegt. Ein Kausalmodell, nach dem die gesamte registrierte Aktivität die erste Korrektur ausgelöst habe, wäre deshalb nicht belegt.</w:t>
      </w:r>
    </w:p>
    <w:p>
      <w:r>
        <w:t>Die begrenzte weitere Frage lautet: Welche dieser konkret bezeichneten Beschwerden gingen ein, wurden welcher Leiteingabe zugeordnet und erhielten welche Antwort? Dafür können eine Eingangsbestätigung, die Zuordnungsinformation oder die bereits vorhandene Antwort genügen. Verlangt werden nicht sämtliche personenbezogenen Daten anderer Beschwerdeführender und keine Offenlegung vertraulicher journalistischer Quellen. Die im gerichtlichen Zusammenhang begehrte Information bezieht sich auf ein bestimmtes bereits bekanntes Ereignis.</w:t>
      </w:r>
    </w:p>
    <w:p>
      <w:r>
        <w:t>Für das Wirkungsmodell folgt: Auf der Ebene des veröffentlichten Beitrags liegt nach der Ergebnisquelle dokumentierte Abhilfe vor. Auf der Ebene einzelner Rundfunkalarm-Eingaben ist deren eigener Verfahrensverlauf noch offen. Die pauschale Fortschreibung einer nach außen vollständig unsichtbaren Korrekturwirkung wäre angesichts dieser Erkenntnis nicht mehr zutreffend. Die revidierte Aussage muss beide Ebenen nennen. Diese Korrektur der früheren Einordnung ist eine Folge zusätzlicher Erkenntnisse, nicht eine nachträgliche Änderung der Originaldatei.</w:t>
      </w:r>
    </w:p>
    <w:p>
      <w:pPr>
        <w:pStyle w:val="Heading2"/>
      </w:pPr>
      <w:r>
        <w:t>3.12 Fallgruppe F02: Schlagabtausch vom 6. Februar 2025</w:t>
      </w:r>
    </w:p>
    <w:p>
      <w:r>
        <w:t>Die Auswahl nach ZDF, Sendetag 6. Februar 2025 und Sendungstitel Schlagabtausch ergibt zwanzig Datensätze mit insgesamt 854 gespeicherten Teilungen und 31 Gremieninformationen. Der zentrale geteilte Vorgang ist m-6s5ogl, angelegt am 7. Februar 2025 um 10:41 Uhr; bei ihm sind 854 Teilungen und 30 Gremieninformationen gespeichert. Ein weiterer Datensatz trägt eine Gremieninformation. Die vollständige ID-Liste ist Bestandteil des technischen Fallgruppennachweises. [D02]</w:t>
      </w:r>
    </w:p>
    <w:p>
      <w:r>
        <w:t>Die Eingaben beanstanden unter anderem Publikumsreaktionen, Auswahl beziehungsweise Platzierung des Publikums, Moderation und Behandlung der Teilnehmenden. Dies sind Vorwürfe der Beschwerdeführenden, keine durch die Plattformdaten bewiesenen Produktionsabläufe. Die gespeicherte Formulierung, der Applaus sei gezielt manipuliert worden, wird nicht als festgestellte Tatsache übernommen. Prüfbar ist dagegen, welche Rekrutierungs- und Ablaufangaben die Anstalt in ihrer bereits veröffentlichten Stellungnahme zu diesem bestimmten Vorgang gemacht hat.</w:t>
      </w:r>
    </w:p>
    <w:p>
      <w:r>
        <w:t>Das öffentliche ZDF-Verzeichnis der Mehrfachbeschwerdeverfahren weist einen Vorgang zu dieser Sendung sowie Verweise auf Stellungnahme und Verfahrensausgang aus. Damit ist die Behauptung, es gebe hierzu keinerlei veröffentlichte Verfahrensinformation, nicht haltbar. Die in dieser Bearbeitung nicht verlässlich erschlossenen Einzelanlagen werden jedoch nicht mit einem erfundenen Entscheidungsergebnis ersetzt. Als gesichert wird hier nur die öffentliche Verzeichnung des konkreten Verfahrens eingeführt. [E20]</w:t>
      </w:r>
    </w:p>
    <w:p>
      <w:r>
        <w:t>Der nächste bestimmte Erkenntnisschritt ist entsprechend begrenzt: die vollständige Beschaffung der dort bezeichneten Stellungnahme und Ergebnisentscheidung sowie ihr Abgleich mit den konkreten Beschwerdepunkten. Die Fallgruppe eignet sich für die Untersuchung von Produktionsangaben und Beschwerdebegründung. Sie wird nicht als bereits bestätigter Nachweis einer parteipolitischen Steuerung oder als Beleg eines wirkungslosen Verfahrens ausgegeben.</w:t>
      </w:r>
    </w:p>
    <w:p>
      <w:pPr>
        <w:pStyle w:val="Heading2"/>
      </w:pPr>
      <w:r>
        <w:t>3.13 Fallgruppe F03: Nuhr im Ersten vom 29. Mai 2025</w:t>
      </w:r>
    </w:p>
    <w:p>
      <w:r>
        <w:t>Im Export findet sich der Vorgang m-6tzi4x, angelegt am 31. Mai 2025 um 00:09 Uhr, zur Sendung Nuhr im Ersten vom 29. Mai 2025. Gespeichert sind 398 Teilungen und 25 Rundfunkratsinformationen. Die Eingabe benennt einen Sendungsausschnitt ungefähr ab Minute 5 und verlinkt den Mediatheksbeitrag. Damit liegen eine bestimmte Sendung, eine bezeichnete Passage und eine rekonstruierbare Eingabe vor. [D01; D02]</w:t>
      </w:r>
    </w:p>
    <w:p>
      <w:r>
        <w:t>Die Beschwerde interpretiert die satirische Passage als pauschale Herabsetzung bestimmter Wähler und beanstandet eine aus ihrer Sicht unzulässige Verbindung mit Gewalttätigkeit. Diese Interpretation wird nicht als objektiver Straftat- oder Programmverstoß übernommen. Die satirische Form und die grundrechtlich geschützte Zuspitzung sind bei einer materiellen Prüfung zu berücksichtigen. Ein normativer Anspruch auf Zustimmung zur eigenen Partei wird nicht geltend gemacht. Für diesen Abschnitt steht der tatsächliche Umgang mit der bestimmten Eingabe im Vordergrund.</w:t>
      </w:r>
    </w:p>
    <w:p>
      <w:r>
        <w:t>Die ergänzte Rundfunkalarm-Fassung vom 13. September 2026 referiert einen rbb-Halbjahresbericht, der von rund 400 gleichlautenden Beschwerden über Rundfunkalarm zu dieser Sendung berichtet. Der in dieser Bearbeitung nicht im Volltext verifizierbare rbb-Bericht bleibt als Sekundärnachweis gekennzeichnet. Die ähnliche Größenordnung von 398 Teilungen und rund 400 berichteten Eingängen ist ein konkreter Abgleichsansatz; sie ist noch kein Beweis, dass die Zählsysteme exakt dieselben Ereignisse erfassen. [S03, Q11]</w:t>
      </w:r>
    </w:p>
    <w:p>
      <w:r>
        <w:t>Die weitere Anfrage ist dadurch bestimmt: erbeten werden die Bestätigung der betreffenden Eingangsgruppe, ihre technische beziehungsweise verfahrensrechtliche Zusammenfassung und die dazu ergangene vorhandene Antwort oder Entscheidung. Ein einziges Ursprungsschreiben mit vielen Weiterleitungen ist gerade kein Beweis für viele unabhängige Programmfehler. Es kann aber zeigen, wie die Gremien eine umfangreiche gleichgerichtete Eingangsgruppe behandeln. Die Unterscheidung der Zähleinheiten wird an diesem Fall praktisch nachvollziehbar.</w:t>
      </w:r>
    </w:p>
    <w:p>
      <w:pPr>
        <w:pStyle w:val="Heading2"/>
      </w:pPr>
      <w:r>
        <w:t>3.14 Ergebnis der drei Fallgruppen</w:t>
      </w:r>
    </w:p>
    <w:p>
      <w:r>
        <w:t>Die drei Gruppen haben unterschiedliche Erkenntnisstände. F01 verbindet gespeicherte Eingaben mit einem öffentlichen Ergebnis zu derselben Sendung und dokumentiert Fehler sowie Abhilfe. F02 verbindet gespeicherte Eingaben mit einem öffentlichen Verfahrensverzeichnis, ohne dass hier ein bestimmtes Ergebnis der Einzelentscheidung behauptet wird. F03 verbindet einen einzelnen vielfach geteilten Plattformvorgang mit einem in der September-Fassung referierten anstaltsseitigen Sammelbefund, dessen Original noch zu sichern ist.</w:t>
      </w:r>
    </w:p>
    <w:tbl>
      <w:tblPr>
        <w:tblW w:type="auto" w:w="0"/>
        <w:jc w:val="center"/>
        <w:tblLayout w:type="fixed"/>
        <w:tblLook w:firstColumn="1" w:firstRow="1" w:lastColumn="0" w:lastRow="0" w:noHBand="0" w:noVBand="1" w:val="04A0"/>
      </w:tblPr>
      <w:tblGrid>
        <w:gridCol w:w="2041"/>
        <w:gridCol w:w="2324"/>
        <w:gridCol w:w="2438"/>
        <w:gridCol w:w="2154"/>
      </w:tblGrid>
      <w:tr>
        <w:trPr>
          <w:tblHeader/>
          <w:cantSplit/>
        </w:trPr>
        <w:tc>
          <w:tcPr>
            <w:tcW w:type="dxa" w:w="2041"/>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Fallgruppe</w:t>
            </w:r>
          </w:p>
        </w:tc>
        <w:tc>
          <w:tcPr>
            <w:tcW w:type="dxa" w:w="232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Nachgerechnet</w:t>
            </w:r>
          </w:p>
        </w:tc>
        <w:tc>
          <w:tcPr>
            <w:tcW w:type="dxa" w:w="243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Zusätzlicher Nachweis</w:t>
            </w:r>
          </w:p>
        </w:tc>
        <w:tc>
          <w:tcPr>
            <w:tcW w:type="dxa" w:w="215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Noch nicht bewiesen</w:t>
            </w:r>
          </w:p>
        </w:tc>
      </w:tr>
      <w:tr>
        <w:trPr>
          <w:cantSplit/>
        </w:trPr>
        <w:tc>
          <w:tcPr>
            <w:tcW w:type="dxa" w:w="204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F01 heute journal 15.02.2026</w:t>
            </w:r>
          </w:p>
        </w:tc>
        <w:tc>
          <w:tcPr>
            <w:tcW w:type="dxa" w:w="232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10 Vorgänge; 723 Teilungen; 28 Gremieninfos</w:t>
            </w:r>
          </w:p>
        </w:tc>
        <w:tc>
          <w:tcPr>
            <w:tcW w:type="dxa" w:w="243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E21: anerkannter Fehler und beschriebene Abhilfe</w:t>
            </w:r>
          </w:p>
        </w:tc>
        <w:tc>
          <w:tcPr>
            <w:tcW w:type="dxa" w:w="215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Zuordnung jedes Eingangs; Ursächlichkeit; langfristige Wirkung</w:t>
            </w:r>
          </w:p>
        </w:tc>
      </w:tr>
      <w:tr>
        <w:trPr>
          <w:cantSplit/>
        </w:trPr>
        <w:tc>
          <w:tcPr>
            <w:tcW w:type="dxa" w:w="204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F02 Schlagabtausch 06.02.2025</w:t>
            </w:r>
          </w:p>
        </w:tc>
        <w:tc>
          <w:tcPr>
            <w:tcW w:type="dxa" w:w="232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 Vorgänge; 854 Teilungen; 31 Gremieninfos</w:t>
            </w:r>
          </w:p>
        </w:tc>
        <w:tc>
          <w:tcPr>
            <w:tcW w:type="dxa" w:w="243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E20: bestimmtes Verfahren gelistet</w:t>
            </w:r>
          </w:p>
        </w:tc>
        <w:tc>
          <w:tcPr>
            <w:tcW w:type="dxa" w:w="215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Inhalt der hier noch nicht gesicherten Ergebnisentscheidung</w:t>
            </w:r>
          </w:p>
        </w:tc>
      </w:tr>
      <w:tr>
        <w:trPr>
          <w:cantSplit/>
        </w:trPr>
        <w:tc>
          <w:tcPr>
            <w:tcW w:type="dxa" w:w="204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F03 Nuhr 29.05.2025</w:t>
            </w:r>
          </w:p>
        </w:tc>
        <w:tc>
          <w:tcPr>
            <w:tcW w:type="dxa" w:w="232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 Vorgang; 398 Teilungen; 25 Gremieninfos</w:t>
            </w:r>
          </w:p>
        </w:tc>
        <w:tc>
          <w:tcPr>
            <w:tcW w:type="dxa" w:w="243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S03 referiert rbb-Bericht mit rund 400 gleichlautenden Eingängen</w:t>
            </w:r>
          </w:p>
        </w:tc>
        <w:tc>
          <w:tcPr>
            <w:tcW w:type="dxa" w:w="215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Originalbericht; exakte Gleichheit der Zähleinheiten; Ergebnis</w:t>
            </w:r>
          </w:p>
        </w:tc>
      </w:tr>
    </w:tbl>
    <w:p>
      <w:pPr>
        <w:spacing w:after="0"/>
      </w:pPr>
    </w:p>
    <w:p>
      <w:r>
        <w:t>Diese Verschiedenheit ist inhaltlich bedeutsam. Eine Fallanalyse, die alle drei Gruppen als unbeantwortet oder wirkungslos kennzeichnete, wäre falsch. Eine Darstellung, die alle gespeicherten Teilungen als unabhängige Programmverstöße addierte, wäre ebenso falsch. Der nun vorliegende Vortrag ersetzt solche pauschalen Aussagen durch jeweils benannte Belege und genau bezeichnete verbleibende Fragen.</w:t>
      </w:r>
    </w:p>
    <w:p>
      <w:r>
        <w:t>Die Fallgruppen wurden gezielt gewählt, weil konkrete Sendungsbezeichnungen, relevante Plattformdaten und externe Verfahrenshinweise vorliegen. Sie repräsentieren nicht statistisch alle 4.086 Vorgänge. Ihre Funktion besteht in der dokumentarischen Untersuchung von Zähllogik, Verfahrenszuordnung und Ergebnisbehandlung. Eine quantitative Gesamtaussage über die Wirksamkeit des Beschwerdesystems erfordert weiterhin eine geeignete Ergebnisstichprobe oder Vollerhebung.</w:t>
      </w:r>
    </w:p>
    <w:p>
      <w:pPr>
        <w:pStyle w:val="Heading2"/>
      </w:pPr>
      <w:r>
        <w:t>3.15 Externe Vergleichsbefunde der September-Fassung</w:t>
      </w:r>
    </w:p>
    <w:p>
      <w:r>
        <w:t>Die September-Fassung referiert eine journalistische Recherche mit 4.985 förmlichen Beschwerden im Jahr 2025, 184 Gremienbefassungen und einer formellen Stattgabe. Die Quellen werden dort als FAZ-Beitrag und Übermedien-Recherche bezeichnet. Diese Zahlen werden hier als Angaben jener ergänzten Arbeit eingeordnet; eine unabhängige Nachprüfung sämtlicher Anstaltsmeldungen liegt nicht vor. Die Reichweite des verwendeten Nachweises wird nicht durch das Wiederholen der Zahlen vergrößert. [S03, Abschn. F VI-VIII und Quellen Q8-Q9]</w:t>
      </w:r>
    </w:p>
    <w:p>
      <w:r>
        <w:t>Schon die September-Fassung warnt davor, die rechnerische Stattgabequote als gesamte Erfolgsquote zu bezeichnen. Vorherige Abhilfe, Erledigung, unterschiedliche Mehrfachbeschwerdelogiken und die Verteilung zwischen Intendanz und Gremium können die Kennzahlen erheblich verändern. Der jetzt direkt erschlossene ZDF-Fall illustriert genau dieses Problem: Ein formal erledigtes Verfahren kann mit materieller Abhilfe verbunden sein. Der positive Erkenntnisgewinn der Vergleichszahlen ist daher die Frage nach harmonisierten Ergebniskategorien, nicht ein pauschaler Wirkungsnachweis von null Prozent.</w:t>
      </w:r>
    </w:p>
    <w:p>
      <w:r>
        <w:t>Für eine anstaltsübergreifende Auswertung müssten Eingang, Zulässigkeit, inhaltliche Begründetheit, vorzeitige Abhilfe, Gremienbefassung, Entscheidung und konkrete Folge getrennt ausgewiesen werden. Die Klägerseite verlangt keine nachträgliche Herstellung jeder denkbaren Statistik. Vorhandene Standardberichte und bestimmte Ergebnisakten können aber aufklären, welche dieser Größen bereits erfasst werden und wie die Anstalten selbst die Wirksamkeit ihrer Kontrolle dokumentieren.</w:t>
      </w:r>
    </w:p>
    <w:p>
      <w:pPr>
        <w:pStyle w:val="Heading2"/>
      </w:pPr>
      <w:r>
        <w:t>3.16 Organisation und Programmwirkung: die erforderliche Verbindung</w:t>
      </w:r>
    </w:p>
    <w:p>
      <w:r>
        <w:t>Die institutionelle These des Ausgangsgutachtens wird beibehalten, aber konkret gefasst. Wenn ein ordnungsgemäß festgestellter Programmfehler trotz dokumentierter Kenntnis wiederkehrt, kann dies eine Frage nach der Wirksamkeit der Korrekturmechanismen begründen. Der Nachweis erfordert dann mindestens den ersten Fehler, die Kenntnis beziehungsweise Reaktion, die angekündigte oder veranlasste Maßnahme und einen sachlich vergleichbaren späteren Vorgang. Keine dieser Stufen darf allein aus der Zahl der Beschwerden abgeleitet werden.</w:t>
      </w:r>
    </w:p>
    <w:p>
      <w:r>
        <w:t>Am ZDF-Fall ist der erste Teil dieser Kette dokumentiert: benannter Inhalt, anerkannter Fehler und beschriebene Reaktionen. Die langfristige Wirkung der organisatorischen Maßnahmen ist damit noch nicht untersucht. Deshalb wird nicht behauptet, die angekündigten Maßnahmen seien wirkungslos geblieben. Eine anschließende fachliche Untersuchung könnte dagegen prüfen, welche vorhandenen Freigabe- und Verifikationsregeln galten, wie ihre Änderung dokumentiert wurde und ob in einer sachlich begrenzten Folgeperiode vergleichbare Fehler vorkamen.</w:t>
      </w:r>
    </w:p>
    <w:p>
      <w:r>
        <w:t>Ein organisatorisches Defizit kann für den Programmeinwand nur insoweit tragen, als es mit den rechtlich erheblichen Programmmerkmalen verbunden wird. Ein fehlender veröffentlichter Jahresbericht oder eine unbefriedigende Antwort allein beseitigt die Beitragspflicht nicht. Das gilt auch umgekehrt: Die bloße Existenz eines Ausschusses beweist nicht die fehlerfreie Behandlung jedes Vorgangs. Die verfahrensbezogene Aufklärung soll gerade diesen tatsächlichen Zusammenhang sichtbar machen, ohne dem Gericht die laufende Redaktion zu übertragen.</w:t>
      </w:r>
    </w:p>
    <w:p>
      <w:pPr>
        <w:pStyle w:val="Heading2"/>
      </w:pPr>
      <w:r>
        <w:t>3.17 Konkrete Beweisfunktion und begrenzte Aufklärung</w:t>
      </w:r>
    </w:p>
    <w:p>
      <w:r>
        <w:t>Der Nachweis D03 belegt die technische Reproduzierbarkeit der gespeicherten Kennzahlen. D02 belegt, nach welchen Regeln die drei Fallgruppen aus dem Export ausgewählt wurden und welche IDs dazugehören. E21 belegt den veröffentlichten Inhalt der ZDF-Entscheidung zu F01. Die Klägerseite bietet damit konkrete Dokumente und nicht nur die zukünftige Beschaffung eines noch unbestimmten Gutachtens an.</w:t>
      </w:r>
    </w:p>
    <w:p>
      <w:r>
        <w:t>Für die Verbindung zur individuellen Klägerakte gelten gesonderte Grenzen. Die hier dargestellten Plattformvorgänge sind nicht ohne Weiteres eigene Beschwerden jedes Klägers. Das eigene Eingangsschreiben, die eigene Antwort und der eigene Vorprozess müssen mit ihren tatsächlichen Kennungen im Fallblatt bezeichnet werden. Die gemeinsamen Fallgruppen dienen als Vergleichs- und Erkenntnismaterial. Sie ersetzen nicht die persönliche Betroffenheit oder den neuen Streitgegenstand des Projekt-51-Verfahrens.</w:t>
      </w:r>
    </w:p>
    <w:p>
      <w:r>
        <w:t>Die weitergehenden Fragen sind bereits bestimmt: Zu F01 die Zuordnung konkreter Eingaben zum Verfahren und die vorhandene Ergebnismitteilung; zu F02 die veröffentlicht bezeichnete Stellungnahme und Ergebnisentscheidung; zu F03 die verfahrensbezogene Behandlung der benannten Eingangsgruppe. Ein Antrag auf sämtliche internen Unterlagen aller Rundfunkanstalten wird daraus nicht abgeleitet. Umfang und rechtliche Zulässigkeit jeder Beiziehung sind an der Entscheidungserheblichkeit zu messen. [R02, §§ 86, 87, 99]</w:t>
      </w:r>
    </w:p>
    <w:p>
      <w:pPr>
        <w:pStyle w:val="Heading2"/>
      </w:pPr>
      <w:r>
        <w:t>3.18 Schlussfolgerung: was nun tatsächlich vorgetragen ist</w:t>
      </w:r>
    </w:p>
    <w:p>
      <w:r>
        <w:t>Die Klägerseite legt einen technisch nachgeprüften Beschwerdebestand, dessen Medien-, Sender- und Zeitverteilungen sowie drei dokumentarisch abgegrenzte Fallgruppen vor. Sie benennt die Differenz zwischen Plattformaktivität und anstaltsseitigem Verfahrensausgang. Damit ist ein wesentlicher Teil des bisher nur geplanten Aufklärungsansatzes ausgearbeitet. Der Vortrag ist weder auf eine Seitenzahl noch auf ein Schlagwort wie Gremienversagen gestützt.</w:t>
      </w:r>
    </w:p>
    <w:p>
      <w:r>
        <w:t>Die neuen Erkenntnisse erlauben auch eine ausdrückliche Korrektur der bisherigen Materialbeschreibung: Zu mindestens einer im Export enthaltenen Sendung ist öffentliche Abhilfe dokumentiert. Eine allgemeine Nullquote darf daraus nicht mehr formuliert werden. Gleichzeitig ist die individuelle Behandlung der einzelnen Plattformeingaben nicht schon durch eine allgemeine Ergebnisveröffentlichung geklärt. Diese verbleibende Frage ist eng genug, um sie anhand vorhandener Unterlagen zu untersuchen.</w:t>
      </w:r>
    </w:p>
    <w:p>
      <w:r>
        <w:t>Für eine Feststellung langfristiger gröblicher Programmdefizite reicht der Beschwerdebestand allein nicht. Sein rechtlicher Beitrag liegt in der konkret belegten Kontroll- und Erkenntnispraxis und ihrer Verbindung zu den Programmbefunden aus Abschnitt 2. Die Klägerseite ersucht um Würdigung genau dieses vorgelegten Materials und um die in Abschnitt 4 ausformulierte begrenzte Aufklärung. Ein bereits abgeschlossener Vollbeweis des gesamten Programmzustands oder der Wirkung aller Gremienverfahren wird nicht behauptet.</w:t>
      </w:r>
    </w:p>
    <w:p>
      <w:r>
        <w:br w:type="page"/>
      </w:r>
    </w:p>
    <w:p>
      <w:pPr>
        <w:pStyle w:val="Heading1"/>
      </w:pPr>
      <w:r>
        <w:t>Abschnitt 4</w:t>
      </w:r>
    </w:p>
    <w:p>
      <w:pPr>
        <w:pStyle w:val="Title"/>
      </w:pPr>
      <w:r>
        <w:t>Erkenntniszugang, rechtliche Herleitung und bestimmte Aufklärungsbegehren</w:t>
      </w:r>
    </w:p>
    <w:p>
      <w:r>
        <w:t>Die vorstehenden Abschnitte liefern die Tatsachenbasis. Dieser Abschnitt entwickelt daraus die rechtlichen Folgerungen für die Sachaufklärung. Er integriert die entsprechenden Argumente des V-Gutachtens, des Kurzgutachtens und der Grundlagenuntersuchung, ohne deren umfangreiche Wiederholungen als gesonderte Anlagen vorauszusetzen. Die rechtlichen Begriffe werden auf die bereits bestimmten Quellen, Korpora und Beschwerdefälle angewendet. Der Schriftsatz verlangt keine allgemeine Durchsuchung sämtlicher Archive auf beliebige Fehler.</w:t>
      </w:r>
    </w:p>
    <w:p>
      <w:r>
        <w:t>Zwischen den beiden Verfahrensarten bleibt zu unterscheiden. In der Anfechtungsklage sind die Tatsachen für die bezeichneten Bescheide und ihren verfassungsrechtlichen Hintergrund erheblich. Im Projekt-51-Verfahren stehen die eigene Vorentscheidung, der anschließende konkrete Zugangskonflikt und die behauptete gegenwärtige Rechtsbeziehung im Mittelpunkt. Ein umfangreicher Programmvortrag ersetzt dort nicht die Begründung der selbständigen Feststellungsfähigkeit.</w:t>
      </w:r>
    </w:p>
    <w:p>
      <w:pPr>
        <w:pStyle w:val="Heading2"/>
      </w:pPr>
      <w:r>
        <w:t>4.1 Erkenntnis geht Beweiswürdigung voraus</w:t>
      </w:r>
    </w:p>
    <w:p>
      <w:r>
        <w:t>Die Ausgangsgutachten beschreiben ein sachliches Problem: Bevor eine komplexe institutionelle Leistung rechtlich bewertet werden kann, müssen ihre entscheidungserheblichen tatsächlichen Merkmale zugänglich und untersuchbar sein. Der Ausdruck institutioneller Lebenssachverhalt bezeichnet hier den Zusammenhang vieler aufeinanderfolgender Auswahl-, Veröffentlichungs- und Korrekturentscheidungen. Er ändert nicht die gesetzlichen Klagearten. Er verdeutlicht vielmehr, weshalb einzelne Ausschnitte und eine bloße institutionelle Selbstbeschreibung den Untersuchungsgegenstand nicht vollständig abbilden. [S01, Kap. 7-14; S04, Abschn. B-D; S05, Teile I-III]</w:t>
      </w:r>
    </w:p>
    <w:p>
      <w:r>
        <w:t>Die digitale Erkenntnisordnung beschreibt in den Ausgangsarbeiten die Bedingungen, unter denen Informationen erzeugt, gespeichert, verändert und zugänglich gemacht werden. Funktionale Kohärenz bezeichnet den Zusammenhang zwischen gesetzlichem Auftrag, organisatorischer Ausgestaltung und tatsächlicher Leistung. In dieser Klage werden diese Begriffe nicht als zusätzliche Anspruchsgrundlagen verwendet. Ihr Nutzen liegt in der geordneten Frage, welche tatsächlichen Zwischenschritte eine rechtliche Aussage voraussetzt.</w:t>
      </w:r>
    </w:p>
    <w:p>
      <w:r>
        <w:t>Angewendet auf die vorgelegten Daten bedeutet dies: Eine Tabelle mit Beschwerde-IDs beantwortet nicht den Inhalt der Antworten. Ein Video beantwortet nicht notwendig, nach welchem Auswahlplan es in ein wissenschaftliches Korpus gelangte. Ein veröffentlichter Gremienausgang beantwortet nicht automatisch, welche individuelle Eingabe dort mitbehandelt wurde. Die Rechtsanwendung darf diese verschiedenen Erkenntnisquellen nicht ohne Begründung gegeneinander austauschen.</w:t>
      </w:r>
    </w:p>
    <w:p>
      <w:pPr>
        <w:pStyle w:val="Heading2"/>
      </w:pPr>
      <w:r>
        <w:t>4.2 Der materielle Maßstab bestimmt die benötigte Erkenntnis</w:t>
      </w:r>
    </w:p>
    <w:p>
      <w:r>
        <w:t>Die Klägerseite akzeptiert, dass sich die Sachaufklärung auf entscheidungserhebliche Tatsachen beschränkt. Sie leitet aus der Größe des Rundfunks keine Pflicht zu einer grenzenlosen Gesamtinspektion ab. Der Umfang muss aus der konkret geltend gemachten Rechtsfolge und dem rechtlichen Prüfungsmaßstab entwickelt werden. Dieser verlangt nach R01 einen längerfristigen, gesamtangebotsbezogenen und erheblichen Befund, nicht die positive Bestätigung jeder idealen Programmvorstellung. [R01, Rn. 36-48]</w:t>
      </w:r>
    </w:p>
    <w:p>
      <w:r>
        <w:t>Daraus ergeben sich zwei Konsequenzen. Einerseits darf der Untersuchungsgegenstand nicht auf diejenigen Daten verkürzt werden, die gerade am leichtesten zugänglich sind. Andererseits muss nicht jede intern vorhandene Datei für die Rechtsfrage erheblich sein. Für eine Fehlerkorrektur können Originalfassung, Korrekturvermerk und Ergebnisentscheidung genügen. Für eine Stichprobenabdeckung ist eher ein Sendungs- oder Bestandsverzeichnis erforderlich. Für eine unbewiesene politische Absicht wäre eine ganz andere und häufig nicht vorhandene Tatsachengrundlage nötig.</w:t>
      </w:r>
    </w:p>
    <w:p>
      <w:r>
        <w:t>Die im V-Gutachten angesprochenen CMS-Systeme und internen Metadaten werden deshalb nicht pauschal zum Gegenstand einer Herausgabeforderung gemacht. Bezeichnet werden vorhandene Informationen, soweit ihre Funktion für einen bestimmten Prüfschritt nachvollziehbar ist. Ein gewünschtes neues Kategoriensystem oder eine neue Volltranskription ist nicht schon deshalb ein vorhandenes Dokument, weil sich ihre Herstellung technisch denken lässt.</w:t>
      </w:r>
    </w:p>
    <w:p>
      <w:pPr>
        <w:pStyle w:val="Heading2"/>
      </w:pPr>
      <w:r>
        <w:t>4.3 Drei getrennte Stufen der gerichtlichen Prüfung</w:t>
      </w:r>
    </w:p>
    <w:p>
      <w:r>
        <w:t>Die erste Stufe betrifft die form- und fristgerechte Erhebung der Klage sowie den bestimmten Antrag. Die zweite betrifft die Frage, ob der bereits vorliegende Tatsachenvortrag eine weitergehende Aufklärung veranlasst. Die dritte betrifft die abschließende richterliche Überzeugung vom entscheidungserheblichen Sachverhalt. Diese Stufen haben unterschiedliche Anforderungen. Eine Klage kann ordnungsgemäß erhoben sein und dennoch an unzureichendem materiellem Vortrag scheitern. Umgekehrt darf der Anlass zur Beweiserhebung nicht mit dem bereits geführten Endbeweis gleichgesetzt werden. [R02, §§ 82, 86, 108]</w:t>
      </w:r>
    </w:p>
    <w:p>
      <w:r>
        <w:t>Die Klägerseite macht für die zweite Stufe die konkret eingeführten Befunde geltend. Sie beschränkt sich nicht mehr auf die Ankündigung eines späteren Gutachtens. Die vorhandenen Studien haben bestimmte Untersuchungsobjekte und Ergebnisse; die CSV-Nachrechnung und die Fallgruppe F01 sind tatsächlich ausgeführt. Der weitere Erkenntnisbedarf ist daraus abgeleitet. Ob diese Befunde für eine umfassendere Gesamtprogrammprüfung genügen, bleibt eine gerichtliche Bewertung, deren Voraussetzungen die Klägerseite nicht als bereits erfüllt unterstellt.</w:t>
      </w:r>
    </w:p>
    <w:p>
      <w:r>
        <w:t>Eine fehlende Vollabdeckung aller Angebote darf deshalb nicht jedes einzelne, bereits konkrete Beweisthema unsichtbar machen. Zugleich reicht die bloße Möglichkeit eines Fehlers nicht für eine beliebige Ermittlung. Die angeregten ersten Schritte betreffen begrenzte Daten und bereits identifizierte Vorgänge. Erst ihre Ergebnisse können die Grundlage für eine weitergehende fachliche Untersuchung bilden.</w:t>
      </w:r>
    </w:p>
    <w:p>
      <w:pPr>
        <w:pStyle w:val="Heading2"/>
      </w:pPr>
      <w:r>
        <w:t>4.4 Amtsermittlung, Beteiligtenmitwirkung und Hinweise</w:t>
      </w:r>
    </w:p>
    <w:p>
      <w:r>
        <w:t>Nach § 86 Abs. 1 VwGO erforscht das Gericht den Sachverhalt von Amts wegen und zieht die Beteiligten heran. Es ist nicht an die Beweisangebote der Parteien gebunden. Die Klägerseite beansprucht deshalb nicht die alleinige Entscheidung über Untersuchungsmethode, Gutachter oder Reihenfolge. Sie legt einen begründeten Vorschlag vor, aus dem für jede begehrte Erkenntnis der bekannte Ausgangspunkt und der noch offene Schritt hervorgehen. [R02]</w:t>
      </w:r>
    </w:p>
    <w:p>
      <w:r>
        <w:t>Das Gericht wird gebeten, verbleibende Mängel des Vortrags konkret zu bezeichnen, soweit dies zur sachgerechten Prozessführung erforderlich ist: fehlende zeitliche Zuordnung, unzureichende Quellenqualität, nicht tragfähige Kategorien, unzureichende Repräsentativität oder fehlender Gesamtbezug. Ein solcher Hinweis ist nicht gleichbedeutend mit der Erstellung eines Forschungsprojekts durch das Gericht. Er erlaubt der Klägerseite aber, auf einen tatsächlich erheblichen Mangel zu reagieren, statt neue, unverbundene Unterlagen anzuhäufen. [R02, § 86 Abs. 3 und § 87]</w:t>
      </w:r>
    </w:p>
    <w:p>
      <w:r>
        <w:t>Aus der Amtsermittlung folgt keine automatische Pflicht der Beklagten, ihre vollständige Auftragserfüllung vorsorglich zu beweisen. Ebenso wenig entscheidet eine von der Beklagten verwendete Textbausteinformel die Aufklärungsfrage. Die Beteiligtenmitwirkung ist auf bestimmte tatsächliche Kenntnisse und Unterlagen zu beziehen. Zu einem namentlich bezeichneten Beschwerdeverfahren kann etwa eine vorhandene Zuordnungsinformation verlangt werden, ohne dass damit eine allgemeine Umkehr der materiellen Beweislast behauptet wird.</w:t>
      </w:r>
    </w:p>
    <w:p>
      <w:pPr>
        <w:pStyle w:val="Heading2"/>
      </w:pPr>
      <w:r>
        <w:t>4.5 Effektiver Rechtsschutz und wirtschaftliche Erkenntnishürden</w:t>
      </w:r>
    </w:p>
    <w:p>
      <w:r>
        <w:t>Art. 19 Abs. 4 GG bildet den verfassungsrechtlichen Bezugspunkt dafür, dass die gesetzlich eröffnete Kontrolle praktisch wirksam bleiben muss. Die Klägerseite leitet daraus keinen allgemeinen Anspruch auf gleiche finanzielle, personelle und technische Ausstattung wie eine Rundfunkanstalt ab. Sie macht einen engeren Punkt geltend: Eine konkrete Einwendung darf nicht von einer Erkenntnisleistung abhängig gemacht werden, deren benötigte Grundlagen trotz zumutbarer eigener Bemühungen gerade nicht erreichbar sind, ohne dass das Gericht die tatsächlichen Hindernisse untersucht. [R12; S01, Kap. 11-13]</w:t>
      </w:r>
    </w:p>
    <w:p>
      <w:r>
        <w:t>Dabei bleibt die Gegenposition aus R01 zu behandeln. Das Bundesverwaltungsgericht geht in Randnummer 48 davon aus, dass die substantiierte Darlegung nicht auf unüberwindbare Schwierigkeiten stoße. Dieser Satz wird nicht verschwiegen. Er ist aber keine tatsächliche Feststellung, dass jeder konkrete Archivbestand zu jedem historischen Zeitraum für jeden Beteiligten zu denselben Bedingungen verfügbar ist. Die hiesige Argumentation muss daher die tatsächliche besondere Barriere nachweisen und darf nicht allein die allgemeine Größe der Aufgabe wiederholen.</w:t>
      </w:r>
    </w:p>
    <w:p>
      <w:r>
        <w:t>Der VGH Baden-Württemberg hat im Urteil vom 14. April 2026 - 2 S 2529/25 - auf den Entscheidungsseiten 30 bis 32 die wirtschaftliche Zumutbarkeit einer vorgelagerten privaten Großuntersuchung problematisiert. Die Klägerseite greift diesen Gesichtspunkt als rechtliches Argument auf. Sie bezeichnet weder die dort erwähnten parteiseitigen Kostenangaben als eigene nachgeprüfte Kalkulation noch die Entscheidung als gewonnenen Beitragsprozess: Die Berufung wurde zurückgewiesen, und der VGH äußert daneben erhebliche materielle Bedenken gegen den Prüfansatz. [R03]</w:t>
      </w:r>
    </w:p>
    <w:p>
      <w:r>
        <w:t>Die eigene Folgerung lautet: Technisch und wirtschaftlich nachvollziehbare Beschaffungsangebote sind genauer als pauschale Unmöglichkeitsbehauptungen. Erforderlich sind der konkret beschriebene Auftrag, der benötigte Zeitraum, vorhandene Bestände, tatsächliche Preis- und Zugangsauskünfte sowie geeignete Alternativen. Solche individuellen Unterlagen dürfen nicht erfunden werden. Die gemeinsamen Studienbefunde ersetzen sie nicht; sie konkretisieren aber, wofür eine bestimmte Beschaffung überhaupt erforderlich wäre.</w:t>
      </w:r>
    </w:p>
    <w:p>
      <w:pPr>
        <w:pStyle w:val="Heading2"/>
      </w:pPr>
      <w:r>
        <w:t>4.6 Sekundäre Darlegungslast ohne falschen Automatismus</w:t>
      </w:r>
    </w:p>
    <w:p>
      <w:r>
        <w:t>Das V-Gutachten und das Kurzgutachten verwenden den Gedanken einer informationsnäheren Partei. Dieser Gedanke bleibt für die Verteilung zumutbarer Mitwirkung bedeutsam. Wer eine bestimmte vorhandene Auskunfts- oder Ergebnisakte selbst führt, kann zu deren Bestand und Inhalt regelmäßig genauer vortragen als ein außenstehender Beitragszahler. Die hiesige Argumentation wird jedoch auf die eigenen Regeln des Verwaltungsprozesses gestützt und nicht durch ein bloßes zivilprozessuales Schlagwort ersetzt. [S04, Abschn. E-F; R02, §§ 86, 87, 99]</w:t>
      </w:r>
    </w:p>
    <w:p>
      <w:r>
        <w:t>Voraussetzung ist eine bestimmte Frage. Bei F01 lautet sie beispielsweise, ob die unter ihrer jeweiligen Kennung übermittelten Eingaben einer bekannten Leiteingabe zugeordnet wurden und welche Ergebnisantwort vorhanden ist. Bei einem Sendungsarchiv lautet sie, ob ein benanntes Format im benannten Zeitraum vorhanden und unter welchen Bedingungen zugänglich ist. Diese Angaben liegen näher an der Organisation der informationshaltenden Stelle als an der öffentlichen Wahrnehmung des Klägers.</w:t>
      </w:r>
    </w:p>
    <w:p>
      <w:r>
        <w:t>Daraus wird weder ein Geständnis durch Schweigen noch eine allgemeine Umkehr der Beweislast abgeleitet. Das Gericht würdigt das Verhalten der Beteiligten im Zusammenhang mit den sonstigen Erkenntnissen. Ein nicht vorhandenes Dokument kann nicht durch Schweigen existent werden. Ein unbeantworteter Brief beweist nicht seine Berechtigung. Die Rechtsposition auf eine bestimmte außerprozessuale Leistung bedarf gegebenenfalls einer eigenen gesetzlichen oder sonst tragfähigen Grundlage.</w:t>
      </w:r>
    </w:p>
    <w:p>
      <w:pPr>
        <w:pStyle w:val="Heading2"/>
      </w:pPr>
      <w:r>
        <w:t>4.7 Abgrenzung des im Kurzgutachten genannten BGH-Verfahrens</w:t>
      </w:r>
    </w:p>
    <w:p>
      <w:r>
        <w:t>Das Kurzgutachten verweist auf BGH VI ZR 335/24 vom 9. März 2026. Die amtliche Einordnung betrifft einen arzneimittelrechtlichen Auskunfts- und Haftungsstreit. Der dortige Auskunftsanspruch beruht auf einer besonderen gesetzlichen Regelung, insbesondere § 84a AMG. Das Verfahren wird deshalb nicht als bereits ergangene Entscheidung über einen allgemeinen Zugang zu Rundfunkarchiven zitiert. [S04, Abschn. F III-VI; R06]</w:t>
      </w:r>
    </w:p>
    <w:p>
      <w:r>
        <w:t>Als Vergleichsgedanke ist die Unterscheidung zwischen einer Voraussetzung für Informationszugang und dem vollständigen Nachweis des mit der Information vorzubereitenden Hauptanspruchs relevant. Diese Unterscheidung erzeugt aber keine fehlende Anspruchsgrundlage in einem anderen Rechtsgebiet. Eine entsprechende Übertragung müsste den gesetzlichen Zweck, die tatsächliche Interessenlage und die Grenzen der Analogie darlegen. Die vorliegende Klage hängt deshalb nicht davon ab, einen arzneimittelrechtlichen Spezialanspruch stillschweigend zu verallgemeinern.</w:t>
      </w:r>
    </w:p>
    <w:p>
      <w:r>
        <w:t>Die weitergehende Formulierung des Ausgangsgutachtens wird insoweit ausdrücklich begrenzt. Erhalten bleibt die Frage, wie ein Gericht ein tatsächlich relevantes Informationsgefälle in seiner eigenen Verfahrensordnung behandelt. Diese Frage wird hier anhand der konkreten Quellen und der §§ 86, 87, 99 und 108 VwGO ausgearbeitet.</w:t>
      </w:r>
    </w:p>
    <w:p>
      <w:pPr>
        <w:pStyle w:val="Heading2"/>
      </w:pPr>
      <w:r>
        <w:t>4.8 Rohdatenanalogien und die Grenze zur Neuerzeugung</w:t>
      </w:r>
    </w:p>
    <w:p>
      <w:r>
        <w:t>Die Ausgangsarbeiten greifen den Zugang zu Rohmessdaten als Vergleich auf. Die verfassungsgerichtliche Rechtsprechung unterscheidet dort insbesondere vorhandene, für die Verteidigung relevante Informationen von einer allgemeinen Verpflichtung, bisher nicht gespeicherte Daten erst zu erzeugen. Auch die spätere Entscheidung 2 BvR 1167/20 vom 20. Juni 2023 betont die Grenzen eines auf vorhandene Informationen bezogenen Zugangs. [R05]</w:t>
      </w:r>
    </w:p>
    <w:p>
      <w:r>
        <w:t>Für den Rundfunkstreit folgt daraus kein unmittelbarer Anspruch aus dem Ordnungswidrigkeitenrecht. Übertragbar ist allenfalls die präzise Frage nach einer vorhandenen Quelle und ihrer Bedeutung für eine konkrete Überprüfung. Das Einscannen eines vorhandenen Beschlusses, die Einsicht in ein gespeichertes Video und die Herstellung einer neuen, wissenschaftlich kodierten Gesamtanalyse sind unterschiedliche Leistungen. Sie werden in den Begehren getrennt.</w:t>
      </w:r>
    </w:p>
    <w:p>
      <w:r>
        <w:t>Das Gleiche gilt für Datenschutzrechte. Ein Anspruch auf Auskunft über eigene personenbezogene Daten ist nicht mit einem Anspruch auf sämtliche fremden Programminhalte, redaktionellen Quellen oder Organisationsakten identisch. Die Klägerseite verzichtet auf eine solche pauschale Gleichsetzung. Soweit ein eigener Beschwerdevorgang personenbezogene Daten der Klägerseite enthält, ist ein darauf bezogener datenschutzrechtlicher Anspruch separat zu bestimmen; er ersetzt nicht automatisch das gesamte hier benötigte wissenschaftliche Material.</w:t>
      </w:r>
    </w:p>
    <w:p>
      <w:pPr>
        <w:pStyle w:val="Heading2"/>
      </w:pPr>
      <w:r>
        <w:t>4.9 Öffentliche Mediathek und wissenschaftlicher Archivzugang</w:t>
      </w:r>
    </w:p>
    <w:p>
      <w:r>
        <w:t>Die ARD beschreibt einen Zugang ihrer Archive für Wissenschaft und Forschung. Dies wird in der Klage als tatsächlich angebotener Weg berücksichtigt. Eine nicht mehr frei abrufbare Mediatheksausgabe ist deshalb nicht allein schon ein Beweis für die vollständige Unzugänglichkeit des Materials. Zu prüfen sind die konkrete Anstalt, der vorhandene Bestand und die Bedingungen des Forschungszugangs. [E27]</w:t>
      </w:r>
    </w:p>
    <w:p>
      <w:r>
        <w:t>Die O-Ton-Dokumentation zeigt, dass öffentliche Abrufwege große Korpora bestimmter Formate erschließen konnten, bei anderen Formaten aber nur kleine Teilbestände. Diese konkrete Verschiedenheit ersetzt die frühere pauschale Aussage, sämtliche relevanten Daten befänden sich ausschließlich im Besitz der Anstalten. Der verbleibende Zugangskonflikt betrifft eine bestimmte erforderliche Ergänzung, nicht eine angenommene totale Informationssperre.</w:t>
      </w:r>
    </w:p>
    <w:p>
      <w:r>
        <w:t>Eine Zugangsbeschränkung ist nach ihrem Inhalt zu unterscheiden: nicht vorhandener Bestand, Rechteklärung, Zugang nur vor Ort, Gebührenangebot, beschränkte wissenschaftliche Nutzung, technische Abrufstörung oder ausdrückliche Ablehnung. Ein Angebot ist nicht schon deshalb unbrauchbar, weil es nicht dem zuerst gewünschten Download entspricht. Umgekehrt ist ein nur theoretisch genannter Archivweg kein Beleg, dass der bestimmte Bestand tatsächlich erreichbar war. Der individuelle Verlauf wird anhand der wirklichen Korrespondenz dokumentiert.</w:t>
      </w:r>
    </w:p>
    <w:p>
      <w:r>
        <w:t>Die konkrete Anfrage braucht deshalb Angaben zum Format, zum Zeitraum und zum benötigten Datentyp. Für BR24 kann beispielsweise nach den gespeicherten vollständigen 18:30-Uhr-Ausgaben und einem vorhandenen Bestandsverzeichnis im fehlenden historischen Jahresfenster gefragt werden. Ein solches Ersuchen legt keinen aktuellen Programmfehler fest, sondern klärt die Basis einer genau abgegrenzten Untersuchung.</w:t>
      </w:r>
    </w:p>
    <w:p>
      <w:pPr>
        <w:pStyle w:val="Heading2"/>
      </w:pPr>
      <w:r>
        <w:t>4.10 Datenarten und aus dem Material abgeleitete Erkenntniszwecke</w:t>
      </w:r>
    </w:p>
    <w:p>
      <w:r>
        <w:t>Die folgenden Bestände werden begrifflich getrennt. Der Bezug zu den vorhandenen Quellen macht erkennbar, weshalb sie nicht beliebig ausgewählt sind. Die Tabelle ist ein sachliches Auswahlregister für das Verfahren, keine pauschale Addition selbständiger Herausgabeklagen.</w:t>
      </w:r>
    </w:p>
    <w:tbl>
      <w:tblPr>
        <w:tblW w:type="auto" w:w="0"/>
        <w:jc w:val="center"/>
        <w:tblLayout w:type="fixed"/>
        <w:tblLook w:firstColumn="1" w:firstRow="1" w:lastColumn="0" w:lastRow="0" w:noHBand="0" w:noVBand="1" w:val="04A0"/>
      </w:tblPr>
      <w:tblGrid>
        <w:gridCol w:w="850"/>
        <w:gridCol w:w="2835"/>
        <w:gridCol w:w="2778"/>
        <w:gridCol w:w="2494"/>
      </w:tblGrid>
      <w:tr>
        <w:trPr>
          <w:tblHeader/>
          <w:cantSplit/>
        </w:trPr>
        <w:tc>
          <w:tcPr>
            <w:tcW w:type="dxa" w:w="850"/>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ID</w:t>
            </w:r>
          </w:p>
        </w:tc>
        <w:tc>
          <w:tcPr>
            <w:tcW w:type="dxa" w:w="2835"/>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Bestimmter Bestand</w:t>
            </w:r>
          </w:p>
        </w:tc>
        <w:tc>
          <w:tcPr>
            <w:tcW w:type="dxa" w:w="277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Erkenntniszweck</w:t>
            </w:r>
          </w:p>
        </w:tc>
        <w:tc>
          <w:tcPr>
            <w:tcW w:type="dxa" w:w="249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Bekannter Anknüpfungspunkt</w:t>
            </w:r>
          </w:p>
        </w:tc>
      </w:tr>
      <w:tr>
        <w:trPr>
          <w:cantSplit/>
        </w:trPr>
        <w:tc>
          <w:tcPr>
            <w:tcW w:type="dxa" w:w="85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D-A</w:t>
            </w:r>
          </w:p>
        </w:tc>
        <w:tc>
          <w:tcPr>
            <w:tcW w:type="dxa" w:w="283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Sendelisten und vorhandene Bestandsnachweise im individuellen Programmfenster</w:t>
            </w:r>
          </w:p>
        </w:tc>
        <w:tc>
          <w:tcPr>
            <w:tcW w:type="dxa" w:w="277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Abdeckung und Ausfallmuster einer repräsentativen Auswahl bestimmen</w:t>
            </w:r>
          </w:p>
        </w:tc>
        <w:tc>
          <w:tcPr>
            <w:tcW w:type="dxa" w:w="249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S08 dokumentiert begrenzte Regionalverfügbarkeit; E27 alternative Archive</w:t>
            </w:r>
          </w:p>
        </w:tc>
      </w:tr>
      <w:tr>
        <w:trPr>
          <w:cantSplit/>
        </w:trPr>
        <w:tc>
          <w:tcPr>
            <w:tcW w:type="dxa" w:w="85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D-B</w:t>
            </w:r>
          </w:p>
        </w:tc>
        <w:tc>
          <w:tcPr>
            <w:tcW w:type="dxa" w:w="283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Vorhandene veröffentlichte Beitragsfassungen / Korrekturen zu F01</w:t>
            </w:r>
          </w:p>
        </w:tc>
        <w:tc>
          <w:tcPr>
            <w:tcW w:type="dxa" w:w="277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Wortlaut, Zeitpunkt und Umfang der Abhilfe abgleichen</w:t>
            </w:r>
          </w:p>
        </w:tc>
        <w:tc>
          <w:tcPr>
            <w:tcW w:type="dxa" w:w="249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E21 benennt Sendung, Fehler und Reaktionen</w:t>
            </w:r>
          </w:p>
        </w:tc>
      </w:tr>
      <w:tr>
        <w:trPr>
          <w:cantSplit/>
        </w:trPr>
        <w:tc>
          <w:tcPr>
            <w:tcW w:type="dxa" w:w="85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D-C</w:t>
            </w:r>
          </w:p>
        </w:tc>
        <w:tc>
          <w:tcPr>
            <w:tcW w:type="dxa" w:w="283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Verfahrenseintrag, Stellungnahme und Ergebnis zu F02</w:t>
            </w:r>
          </w:p>
        </w:tc>
        <w:tc>
          <w:tcPr>
            <w:tcW w:type="dxa" w:w="277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Aus gespeicherter Eingabe eine Ergebniszuordnung herstellen</w:t>
            </w:r>
          </w:p>
        </w:tc>
        <w:tc>
          <w:tcPr>
            <w:tcW w:type="dxa" w:w="249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E20 listet konkretes Mehrfachbeschwerdeverfahren</w:t>
            </w:r>
          </w:p>
        </w:tc>
      </w:tr>
      <w:tr>
        <w:trPr>
          <w:cantSplit/>
        </w:trPr>
        <w:tc>
          <w:tcPr>
            <w:tcW w:type="dxa" w:w="85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D-D</w:t>
            </w:r>
          </w:p>
        </w:tc>
        <w:tc>
          <w:tcPr>
            <w:tcW w:type="dxa" w:w="283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Vorhandene Eingangsgruppen- und Ergebnisunterlagen zu F03</w:t>
            </w:r>
          </w:p>
        </w:tc>
        <w:tc>
          <w:tcPr>
            <w:tcW w:type="dxa" w:w="277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Zähleinheit, Zugang und Reaktion prüfen</w:t>
            </w:r>
          </w:p>
        </w:tc>
        <w:tc>
          <w:tcPr>
            <w:tcW w:type="dxa" w:w="249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D01 m-6tzi4x; S03 referiert Halbjahresbericht</w:t>
            </w:r>
          </w:p>
        </w:tc>
      </w:tr>
      <w:tr>
        <w:trPr>
          <w:cantSplit/>
        </w:trPr>
        <w:tc>
          <w:tcPr>
            <w:tcW w:type="dxa" w:w="85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D-E</w:t>
            </w:r>
          </w:p>
        </w:tc>
        <w:tc>
          <w:tcPr>
            <w:tcW w:type="dxa" w:w="283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Tatsächlich vorhandene Untertitel / Metadaten für eine begrenzte Stichprobe</w:t>
            </w:r>
          </w:p>
        </w:tc>
        <w:tc>
          <w:tcPr>
            <w:tcW w:type="dxa" w:w="277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Erkennungsfehler und historische Zuordnung untersuchen</w:t>
            </w:r>
          </w:p>
        </w:tc>
        <w:tc>
          <w:tcPr>
            <w:tcW w:type="dxa" w:w="249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S06-S08 mit bezeichneten Verfahren; kein Anspruch auf neue Transkripterstellung</w:t>
            </w:r>
          </w:p>
        </w:tc>
      </w:tr>
    </w:tbl>
    <w:p>
      <w:pPr>
        <w:spacing w:after="0"/>
      </w:pPr>
    </w:p>
    <w:p>
      <w:r>
        <w:t>Für bereits veröffentlichte Berichte genügt zunächst die Beschaffung der benannten Originalfassung. Für eine gegebene Eingabe kann die vorhandene Zuordnungsinformation oder Antwort genügen. Erst wenn sich aus einem gesicherten Befund eine weitergehende erhebliche Frage ergibt, ist über zusätzliche Unterlagen zu entscheiden. Die Klägerseite verlangt damit eine sachgerechte Staffelung der Aufklärung und nicht die sofortige Herausgabe aller internen Programmevaluationen.</w:t>
      </w:r>
    </w:p>
    <w:p>
      <w:r>
        <w:t>Die Frage, ob ein neues Dokument erstellt werden müsste, wird vor einer Vorlageanordnung geklärt. Eine bestehende Standardauswertung kann anders zu behandeln sein als eine individuell neu zu programmierende Analyse. Die Mitteilung, dass ein bestimmter Bestand nicht vorhanden ist, ist eine andere Antwort als die Verweigerung vorhandener Unterlagen. Die Klägerseite hält diese Unterschiede ausdrücklich offen für die tatsächliche Stellungnahme der informationshaltenden Stelle.</w:t>
      </w:r>
    </w:p>
    <w:p>
      <w:pPr>
        <w:pStyle w:val="Heading2"/>
      </w:pPr>
      <w:r>
        <w:t>4.11 Konkreter Beweisanstoß B1: technische Integrität und Zähllogik</w:t>
      </w:r>
    </w:p>
    <w:p>
      <w:r>
        <w:t>Als belegte technische Ausgangstatsache wird vorgetragen: Die unter D01 bezeichnete Datei enthält 4.086 Datensätze mit jeweils unterschiedlicher Beschwerde-ID; die darin enthaltenen numerischen Felder ergeben 118.627 Teilungen und 3.329 Rundfunkratsinformationen. Die Dateiidentität, Auswahlregeln und Rechenschritte sind in D03 dokumentiert. Zum Nachweis werden die Datei in geeigneter gesicherter Form und das reproduzierbare Auswertungsprotokoll angeboten.</w:t>
      </w:r>
    </w:p>
    <w:p>
      <w:r>
        <w:t>Sollte die rechnerische Richtigkeit bestritten werden, wird eine auf diese konkrete Rechenfrage beschränkte Nachprüfung angeregt. Eine solche Prüfung verlangt weder eine materielle Bewertung aller Beschwerden noch eine Auslegung journalistischer Standards. Davon getrennt bleibt die technische Ereignisdefinition: Welche Vorgänge erzeugten eine Teilung oder eine Rundfunkratsinformation, und wie wurden Fehler, Mehrfachvorgänge und nachträgliche Änderungen behandelt? Hierzu sind die vorhandene Exportbeschreibung und Angaben der datenverantwortlichen Person erheblich.</w:t>
      </w:r>
    </w:p>
    <w:p>
      <w:r>
        <w:t>Die Klägerseite bietet keine erfundene eidesstattliche Erklärung und keine noch nicht eingeholte Aussage an. Die datenverantwortliche Person ist vor einer förmlichen Benennung mit Name und ladungsfähiger Anschrift in der eigenen Anlagenverwaltung zu erfassen. Der Beweisgegenstand selbst ist bereits abschließend bezeichnet: Identität, rechnerische Summen und technische Bedeutung der gespeicherten Felder, nicht die Wahrheit sämtlicher Beschwerdevorwürfe.</w:t>
      </w:r>
    </w:p>
    <w:p>
      <w:pPr>
        <w:pStyle w:val="Heading2"/>
      </w:pPr>
      <w:r>
        <w:t>4.12 Konkreter Beweisanstoß B2: ZDF-Fallgruppe heute journal</w:t>
      </w:r>
    </w:p>
    <w:p>
      <w:r>
        <w:t>Als durch den Export und die öffentliche Ergebnisquelle konkret unterlegte Tatsachen werden vorgetragen: Zu der Sendung heute journal vom 15. Februar 2026 sind die zehn in Abschnitt 3.10 bezeichneten Plattformvorgänge gespeichert. Der ZDF-Fernsehrat veröffentlichte am 19. Juni 2026 eine Mitteilung zum Verfahren wegen der Bildmaterialverwendung in dieser Sendung und beschrieb Fehler sowie bereits erfolgte Abhilfe. Die Quellen werden mit Datum, Titel und Fundstelle angeboten. [D02; E21]</w:t>
      </w:r>
    </w:p>
    <w:p>
      <w:r>
        <w:t>Die zusätzliche bestimmte Frage betrifft die Verfahrenszuordnung, nicht die Suche nach einem erst noch zu entdeckenden Fehler: Welche der konkret bezeichneten Eingaben wurden im bekannten Beschwerdeverfahren als Einzel- oder Mehrfacheingabe erfasst und welche vorhandene Antwort ist ihnen zugeordnet? Soweit eine eigene Eingabe des Klägers betroffen ist, ergibt sich deren Wortlaut und Zugang aus seiner Individualanlage. Bei fremden Vorgängen wird eine anonymisierte Zuordnung oder vorhandene Gruppenmitteilung erbeten; ein Anspruch auf fremde personenbezogene Daten wird nicht behauptet.</w:t>
      </w:r>
    </w:p>
    <w:p>
      <w:r>
        <w:t>Für die Programmeinwendung kann die Frage relevant sein, wie ein bereits dokumentierter Fehler intern und gegenüber Beschwerdeführenden behandelt wurde. Für Projekt 51 kann sie nur relevant sein, soweit sie mit dem dort behaupteten eigenen Zugangskonflikt verbunden ist. Ein ZDF-Vorgang begründet nicht allein eine Pflicht der beklagten Landesrundfunkanstalt, über fremde interne Akten zu verfügen. Eine gerichtliche Auskunft bei einer anderen Stelle und die Passivlegitimation für einen materiellen Anspruch werden nicht gleichgesetzt.</w:t>
      </w:r>
    </w:p>
    <w:p>
      <w:pPr>
        <w:pStyle w:val="Heading2"/>
      </w:pPr>
      <w:r>
        <w:t>4.13 Konkreter Beweisanstoß B3: bekannte Verfahrensunterlagen zu F02 und F03</w:t>
      </w:r>
    </w:p>
    <w:p>
      <w:r>
        <w:t>Zur Sendung Schlagabtausch vom 6. Februar 2025 wird die Beschaffung der im öffentlichen ZDF-Verzeichnis bereits bezeichneten Stellungnahme und Ergebnisentscheidung angeregt. Die gespeicherten Plattformvorgänge sind in D02 identifiziert. Gegenstand ist der vorhandene dokumentierte Umgang mit den konkreten Beanstandungen, insbesondere Publikums- und Moderationsfragen. Es wird nicht behauptet, deren Wahrheit stehe allein aufgrund der eingegangenen Kritik fest. [E20; D02]</w:t>
      </w:r>
    </w:p>
    <w:p>
      <w:r>
        <w:t>Zu Nuhr im Ersten vom 29. Mai 2025 wird der Originalbericht erbeten, den die September-Fassung als rbb-Halbjahresbericht Januar bis Juni 2025 zitiert, sowie die vorhandene Antwort beziehungsweise Entscheidung zur darin bezeichneten Eingangsgruppe. Die Ausgangstatsache m-6tzi4x mit 398 gespeicherten Teilungen ist technisch nachgewiesen; die Angabe von rund 400 anstaltsseitigen Eingängen bleibt bis zur Originalprüfung als referierter Berichtswert gekennzeichnet. Die verlangte Erkenntnis ist die Harmonisierung dieser Zähleinheiten und die Behandlung des bestimmten Vorgangs. [S03, Q11; D02]</w:t>
      </w:r>
    </w:p>
    <w:p>
      <w:r>
        <w:t>Diese beiden Aufklärungsansätze beziehen sich auf bekannte Veröffentlichungen und bekannte Eingangsgruppen. Sie sind enger als die Forderung, alle Antwortakten sämtlicher Jahre offenzulegen. Ob sie im konkreten Prozess erheblich sind, bestimmt sich nach dem dortigen Zeitraum und Rechtsschutzziel. Die Klägerseite beantragt keine tatsächlich unmögliche Vorlage und bittet bei fehlendem Bestand um dessen klare Mitteilung.</w:t>
      </w:r>
    </w:p>
    <w:p>
      <w:pPr>
        <w:pStyle w:val="Heading2"/>
      </w:pPr>
      <w:r>
        <w:t>4.14 Konkreter Beweisanstoß B4: fachliche Tragfähigkeit bestimmter Studienergebnisse</w:t>
      </w:r>
    </w:p>
    <w:p>
      <w:r>
        <w:t>Für die O-Ton-Dokumentation ist die bestimmte fachliche Frage, ob die beiden beschriebenen Erkennungswege die behaupteten O-Ton-Einbindungen mit hinreichend vergleichbarer Zuverlässigkeit erfassen. Dazu sind die berichteten Auswahlregeln, eine nach Format geschichtete Kontrollmenge und die dazugehörigen Ursprungsvideos heranzuziehen. Die Frage verlangt keine rechtliche Bewertung der gesamten Programmvielfalt. Sie betrifft die Tragfähigkeit der bestimmten in Abschnitt 2 wiedergegebenen Zählergebnisse. [S08]</w:t>
      </w:r>
    </w:p>
    <w:p>
      <w:r>
        <w:t>Für Glashaus ist die bestimmte fachliche Frage, wie Segmenterkennung, Referenzprogrammwechsel und Null-Kodierung den berichteten Langzeitbefund beeinflussen. Eine unabhängige menschliche Kontrollkodierung und eine zeitlich passende Teilmengenbildung sind konkrete Untersuchungsaufgaben. Die Eigenschaft, eine politische Aussage als gut oder schlecht zu bewerten, wird nicht zum Gutachterauftrag. Es geht um die Eignung des Messverfahrens für die beschriebene Auswahl- und Bandbreitenfrage. [S07]</w:t>
      </w:r>
    </w:p>
    <w:p>
      <w:r>
        <w:t>Für Müller ist die bestimmte Frage, ob die angegebene Kategorienzuordnung und die behauptete Abwesenheit beziehungsweise eingeschränkte Darstellung bestimmter Gegenpositionen im benannten historischen Teilkorpus anhand der dokumentierten Sendungen nachvollzogen werden können. Die Abweichung zwischen 34 Prozent und den rechnerischen 36,0 Prozent ist dabei offen aufzuklären. Eine fachmedizinische Gesamtbewertung sämtlicher in der Stellungnahme referierten Behauptungen wird nicht ohne gesonderten Bedarf als medienwissenschaftliche Frage ausgegeben. [S06]</w:t>
      </w:r>
    </w:p>
    <w:p>
      <w:r>
        <w:t>Die Klägerseite regt an, zunächst die Ersteller zu vorhandenen Daten und ihren eigenen Arbeitsschritten zu befragen beziehungsweise die benannten Originaldateien heranzuziehen. Über einen gerichtlichen Sachverständigen, seine Fachkunde und den genauen Auftrag entscheidet das Gericht. Eine Person wird nicht allein aufgrund ihrer Nennung in einem früheren Musterschreiben als bereits zur Aussage bereit oder sachkundig für jede Teilfrage dargestellt.</w:t>
      </w:r>
    </w:p>
    <w:p>
      <w:pPr>
        <w:pStyle w:val="Heading2"/>
      </w:pPr>
      <w:r>
        <w:t>4.15 Beweisantrag, Beweisanregung und Ausforschung</w:t>
      </w:r>
    </w:p>
    <w:p>
      <w:r>
        <w:t>Die bezeichneten Beweisanstöße sind nach ihrer Funktion zu unterscheiden. Die Vorlage einer vorhandenen Urkunde belegt deren Inhalt. Eine Auskunft klärt bestimmte Angaben einer informationshaltenden Stelle. Ein Sachverständiger beantwortet eine fachlich abgrenzbare Frage. Die rechtliche Schlussfolgerung, ob die verfassungsrechtliche Rechtfertigung einer Beitragspflicht entfällt, bleibt Sache des Gerichts und kann nicht als Tatsachenbehauptung an einen Zeugen ausgelagert werden.</w:t>
      </w:r>
    </w:p>
    <w:p>
      <w:r>
        <w:t>Der Beschluss des Bundesverwaltungsgerichts 2 B 36.24 vom 15. Januar 2025 behandelt die Grenze von Beweisanträgen ohne hinreichenden Tatsachenkern. Er verlangt greifbare Anhaltspunkte und berücksichtigt zugleich, dass die Anforderungen von der eigenen Erkenntnismöglichkeit und Verfahrenslage abhängen. Die Entscheidung wird hier nicht als Rundfunkentscheidung zitiert, sondern als allgemeiner Maßstab für die Begrenzung von Beweistatsache und bloßem Informationswunsch. [R07, insbesondere Rn. 23-24]</w:t>
      </w:r>
    </w:p>
    <w:p>
      <w:r>
        <w:t>Die Klägerseite legt deshalb zu jedem Begehren dar, was bereits bekannt ist. Bei B2 ist der Fehler nicht erst zu suchen; die Ergebnisquelle benennt ihn. Bei B3 ist nicht unbestimmt, ob es irgendwelche Unterlagen geben könnte; ein bestimmter Bericht beziehungsweise Verfahrenseintrag ist bezeichnet. Bei B4 ist die Aufgabe an ein vorliegendes Messverfahren und seinen berichteten Befund gebunden. Gleichwohl ersetzt diese Konkretisierung nicht die Entscheidungserheblichkeit für den einzelnen Rechtsstreit.</w:t>
      </w:r>
    </w:p>
    <w:p>
      <w:r>
        <w:t>Ein in der mündlichen Verhandlung unbedingt gestellter Beweisantrag ist nach § 86 Abs. 2 VwGO anders zu behandeln als eine schriftsätzliche Aufklärungsanregung oder ein Hilfsbeweisantrag. Die vorliegende Fassung erklärt deshalb nicht automatisch jede Quellenangabe zu einem unbedingt gestellten Beweisantrag. Vor einer förmlichen Antragstellung sind das bestimmte Beweisthema, das tatsächlich verfügbare Beweismittel und die prozessuale Lage zu benennen. Eine Bitte um Kosteninformation beseitigt keine gesetzlichen Kostenfolgen. [R02]</w:t>
      </w:r>
    </w:p>
    <w:p>
      <w:pPr>
        <w:pStyle w:val="Heading2"/>
      </w:pPr>
      <w:r>
        <w:t>4.16 Schutzbelange und verhältnismäßige Zugangsformen</w:t>
      </w:r>
    </w:p>
    <w:p>
      <w:r>
        <w:t>Der Anspruch auf sachgerechte Aufklärung rechtfertigt keine uneingeschränkte Offenlegung vertraulicher Quellen, fremder personenbezogener Daten oder jeder redaktionellen Vorüberlegung. Die Klägerseite grenzt die Begehren daher zunächst auf bereits veröffentlichte Inhalte, vorhandene Bestandsverzeichnisse und bestimmte Ergebnisunterlagen ein. Wo Rechte Dritter berührt sind, sind anonymisierte Auszüge, Einsicht vor Ort, eine begrenzte wissenschaftliche Nutzung oder eine andere geeignete Form zu prüfen. [R02, § 99; R01, Rn. 37-40]</w:t>
      </w:r>
    </w:p>
    <w:p>
      <w:r>
        <w:t>Mildere Zugangsformen müssen den konkreten Erkenntniszweck noch erfüllen. Eine bloße allgemeine Zusammenfassung kann etwa eine Frage nach dem Wortlaut einer Korrektur offenlassen. Umgekehrt kann ein vorhandenes Inhaltsverzeichnis genügen, um eine Korpuslücke abzugrenzen, ohne sofort alle Videos zu übertragen. Die Bewertung ist bestandsbezogen vorzunehmen. Die Klägerseite verlangt weder stets den maximalen Zugang noch akzeptiert sie jede beliebige Ersatzinformation als gleichwertig.</w:t>
      </w:r>
    </w:p>
    <w:p>
      <w:r>
        <w:t>Eine Bitte um Sicherung bestimmter Belege setzt den benannten Bestand, Zeitraum und Verwendungszweck voraus. Das Ausbleiben einer Antwort setzt allgemeine Löschfristen nicht automatisch außer Kraft. Eine Entfernung aus einer Mediathek beweist nicht die Löschung im Archiv. Ein Beweisvereitelungsvorwurf erfordert zusätzliche Tatsachen zum Bestand, zu einer einschlägigen Pflicht und zum tatsächlichen Ablauf. Dieser Vorwurf wird in dieser Fassung nicht schematisch erhoben.</w:t>
      </w:r>
    </w:p>
    <w:p>
      <w:pPr>
        <w:pStyle w:val="Heading2"/>
      </w:pPr>
      <w:r>
        <w:t>4.17 Quellenregister, Archiv und tatsächliche Akteneinführung</w:t>
      </w:r>
    </w:p>
    <w:p>
      <w:r>
        <w:t>Die Argumentation steht in den vier Abschnitten. Die zugrunde liegenden Quellen bleiben eigenständig prüfbar. Das Belegregister bezeichnet für jeden Nachweis Titel, Fassung, Fundstelle, Erkenntnisfunktion und tatsächlichen Einreichungsstatus. Eine gemeinsame öffentliche Quellenbibliothek dient der Auffindbarkeit und Versionierung. Sie macht nicht automatisch sämtliche dort enthaltenen Dokumente zum Inhalt jeder Gerichtsakte.</w:t>
      </w:r>
    </w:p>
    <w:p>
      <w:r>
        <w:t>Nach § 86 Abs. 5 VwGO sind in Bezug genommene Urkunden beziehungsweise elektronische Dokumente grundsätzlich beizufügen, auch auszugsweise. Bei bereits bekannten oder sehr umfangreichen Unterlagen kann unter den gesetzlichen Voraussetzungen eine genaue Bezeichnung mit dem Angebot der Einsicht bei Gericht genügen. Die Klägerseite macht hiervon nur für die im Register konkret bezeichneten Unterlagen Gebrauch. Ein pauschaler Satz Alles Weitere steht im Internet ersetzt diese Bezeichnung nicht. [R02]</w:t>
      </w:r>
    </w:p>
    <w:p>
      <w:r>
        <w:t>Für jede hier verwendete Datei wird zwischen dem unberührten Original, einer technischen Lesefassung und einem neu erzeugten Auszug unterschieden. Eine neue PDF-Konvertierung hat eine eigene Prüfsumme. Werden Zahlen aus einer Quelle nachgerechnet, wird das als eigene Nachrechnung kenntlich gemacht. Dadurch kann die Gegenseite dieselbe Fassung prüfen und zu den entscheidungserheblichen Tatsachen Stellung nehmen. [R02, § 108 Abs. 2]</w:t>
      </w:r>
    </w:p>
    <w:p>
      <w:pPr>
        <w:pStyle w:val="Heading2"/>
      </w:pPr>
      <w:r>
        <w:t>4.18 Umgang mit früheren Ablehnungen und gerichtlichen Textbausteinen</w:t>
      </w:r>
    </w:p>
    <w:p>
      <w:r>
        <w:t>Die eigenen früheren Eingaben und Entscheidungen werden in der Individualanlage gegenübergestellt: damalige konkrete Behauptung, vorgelegter Beleg, gerichtliche Behandlung und nun vorliegende Ergänzung. Eine Entscheidung wird nicht schon deshalb als Gehörsverstoß dargestellt, weil sie ein Beweismittel für unzureichend hält. Maßgeblich ist, ob ein erheblicher Vortrag tatsächlich übergangen oder nach einem unzutreffenden Maßstab behandelt wurde. Der jeweilige Rechtsbehelf und seine Frist sind gesondert zu bestimmen.</w:t>
      </w:r>
    </w:p>
    <w:p>
      <w:r>
        <w:t>Die im Ausgangsmaterial vorgeschlagene Textbausteinanalyse kann gemeinsame Passagen sichtbar machen. Eine hohe Textähnlichkeit beweist aber keine fehlende Einzelfallprüfung. Aussagekräftig wird der Vergleich erst mit dem tatsächlich eingegangenen neuen Vortrag und dessen Entscheidungserheblichkeit. Ein entsprechendes Urteilskorpus ist hier nicht vollständig empirisch ausgewertet worden; eine solche Untersuchung wird nicht lediglich durch ihre Ankündigung als Beweis geführt.</w:t>
      </w:r>
    </w:p>
    <w:p>
      <w:r>
        <w:t>Zu dem von Schmitz behandelten OVG-Beschluss und den Nutzerberichten aus Berlin oder Ansbach gilt Entsprechendes. Ohne passenden Originaltext werden keine dort angeblich tragenden Sätze als eigene Originalauswertung zitiert. Diese Zurückhaltung dient nicht der Reduzierung des Vortrags, sondern seiner Quellentreue. Die tatsächlich gesicherte Rechtsprechung und die hier nachgerechneten Daten werden davon nicht abhängig gemacht. [S09; R01-R03]</w:t>
      </w:r>
    </w:p>
    <w:p>
      <w:pPr>
        <w:pStyle w:val="Heading2"/>
      </w:pPr>
      <w:r>
        <w:t>4.19 Kosten, Fristen und Begrenzung der Sachanträge</w:t>
      </w:r>
    </w:p>
    <w:p>
      <w:r>
        <w:t>Die zusätzliche Länge der Begründung erzeugt nicht allein einen neuen Streitgegenstand. Ein eigenständiger Feststellungs- oder Leistungsantrag kann dagegen den Streitwert und das Kostenrisiko beeinflussen. Die Sachanträge werden deshalb ausschließlich im getrennten Antragsblatt bestimmt. Die Beweisanregungen dienen ihrer Begründung; sie werden nicht unter der Hand als allgemeine Herausgabeklagen formuliert. [R13; R02, §§ 88, 154, 162]</w:t>
      </w:r>
    </w:p>
    <w:p>
      <w:r>
        <w:t>Ein gerichtliches Verfahren kann Gerichtsgebühren, erstattungsfähige gegnerische Kosten, eigene Anwaltskosten und gegebenenfalls Auslagen für Beweiserhebung verursachen. Die Angabe eines einzelnen Gerichtskostenvorschusses ist keine Obergrenze. Eine pauschale Kostenfreiheit nach § 188 VwGO wird für diese programmbezogene Beitragsklage nicht behauptet. Ebenso wenig wird ein Kostenrisiko durch die Bezeichnung Beweisanregung ausgeschlossen.</w:t>
      </w:r>
    </w:p>
    <w:p>
      <w:r>
        <w:t>Offene Auskunftsersuchen, eine angekündigte Studie oder ein paralleler Musterfall hemmen laufende Fristen nicht automatisch. Die Klägerseite beantragt erforderlichenfalls eine konkret begründete Fristverlängerung oder sonstige prozessuale Maßnahme. Ihre Bewilligung darf nicht vorausgesetzt werden. Ein bestehender Antrag wird durch die Verwendung der neuen modularen Begründung nicht stillschweigend zurückgenommen.</w:t>
      </w:r>
    </w:p>
    <w:p>
      <w:pPr>
        <w:pStyle w:val="Heading2"/>
      </w:pPr>
      <w:r>
        <w:t>4.20 Abschließende Verbindung von Tatsachenvortrag und Rechtsfolge</w:t>
      </w:r>
    </w:p>
    <w:p>
      <w:r>
        <w:t>Die Klägerseite ersucht das Gericht, die tatsächlich erschlossenen Untersuchungen und Fallgruppen ihrem jeweiligen Erkenntnisgehalt nach zu würdigen. Der Vortrag ist nicht auf eine abstrakte Unmöglichkeitsbehauptung gestützt: Öffentlich verfügbare Inhalte wurden in den bezeichneten Studien untersucht; der vorhandene Export wurde nachgerechnet; bestimmte Verfahrensausgänge und verbleibende Zuordnungslücken sind benannt. Die weitergehenden Begehren knüpfen an diese Tatsachen an.</w:t>
      </w:r>
    </w:p>
    <w:p>
      <w:r>
        <w:t>Die rechtliche Schlussfolgerung bleibt nach Klageart begrenzt. Bei der Anfechtung ist zu prüfen, ob die vorliegenden und gegebenenfalls weiter erhobenen Erkenntnisse für den bestimmten Zeitraum die verfassungsrechtliche Schwelle erreichen und eine Vorlage nach Art. 100 Abs. 1 GG geboten ist. Bei Projekt 51 ist zunächst zu entscheiden, ob die konkret behauptete eigenständige Rechtsbeziehung feststellungsfähig besteht. Die zweite Frage kann nicht durch die erste ersetzt werden.</w:t>
      </w:r>
    </w:p>
    <w:p>
      <w:r>
        <w:t>Die Klägerseite verlangt damit weder ein politisches Programmurteil nach ihren Präferenzen noch eine schrankenlose Öffnung interner Daten. Sie verlangt die nachvollziehbare Behandlung eines bestimmten, quellenbezogen ausgearbeiteten Vortrags und die rechtliche Entscheidung über die daraus begrenzt hergeleiteten Begehren. Wo Tatsachen noch nicht gesichert sind, werden sie nicht als bereits bewiesen bezeichnet. Wo konkrete Erkenntnisse vorliegen, werden sie nicht durch einen pauschalen Hinweis auf ihre Herkunft oder den Umfang des Gesamtprogramms aus der Prüfung ausgeschieden.</w:t>
      </w:r>
    </w:p>
    <w:p>
      <w:r>
        <w:br w:type="page"/>
      </w:r>
    </w:p>
    <w:p>
      <w:pPr>
        <w:pStyle w:val="Title"/>
      </w:pPr>
      <w:r>
        <w:t>Anträge und Unterschrift</w:t>
      </w:r>
    </w:p>
    <w:p>
      <w:r>
        <w:t>Verwaltungsgericht: [Gericht]</w:t>
        <w:br/>
        <w:t>Aktenzeichen: [soweit vorhanden]</w:t>
        <w:br/>
        <w:t>Klägerseite: [Name]</w:t>
        <w:br/>
        <w:t>Beklagte: [Rundfunkanstalt]</w:t>
      </w:r>
    </w:p>
    <w:p>
      <w:pPr>
        <w:pStyle w:val="Heading2"/>
      </w:pPr>
      <w:r>
        <w:t>Abschließende Sachanträge</w:t>
      </w:r>
    </w:p>
    <w:p>
      <w:r>
        <w:t>1. Die in der beigefügten Liste K01 einzeln bezeichneten Festsetzungsbescheide der Beklagten werden in Gestalt des Widerspruchsbescheids vom [Datum, K03] aufgehoben.</w:t>
      </w:r>
    </w:p>
    <w:p>
      <w:r>
        <w:t>2. Die Beklagte trägt die Kosten des Verfahrens.</w:t>
      </w:r>
    </w:p>
    <w:p>
      <w:r>
        <w:t>Die vier Begründungsabschnitte V5 werden als zusammenhängender eigener Parteivortrag eingeführt. Die darin bezeichneten Aufklärungsanregungen dienen dem Aufhebungsbegehren. Es wird kein zusätzlicher allgemeiner Anspruch auf Datenherausgabe oder Feststellung der Verfassungswidrigkeit als selbständiger Sachantrag erhoben.</w:t>
      </w:r>
    </w:p>
    <w:p>
      <w:pPr>
        <w:pStyle w:val="Heading2"/>
      </w:pPr>
      <w:r>
        <w:t>Prozessuale Behandlung und Anlagen</w:t>
      </w:r>
    </w:p>
    <w:p>
      <w:r>
        <w:t>Es wird um sachbezogene Erörterung der in den Abschnitten 1 bis 4 bezeichneten Tatsachen und rechtlichen Folgerungen gebeten. Die dortigen Beweisangebote und Anregungen sind von einem gegebenenfalls in der mündlichen Verhandlung unbedingt gestellten Beweisantrag zu unterscheiden. Eine allgemeine Kostenfreiheit oder automatische Aussetzung wird nicht geltend gemacht.</w:t>
      </w:r>
    </w:p>
    <w:p>
      <w:r>
        <w:t>Die tatsächlich eingereichten individuellen Unterlagen lauten: [K-Nummern mit Titel und Datum]. Die zusätzlich eingereichten gemeinsamen Quellen beziehungsweise Auszüge lauten: [B-/D-/S-/E-Kennungen, Fassung, Umfang]. Nur diese Anlagenliste bestätigt die konkrete Einreichung; ein Eintrag im allgemeinen Quellenregister tut dies nicht.</w:t>
      </w:r>
    </w:p>
    <w:p>
      <w:r>
        <w:t>[Ort], [Datum]</w:t>
        <w:br/>
        <w:br/>
        <w:t>________________________________</w:t>
        <w:br/>
        <w:t>[Eigenhändige Unterschrift / zulässige elektronische Einreichung]</w:t>
        <w:br/>
        <w:t>[Name]</w:t>
      </w:r>
    </w:p>
    <w:p>
      <w:r>
        <w:br w:type="page"/>
      </w:r>
    </w:p>
    <w:p>
      <w:pPr>
        <w:pStyle w:val="Title"/>
      </w:pPr>
      <w:r>
        <w:t>B01 - Quellen- und Belegregister</w:t>
      </w:r>
    </w:p>
    <w:p>
      <w:r>
        <w:t>Dieses Register dokumentiert Herkunft und Erkenntnisfunktion der verwendeten Quellen. Es bescheinigt nicht, dass alle Quellen bereits in einem individuellen Verfahren eingereicht wurden. Bereitgestellte Originale, online erschlossene Originale und eigene technische Ableitungen sind getrennt gekennzeichnet. Die jeweiligen Fundstellen im Haupttext beschränken die Verwendung.</w:t>
      </w:r>
    </w:p>
    <w:p>
      <w:r>
        <w:t>Aktuelle Anlagenliste des einzelnen Verfahrens: [Kennung, tatsächlich beigefügte Datei/Fassung oder Auszug, Seiten, eigene Anlagenbezeichnung]. Diese Liste ist vor Einreichung zu vervollständigen.</w:t>
      </w:r>
    </w:p>
    <w:p>
      <w:pPr>
        <w:pStyle w:val="Heading2"/>
      </w:pPr>
      <w:r>
        <w:t>[R01] BVerwG, Urteil - 6 C 5.24</w:t>
      </w:r>
    </w:p>
    <w:p>
      <w:r>
        <w:t>Datum / Stand: 15.10.2025</w:t>
      </w:r>
    </w:p>
    <w:p>
      <w:r>
        <w:t>Programmbezogener Vorteil; kein einfachgesetzliches Synallagma; Evidenzschwelle; Zeitraum; Substantiierung; Art. 100 GG. Insbesondere Rn. 17-18, 19-35, 36-50.</w:t>
      </w:r>
    </w:p>
    <w:p>
      <w:r>
        <w:t>Quellenstatus: Amtlicher Volltext online abgeglichen. Keine Aussage, dass die Klage der damaligen Klägerin bereits erfolgreich war.</w:t>
      </w:r>
    </w:p>
    <w:p>
      <w:r>
        <w:t xml:space="preserve">Originalfundstelle: </w:t>
      </w:r>
      <w:hyperlink r:id="rId11">
        <w:r>
          <w:rPr>
            <w:color w:val="214E78"/>
            <w:u w:val="single"/>
          </w:rPr>
          <w:t>www.bverwg.de - R01</w:t>
        </w:r>
      </w:hyperlink>
    </w:p>
    <w:p>
      <w:pPr>
        <w:pStyle w:val="Heading2"/>
      </w:pPr>
      <w:r>
        <w:t>[R02] Verwaltungsgerichtsordnung (VwGO)</w:t>
      </w:r>
    </w:p>
    <w:p>
      <w:r>
        <w:t>Datum / Stand: Abruf 04.10.2026</w:t>
      </w:r>
    </w:p>
    <w:p>
      <w:r>
        <w:t>Insbesondere §§ 42, 43, 52, 58, 60, 67, 68, 74, 81, 82, 86, 87, 87b, 88, 92, 99, 100, 101, 108, 113, 121, 153, 154, 155, 162, 188.</w:t>
      </w:r>
    </w:p>
    <w:p>
      <w:r>
        <w:t>Quellenstatus: Amtlicher Gesetzestext. Historische Anwendung und Landesbesonderheiten sind anhand der persönlichen Akte zu bestimmen.</w:t>
      </w:r>
    </w:p>
    <w:p>
      <w:r>
        <w:t xml:space="preserve">Originalfundstelle: </w:t>
      </w:r>
      <w:hyperlink r:id="rId12">
        <w:r>
          <w:rPr>
            <w:color w:val="214E78"/>
            <w:u w:val="single"/>
          </w:rPr>
          <w:t>www.gesetze-im-internet.de - R02</w:t>
        </w:r>
      </w:hyperlink>
    </w:p>
    <w:p>
      <w:pPr>
        <w:pStyle w:val="Heading2"/>
      </w:pPr>
      <w:r>
        <w:t>[R03] VGH Baden-Württemberg, Urteil - 2 S 2529/25</w:t>
      </w:r>
    </w:p>
    <w:p>
      <w:r>
        <w:t>Datum / Stand: 14.04.2026</w:t>
      </w:r>
    </w:p>
    <w:p>
      <w:r>
        <w:t>Berufung zurückgewiesen; Grenzen materieller Programmprüfung und Kritik an der vorgelagerten privaten Gutachtenanforderung, insbesondere PDF-S. 30-32.</w:t>
      </w:r>
    </w:p>
    <w:p>
      <w:r>
        <w:t>Quellenstatus: Amtliche PDF online gelesen; Seiten 30-31 visuell geprüft. Nicht als beigefügte Originaldatei ausgegeben.</w:t>
      </w:r>
    </w:p>
    <w:p>
      <w:r>
        <w:t xml:space="preserve">Originalfundstelle: </w:t>
      </w:r>
      <w:hyperlink r:id="rId13">
        <w:r>
          <w:rPr>
            <w:color w:val="214E78"/>
            <w:u w:val="single"/>
          </w:rPr>
          <w:t>verwaltungsgerichtshof-baden-wuerttemberg.justiz-bw.de - R03</w:t>
        </w:r>
      </w:hyperlink>
    </w:p>
    <w:p>
      <w:pPr>
        <w:pStyle w:val="Heading2"/>
      </w:pPr>
      <w:r>
        <w:t>[R05] BVerfG, Beschluss - 2 BvR 1167/20</w:t>
      </w:r>
    </w:p>
    <w:p>
      <w:r>
        <w:t>Datum / Stand: 20.06.2023</w:t>
      </w:r>
    </w:p>
    <w:p>
      <w:r>
        <w:t>Vergleichsargument zur Einsicht in vorhandene Messinformationen; Abgrenzung zur Herstellung nicht vorhandener Daten. Kein Rundfunk- oder allgemeiner Archivanspruch.</w:t>
      </w:r>
    </w:p>
    <w:p>
      <w:r>
        <w:t>Quellenstatus: Amtliche Fundstelle und veröffentlichter Suchauszug erschlossen; der unmittelbare Volltextabruf war technisch gesperrt. In Abschnitt 4 nur begrenztes Vergleichsargument, kein tragender Rundfunkbeleg.</w:t>
      </w:r>
    </w:p>
    <w:p>
      <w:r>
        <w:t xml:space="preserve">Originalfundstelle: </w:t>
      </w:r>
      <w:hyperlink r:id="rId14">
        <w:r>
          <w:rPr>
            <w:color w:val="214E78"/>
            <w:u w:val="single"/>
          </w:rPr>
          <w:t>www.bundesverfassungsgericht.de - R05</w:t>
        </w:r>
      </w:hyperlink>
    </w:p>
    <w:p>
      <w:pPr>
        <w:pStyle w:val="Heading2"/>
      </w:pPr>
      <w:r>
        <w:t>[R06] BGH - VI ZR 335/24; amtliche Verfahrensmitteilung des OLG Koblenz</w:t>
      </w:r>
    </w:p>
    <w:p>
      <w:r>
        <w:t>Datum / Stand: BGH 09.03.2026; Mitteilung 25.09.2026</w:t>
      </w:r>
    </w:p>
    <w:p>
      <w:r>
        <w:t>Spezialgesetzlicher arzneimittelrechtlicher Auskunftsanspruch nach § 84a AMG. Abgrenzung der im Kurzgutachten behaupteten Verallgemeinerung.</w:t>
      </w:r>
    </w:p>
    <w:p>
      <w:r>
        <w:t>Quellenstatus: Amtliche OLG-Mitteilung ausgewertet. Keine Behauptung einer vollständigen Auswertung des BGH-Urteils im Original.</w:t>
      </w:r>
    </w:p>
    <w:p>
      <w:r>
        <w:t xml:space="preserve">Originalfundstelle: </w:t>
      </w:r>
      <w:hyperlink r:id="rId15">
        <w:r>
          <w:rPr>
            <w:color w:val="214E78"/>
            <w:u w:val="single"/>
          </w:rPr>
          <w:t>olgko.justiz.rlp.de - R06</w:t>
        </w:r>
      </w:hyperlink>
    </w:p>
    <w:p>
      <w:pPr>
        <w:pStyle w:val="Heading2"/>
      </w:pPr>
      <w:r>
        <w:t>[R07] BVerwG, Beschluss - 2 B 36.24</w:t>
      </w:r>
    </w:p>
    <w:p>
      <w:r>
        <w:t>Datum / Stand: 15.01.2025</w:t>
      </w:r>
    </w:p>
    <w:p>
      <w:r>
        <w:t>Beweisantrag, greifbare Anhaltspunkte und Erkenntnismöglichkeit; insbesondere Rn. 23-24.</w:t>
      </w:r>
    </w:p>
    <w:p>
      <w:r>
        <w:t>Quellenstatus: Amtlicher Volltext erschlossen; kein Rundfunkverfahren.</w:t>
      </w:r>
    </w:p>
    <w:p>
      <w:r>
        <w:t xml:space="preserve">Originalfundstelle: </w:t>
      </w:r>
      <w:hyperlink r:id="rId16">
        <w:r>
          <w:rPr>
            <w:color w:val="214E78"/>
            <w:u w:val="single"/>
          </w:rPr>
          <w:t>www.bverwg.de - R07</w:t>
        </w:r>
      </w:hyperlink>
    </w:p>
    <w:p>
      <w:pPr>
        <w:pStyle w:val="Heading2"/>
      </w:pPr>
      <w:r>
        <w:t>[R12] Grundgesetz: Art. 19 Abs. 4, Art. 100 Abs. 1 und weitere Grundrechtsbezugspunkte</w:t>
      </w:r>
    </w:p>
    <w:p>
      <w:r>
        <w:t>Datum / Stand: Abruf 04.10.2026</w:t>
      </w:r>
    </w:p>
    <w:p>
      <w:r>
        <w:t>Rechtsschutz und konkrete Normenkontrolle; keine aus dem Gesetzestext allein abgeleitete allgemeine Archivpflicht.</w:t>
      </w:r>
    </w:p>
    <w:p>
      <w:r>
        <w:t>Quellenstatus: Amtliche Gesetzesfundstelle; Anwendung ist eigene rechtliche Argumentation.</w:t>
      </w:r>
    </w:p>
    <w:p>
      <w:r>
        <w:t xml:space="preserve">Originalfundstelle: </w:t>
      </w:r>
      <w:hyperlink r:id="rId17">
        <w:r>
          <w:rPr>
            <w:color w:val="214E78"/>
            <w:u w:val="single"/>
          </w:rPr>
          <w:t>www.gesetze-im-internet.de - R12</w:t>
        </w:r>
      </w:hyperlink>
    </w:p>
    <w:p>
      <w:pPr>
        <w:pStyle w:val="Heading2"/>
      </w:pPr>
      <w:r>
        <w:t>[R13] Gerichtskostengesetz: insbesondere § 52</w:t>
      </w:r>
    </w:p>
    <w:p>
      <w:r>
        <w:t>Datum / Stand: Abruf 04.10.2026</w:t>
      </w:r>
    </w:p>
    <w:p>
      <w:r>
        <w:t>Streitwert nach Bedeutung des konkreten Begehrens; Geldbeträge und Auffangwert unterscheiden.</w:t>
      </w:r>
    </w:p>
    <w:p>
      <w:r>
        <w:t>Quellenstatus: Keine Kostenobergrenze oder Gebührenfreiheit zugesagt. Individuelle Gebührenrechnung bleibt gesondert.</w:t>
      </w:r>
    </w:p>
    <w:p>
      <w:r>
        <w:t xml:space="preserve">Originalfundstelle: </w:t>
      </w:r>
      <w:hyperlink r:id="rId18">
        <w:r>
          <w:rPr>
            <w:color w:val="214E78"/>
            <w:u w:val="single"/>
          </w:rPr>
          <w:t>www.gesetze-im-internet.de - R13</w:t>
        </w:r>
      </w:hyperlink>
    </w:p>
    <w:p>
      <w:pPr>
        <w:pStyle w:val="Heading2"/>
      </w:pPr>
      <w:r>
        <w:t>[R14] BVerwG, Beschluss - 9 B 8.24</w:t>
      </w:r>
    </w:p>
    <w:p>
      <w:r>
        <w:t>Datum / Stand: 08.08.2024</w:t>
      </w:r>
    </w:p>
    <w:p>
      <w:r>
        <w:t>Subsidiarität der Feststellungsklage, effektiverer Rechtsschutz und Verhalten öffentlicher Rechtsträger; Rn. 18-21.</w:t>
      </w:r>
    </w:p>
    <w:p>
      <w:r>
        <w:t>Quellenstatus: Amtlicher Volltext. Abgabenrechtliche Konstellation mit anderem Streitgegenstand; keine unmittelbare Anerkennung der Projekt-51-Konstruktion.</w:t>
      </w:r>
    </w:p>
    <w:p>
      <w:r>
        <w:t xml:space="preserve">Originalfundstelle: </w:t>
      </w:r>
      <w:hyperlink r:id="rId19">
        <w:r>
          <w:rPr>
            <w:color w:val="214E78"/>
            <w:u w:val="single"/>
          </w:rPr>
          <w:t>ssl.bverwg.de - R14</w:t>
        </w:r>
      </w:hyperlink>
    </w:p>
    <w:p>
      <w:pPr>
        <w:pStyle w:val="Heading2"/>
      </w:pPr>
      <w:r>
        <w:t>[R15] BVerwG, Beschluss - 6 B 25.07</w:t>
      </w:r>
    </w:p>
    <w:p>
      <w:r>
        <w:t>Datum / Stand: 26.07.2007</w:t>
      </w:r>
    </w:p>
    <w:p>
      <w:r>
        <w:t>Gegenargument: selbständige Feststellung einer Bewertungsmethodik unzulässig; Elemente eines Rechtsverhältnisses; Umgehung bestandskräftiger Entscheidungen, Rn. 3-6.</w:t>
      </w:r>
    </w:p>
    <w:p>
      <w:r>
        <w:t>Quellenstatus: Amtlicher Volltext. Bewusst als entgegenstehende Rechtsprechung einbezogen.</w:t>
      </w:r>
    </w:p>
    <w:p>
      <w:r>
        <w:t xml:space="preserve">Originalfundstelle: </w:t>
      </w:r>
      <w:hyperlink r:id="rId20">
        <w:r>
          <w:rPr>
            <w:color w:val="214E78"/>
            <w:u w:val="single"/>
          </w:rPr>
          <w:t>www.bverwg.de - R15</w:t>
        </w:r>
      </w:hyperlink>
    </w:p>
    <w:p>
      <w:pPr>
        <w:pStyle w:val="Heading2"/>
      </w:pPr>
      <w:r>
        <w:t>[R16] BVerwG, Urteil - 4 CN 2.14</w:t>
      </w:r>
    </w:p>
    <w:p>
      <w:r>
        <w:t>Datum / Stand: 16.04.2015</w:t>
      </w:r>
    </w:p>
    <w:p>
      <w:r>
        <w:t>Konkrete Rechtsbeziehung und eigene Rechte bei gesetzgeberischem Unterlassen; Rn. 11-12.</w:t>
      </w:r>
    </w:p>
    <w:p>
      <w:r>
        <w:t>Quellenstatus: Amtlicher Volltext. Andere Verfahrenslage; kein allgemeiner Freibrief für abstrakte Feststellungen.</w:t>
      </w:r>
    </w:p>
    <w:p>
      <w:r>
        <w:t xml:space="preserve">Originalfundstelle: </w:t>
      </w:r>
      <w:hyperlink r:id="rId21">
        <w:r>
          <w:rPr>
            <w:color w:val="214E78"/>
            <w:u w:val="single"/>
          </w:rPr>
          <w:t>www.bverwg.de - R16</w:t>
        </w:r>
      </w:hyperlink>
    </w:p>
    <w:p>
      <w:pPr>
        <w:pStyle w:val="Heading2"/>
      </w:pPr>
      <w:r>
        <w:t>[S01] V-Gutachten zur empirischen Überprüfbarkeit des publizistischen Vielfaltauftrags, Version 1.3</w:t>
      </w:r>
    </w:p>
    <w:p>
      <w:r>
        <w:t>Datum / Stand: Dokumentstand 06.06.2026</w:t>
      </w:r>
    </w:p>
    <w:p>
      <w:r>
        <w:t>Methodische, verfassungsrechtliche und medienstrukturelle Ausgangsargumentation; insbesondere Kap. 5-20 und verfahrensrechtliche Folgerungen.</w:t>
      </w:r>
    </w:p>
    <w:p>
      <w:r>
        <w:t>Quellenstatus: 157 Seiten laut bereitgestellter Lesefassung. Dateiname und Titeldatum unterscheiden sich. Original unverändert.</w:t>
      </w:r>
    </w:p>
    <w:p>
      <w:r>
        <w:t>Bereitgestelltes Original: 2026_06_02 Das VGutachten Version 1.3.docx</w:t>
      </w:r>
    </w:p>
    <w:p>
      <w:pPr>
        <w:spacing w:line="240" w:lineRule="auto"/>
      </w:pPr>
      <w:r>
        <w:rPr>
          <w:sz w:val="18"/>
        </w:rPr>
        <w:t>SHA-256: 76f843c29ca5580906460fe61d735b676ee98c407d68b0dcd7282785435b4b64</w:t>
      </w:r>
    </w:p>
    <w:p>
      <w:pPr>
        <w:pStyle w:val="Heading2"/>
      </w:pPr>
      <w:r>
        <w:t>[S02] Rundfunkalarm-Gutachten: Programmbeschwerden und Gremienkontrolle, gerichtliche Fassung</w:t>
      </w:r>
    </w:p>
    <w:p>
      <w:r>
        <w:t>Datum / Stand: 27.06.2026</w:t>
      </w:r>
    </w:p>
    <w:p>
      <w:r>
        <w:t>Datenstand, Kennzahlen, Wirkungsstufenmodell und ursprüngliche Grenzen; Abschn. A-O.</w:t>
      </w:r>
    </w:p>
    <w:p>
      <w:r>
        <w:t>Quellenstatus: 30 Seiten. Ausgangsauswertung, keine vollständige Antwortanalyse.</w:t>
      </w:r>
    </w:p>
    <w:p>
      <w:r>
        <w:t>Bereitgestelltes Original: 2026_06_27 Gutachten_Rundfunkalarm_Programmbeschwerden_gerichtsfassung.docx</w:t>
      </w:r>
    </w:p>
    <w:p>
      <w:pPr>
        <w:spacing w:line="240" w:lineRule="auto"/>
      </w:pPr>
      <w:r>
        <w:rPr>
          <w:sz w:val="18"/>
        </w:rPr>
        <w:t>SHA-256: 5b6804b3f1162dda461d1862ecd90a6179376a5db940014dec556bb3d2a8fe9f</w:t>
      </w:r>
    </w:p>
    <w:p>
      <w:pPr>
        <w:pStyle w:val="Heading2"/>
      </w:pPr>
      <w:r>
        <w:t>[S03] Rundfunkalarm-Gutachten: ergänzte gerichtliche Fassung</w:t>
      </w:r>
    </w:p>
    <w:p>
      <w:r>
        <w:t>Datum / Stand: 13.09.2026</w:t>
      </w:r>
    </w:p>
    <w:p>
      <w:r>
        <w:t>Externe Vergleichsbefunde 2025, unterschiedliche Zähllogik und positiver ZDF-Kontrollfall; insbesondere Abschn. F VI-VIII, H sowie Q8-Q13.</w:t>
      </w:r>
    </w:p>
    <w:p>
      <w:r>
        <w:t>Quellenstatus: 37 Seiten. Berichte von FAZ/Übermedien und rbb nicht allein durch diese Zusammenfassung unabhängig verifiziert.</w:t>
      </w:r>
    </w:p>
    <w:p>
      <w:r>
        <w:t>Bereitgestellte Library-Datei: Gutachten_Rundfunkalarm_Programmbeschwerden_gerichtsfassung_2026-09-13.docx</w:t>
      </w:r>
    </w:p>
    <w:p>
      <w:pPr>
        <w:spacing w:line="240" w:lineRule="auto"/>
      </w:pPr>
      <w:r>
        <w:rPr>
          <w:sz w:val="18"/>
        </w:rPr>
        <w:t>SHA-256: 5e7f4a5d009600bec17776df020895f1cd414ec0a50da2dad7913129d9cc27f1</w:t>
      </w:r>
    </w:p>
    <w:p>
      <w:pPr>
        <w:pStyle w:val="Heading2"/>
      </w:pPr>
      <w:r>
        <w:t>[S04] Kurzgutachten zur gerichtlichen Kontrolle des gesetzlichen Funktionsauftrags</w:t>
      </w:r>
    </w:p>
    <w:p>
      <w:r>
        <w:t>Datum / Stand: 16.07.2026</w:t>
      </w:r>
    </w:p>
    <w:p>
      <w:r>
        <w:t>Institutioneller Lebenssachverhalt, Methodenoffenheit, Informationsasymmetrie und prozessuale Mitwirkung.</w:t>
      </w:r>
    </w:p>
    <w:p>
      <w:r>
        <w:t>Quellenstatus: 18 Seiten. Übertragung von VI ZR 335/24 in Abschnitt 4 der Neufassung ausdrücklich begrenzt.</w:t>
      </w:r>
    </w:p>
    <w:p>
      <w:r>
        <w:t>Bereitgestelltes Original: 2026_07_16 Kurz-Gutachten.docx</w:t>
      </w:r>
    </w:p>
    <w:p>
      <w:pPr>
        <w:spacing w:line="240" w:lineRule="auto"/>
      </w:pPr>
      <w:r>
        <w:rPr>
          <w:sz w:val="18"/>
        </w:rPr>
        <w:t>SHA-256: a24dfc54ca5ae5419aa6fd8f2bf2fc6231377151948f38d9b8c4400be64deff7</w:t>
      </w:r>
    </w:p>
    <w:p>
      <w:pPr>
        <w:pStyle w:val="Heading2"/>
      </w:pPr>
      <w:r>
        <w:t>[S05] Wissenschaftliche Grundlagenuntersuchung: Erkenntnis als Voraussetzung des Beweises</w:t>
      </w:r>
    </w:p>
    <w:p>
      <w:r>
        <w:t>Datum / Stand: 16.07.2026</w:t>
      </w:r>
    </w:p>
    <w:p>
      <w:r>
        <w:t>Begriffe des institutionellen Lebenssachverhalts, der digitalen Erkenntnisordnung und funktionalen Kohärenz.</w:t>
      </w:r>
    </w:p>
    <w:p>
      <w:r>
        <w:t>Quellenstatus: 206 Seiten. Theoretische Herleitung; keine zusätzliche empirische Gesamtprogrammerhebung.</w:t>
      </w:r>
    </w:p>
    <w:p>
      <w:r>
        <w:t>Bereitgestelltes Original: 2026_07_16_Wissenschaftliche_Grundlagenuntersuchung_Rundfunkbeitrag.docx</w:t>
      </w:r>
    </w:p>
    <w:p>
      <w:pPr>
        <w:spacing w:line="240" w:lineRule="auto"/>
      </w:pPr>
      <w:r>
        <w:rPr>
          <w:sz w:val="18"/>
        </w:rPr>
        <w:t>SHA-256: fedeaae0e07d481fe4d2022be0bfd5424023a2427b4b74de2a009d4eee4f7393</w:t>
      </w:r>
    </w:p>
    <w:p>
      <w:pPr>
        <w:pStyle w:val="Heading2"/>
      </w:pPr>
      <w:r>
        <w:t>[S06] Prof. Dr. Werner Müller: Gutachterliche Stellungnahme zur Berücksichtigung maßnahmenkritischer Einschätzungen</w:t>
      </w:r>
    </w:p>
    <w:p>
      <w:r>
        <w:t>Datum / Stand: 03.03.2026</w:t>
      </w:r>
    </w:p>
    <w:p>
      <w:r>
        <w:t>Tagesschau 20 Uhr, 01.01.-31.08.2020. PDF-S. 4, 6-10; Dokumentation ab S. 27; abweichende Zusammenfassungszahl 34 Prozent wird offengelegt.</w:t>
      </w:r>
    </w:p>
    <w:p>
      <w:r>
        <w:t>Quellenstatus: 134 Seiten. Kategorienzahlen nachgerechnet; Videos nicht neu vollständig kodiert.</w:t>
      </w:r>
    </w:p>
    <w:p>
      <w:r>
        <w:t>Bereitgestelltes Original: Gutachterliche Stellungnahme.pdf</w:t>
      </w:r>
    </w:p>
    <w:p>
      <w:pPr>
        <w:spacing w:line="240" w:lineRule="auto"/>
      </w:pPr>
      <w:r>
        <w:rPr>
          <w:sz w:val="18"/>
        </w:rPr>
        <w:t>SHA-256: 987aa9763fdb37bc16939d3ab74e8ebba2c5e54f85036b2d7c56c98a45520203</w:t>
      </w:r>
    </w:p>
    <w:p>
      <w:pPr>
        <w:pStyle w:val="Heading2"/>
      </w:pPr>
      <w:r>
        <w:t>[S07] Glashaus Technologies gGmbH i.G.: ARD-Tagesthemen Meinung - Whitepaper</w:t>
      </w:r>
    </w:p>
    <w:p>
      <w:r>
        <w:t>Datum / Stand: 25.06.2026</w:t>
      </w:r>
    </w:p>
    <w:p>
      <w:r>
        <w:t>Kommentarsegmente 26.04.2010-13.11.2025; 2.911 Segmente aus 5.597 Folgen. Methodik, Themenverteilung und Grenzen; S. 1-2, 6-15.</w:t>
      </w:r>
    </w:p>
    <w:p>
      <w:r>
        <w:t>Quellenstatus: 37 Seiten. Keine unabhängige externe Validierung der Bewertungswerte behauptet.</w:t>
      </w:r>
    </w:p>
    <w:p>
      <w:r>
        <w:t>Bereitgestelltes Original: Whitepaper Glashaus.pdf</w:t>
      </w:r>
    </w:p>
    <w:p>
      <w:pPr>
        <w:spacing w:line="240" w:lineRule="auto"/>
      </w:pPr>
      <w:r>
        <w:rPr>
          <w:sz w:val="18"/>
        </w:rPr>
        <w:t>SHA-256: cbc48ba6f8d3bef2e5a8bff783b6cb2e7b15f59ce90581da502bed2bda08c10a</w:t>
      </w:r>
    </w:p>
    <w:p>
      <w:pPr>
        <w:pStyle w:val="Heading2"/>
      </w:pPr>
      <w:r>
        <w:t>[S08] Gesamtgutachten: Einbindung von O-Tönen mit Parteizuordnung in vier Nachrichtensendungen</w:t>
      </w:r>
    </w:p>
    <w:p>
      <w:r>
        <w:t>Datum / Stand: Dokumentstand 16.09.2026</w:t>
      </w:r>
    </w:p>
    <w:p>
      <w:r>
        <w:t>Technische OCR-/Korpusanalyse; Zählobjekte, Verfahren, vier unterschiedlich große Korpora, S. 3-17.</w:t>
      </w:r>
    </w:p>
    <w:p>
      <w:r>
        <w:t>Quellenstatus: 17 Seiten. Rohdateipaket aus dem bezeichneten Drive-Ordner nicht vorliegend. HR-Zeitraum bis 17.09.2026 trotz Datierung 16.09.2026 ist offengelegt.</w:t>
      </w:r>
    </w:p>
    <w:p>
      <w:r>
        <w:t>Bereitgestelltes Original: Gutachten.pdf / bytegleiche Gutachten[1].pdf</w:t>
      </w:r>
    </w:p>
    <w:p>
      <w:pPr>
        <w:spacing w:line="240" w:lineRule="auto"/>
      </w:pPr>
      <w:r>
        <w:rPr>
          <w:sz w:val="18"/>
        </w:rPr>
        <w:t>SHA-256: 3e095044e0444adb08efb6fc3109b31f01c00fde80198883c0c887dc446f8065</w:t>
      </w:r>
    </w:p>
    <w:p>
      <w:pPr>
        <w:pStyle w:val="Heading2"/>
      </w:pPr>
      <w:r>
        <w:t>[S09] Rechtsanwalt Wilfried Schmitz: Medienkritik</w:t>
      </w:r>
    </w:p>
    <w:p>
      <w:r>
        <w:t>Datum / Stand: Titelangabe 2025; Text enthält Vorgänge aus 2026</w:t>
      </w:r>
    </w:p>
    <w:p>
      <w:r>
        <w:t>Sekundärdarstellung insbesondere des OVG-Beschlusses 7 A 10424/25.OVG, Kapitel D, PDF-S. 141-152.</w:t>
      </w:r>
    </w:p>
    <w:p>
      <w:r>
        <w:t>Quellenstatus: Keine allgemeine Übernahme der politischen oder medizinischen Wertungen. OVG-Original in dieser Bearbeitung nicht verfügbar.</w:t>
      </w:r>
    </w:p>
    <w:p>
      <w:r>
        <w:t>Bereitgestelltes Original: Medienkritik.pdf</w:t>
      </w:r>
    </w:p>
    <w:p>
      <w:pPr>
        <w:spacing w:line="240" w:lineRule="auto"/>
      </w:pPr>
      <w:r>
        <w:rPr>
          <w:sz w:val="18"/>
        </w:rPr>
        <w:t>SHA-256: 2cd52269a3735e9798e54249d8f2367ee9c3585c14e4d14cc3289975d277c0d4</w:t>
      </w:r>
    </w:p>
    <w:p>
      <w:pPr>
        <w:pStyle w:val="Heading2"/>
      </w:pPr>
      <w:r>
        <w:t>[S10] Dr. Jürgen Jeitner: Analyse der Berichterstattung des öffentlich-rechtlichen Rundfunks</w:t>
      </w:r>
    </w:p>
    <w:p>
      <w:r>
        <w:t>Datum / Stand: 12.04.2025</w:t>
      </w:r>
    </w:p>
    <w:p>
      <w:r>
        <w:t>42 Seiten; konkrete Vergleichsansätze S. 6-10; methodische Selbstbeschreibung S. 34; differenzierende Abschnitte S. 31-33.</w:t>
      </w:r>
    </w:p>
    <w:p>
      <w:r>
        <w:t>Quellenstatus: Originaltext gesichtet. Unaufgelöste Web-IDs und nur angenommene Sendungsbefunde werden nicht als unabhängig verifizierte Tatsachen verwendet.</w:t>
      </w:r>
    </w:p>
    <w:p>
      <w:r>
        <w:t>Wiedergefundenes bereitgestelltes Original: 30 KI Analyse 2025_04_12-Nachtrag.Analyse der OERR Berichterstattung.Jeitner.pdf</w:t>
      </w:r>
    </w:p>
    <w:p>
      <w:pPr>
        <w:spacing w:line="240" w:lineRule="auto"/>
      </w:pPr>
      <w:r>
        <w:rPr>
          <w:sz w:val="18"/>
        </w:rPr>
        <w:t>SHA-256: 1c035bfb7ea9565585162a9dcd1c76fb448dd49bf844dc9042665ff0748e2b12</w:t>
      </w:r>
    </w:p>
    <w:p>
      <w:pPr>
        <w:pStyle w:val="Heading2"/>
      </w:pPr>
      <w:r>
        <w:t>[D01] Rundfunkalarm-CSV-Originalexport</w:t>
      </w:r>
    </w:p>
    <w:p>
      <w:r>
        <w:t>Datum / Stand: Dateistand 22.06.2026</w:t>
      </w:r>
    </w:p>
    <w:p>
      <w:r>
        <w:t>4.086 Datensätze; 17 Felder; Beschwerdedaten 13.06.2024-19.06.2026.</w:t>
      </w:r>
    </w:p>
    <w:p>
      <w:r>
        <w:t>Quellenstatus: Originaldatei technisch gelesen; SHA-256 abgeglichen. Enthält Freitexte und Ortsdaten; keine ungeprüfte öffentliche Weitergabe.</w:t>
      </w:r>
    </w:p>
    <w:p>
      <w:r>
        <w:t>rundfunkalarm_beschwerden_2026-06-22 (1).csv</w:t>
      </w:r>
    </w:p>
    <w:p>
      <w:pPr>
        <w:spacing w:line="240" w:lineRule="auto"/>
      </w:pPr>
      <w:r>
        <w:rPr>
          <w:sz w:val="18"/>
        </w:rPr>
        <w:t>SHA-256: b06ec9a54325bd4221b0869f9b9e34b0fcd1f36fc7e1a469d6e9455fc3a5854b</w:t>
      </w:r>
    </w:p>
    <w:p>
      <w:pPr>
        <w:pStyle w:val="Heading2"/>
      </w:pPr>
      <w:r>
        <w:t>[D02] Sendungsbezogene Auswahl F01-F03 aus dem Rundfunkalarm-Export</w:t>
      </w:r>
    </w:p>
    <w:p>
      <w:r>
        <w:t>Datum / Stand: 04.10.2026</w:t>
      </w:r>
    </w:p>
    <w:p>
      <w:r>
        <w:t>Deterministische Auswahlregeln und 31 Beschwerde-IDs in drei gezielt ausgewählten Gruppen; keine Zufallsstichprobe.</w:t>
      </w:r>
    </w:p>
    <w:p>
      <w:r>
        <w:t>Quellenstatus: Eigene technische Ableitung aus D01. Kein Zustellnachweis und keine vollständige Inhaltsprüfung.</w:t>
      </w:r>
    </w:p>
    <w:p>
      <w:r>
        <w:t>08_Daten/fallgruppen_v5.csv und auswertung_v5.json</w:t>
      </w:r>
    </w:p>
    <w:p>
      <w:pPr>
        <w:pStyle w:val="Heading2"/>
      </w:pPr>
      <w:r>
        <w:t>[D03] Technisches Nachrechnungsprotokoll der Neufassung</w:t>
      </w:r>
    </w:p>
    <w:p>
      <w:r>
        <w:t>Datum / Stand: 04.10.2026</w:t>
      </w:r>
    </w:p>
    <w:p>
      <w:r>
        <w:t>Gesamtzahlen, Medien, Sender, Monate, Datumsfelder und exakte Textgleichheit.</w:t>
      </w:r>
    </w:p>
    <w:p>
      <w:r>
        <w:t>Quellenstatus: Tatsächlich durchgeführt; rechnerische Reproduzierbarkeit, nicht juristische oder wissenschaftliche Vollvalidierung.</w:t>
      </w:r>
    </w:p>
    <w:p>
      <w:r>
        <w:t>05_Nachweise/B02_Technische_Nachrechnung.docx; 08_Daten/analyse_csv.py</w:t>
      </w:r>
    </w:p>
    <w:p>
      <w:pPr>
        <w:pStyle w:val="Heading2"/>
      </w:pPr>
      <w:r>
        <w:t>[E10] Marcus Maurer, Jörg Haßler, Pablo Jost: Die Qualität der Medienberichterstattung über Russlands Krieg gegen die Ukraine</w:t>
      </w:r>
    </w:p>
    <w:p>
      <w:r>
        <w:t>Datum / Stand: 05.10.2023</w:t>
      </w:r>
    </w:p>
    <w:p>
      <w:r>
        <w:t>Ukraine-Analysen 289, S. 4-11; 4.292 Beiträge, 24.02.-31.05.2022. DOI 10.31205/UA.289.01.</w:t>
      </w:r>
    </w:p>
    <w:p>
      <w:r>
        <w:t>Quellenstatus: Originalartikel und Ausgabe-PDF online gelesen, ausgewählte Abbildungen visuell geprüft. Kein voller Rohdatenbestand.</w:t>
      </w:r>
    </w:p>
    <w:p>
      <w:r>
        <w:t xml:space="preserve">Originalfundstelle: </w:t>
      </w:r>
      <w:hyperlink r:id="rId22">
        <w:r>
          <w:rPr>
            <w:color w:val="214E78"/>
            <w:u w:val="single"/>
          </w:rPr>
          <w:t>laender-analysen.de - E10</w:t>
        </w:r>
      </w:hyperlink>
    </w:p>
    <w:p>
      <w:pPr>
        <w:pStyle w:val="Heading2"/>
      </w:pPr>
      <w:r>
        <w:t>[E20] ZDF-Fernsehrat: Mehrfachbeschwerdeverfahren</w:t>
      </w:r>
    </w:p>
    <w:p>
      <w:r>
        <w:t>Datum / Stand: Abruf 04.10.2026</w:t>
      </w:r>
    </w:p>
    <w:p>
      <w:r>
        <w:t>Verfahrensverzeichnis insbesondere zu heute journal 15.02.2026 und Schlagabtausch 06.02.2025.</w:t>
      </w:r>
    </w:p>
    <w:p>
      <w:r>
        <w:t>Quellenstatus: Verzeichnis erschlossen. Der Eintrag allein belegt nicht die Gleichheit einer Plattformeingabe mit der jeweiligen Leitbeschwerde.</w:t>
      </w:r>
    </w:p>
    <w:p>
      <w:r>
        <w:t xml:space="preserve">Originalfundstelle: </w:t>
      </w:r>
      <w:hyperlink r:id="rId23">
        <w:r>
          <w:rPr>
            <w:color w:val="214E78"/>
            <w:u w:val="single"/>
          </w:rPr>
          <w:t>www.zdf.de - E20</w:t>
        </w:r>
      </w:hyperlink>
    </w:p>
    <w:p>
      <w:pPr>
        <w:pStyle w:val="Heading2"/>
      </w:pPr>
      <w:r>
        <w:t>[E21] ZDF-Fernsehrat: Mitteilung über den Ausgang des Verfahrens - heute journal 15.02.2026</w:t>
      </w:r>
    </w:p>
    <w:p>
      <w:r>
        <w:t>Datum / Stand: 19.06.2026</w:t>
      </w:r>
    </w:p>
    <w:p>
      <w:r>
        <w:t>Zweiseitige Ergebnisquelle: fehlerhafte Bildverwendung, Korrektur, Entschuldigung, weitere Abhilfe, Erledigung wegen bereits wirksamer Abhilfe.</w:t>
      </w:r>
    </w:p>
    <w:p>
      <w:r>
        <w:t>Quellenstatus: Original online gelesen. Nicht lokal als Original-PDF heruntergeladen; kein individueller Eingang oder Kausalnachweis für alle D02-Eingaben.</w:t>
      </w:r>
    </w:p>
    <w:p>
      <w:r>
        <w:t xml:space="preserve">Originalfundstelle: </w:t>
      </w:r>
      <w:hyperlink r:id="rId24">
        <w:r>
          <w:rPr>
            <w:color w:val="214E78"/>
            <w:u w:val="single"/>
          </w:rPr>
          <w:t>www.zdf.de - E21</w:t>
        </w:r>
      </w:hyperlink>
    </w:p>
    <w:p>
      <w:pPr>
        <w:pStyle w:val="Heading2"/>
      </w:pPr>
      <w:r>
        <w:t>[E27] ARD: Archivzugang für Wissenschaft und Forschung</w:t>
      </w:r>
    </w:p>
    <w:p>
      <w:r>
        <w:t>Datum / Stand: Abruf 04.10.2026</w:t>
      </w:r>
    </w:p>
    <w:p>
      <w:r>
        <w:t>Dezentrale Archivzugänge als tatsächliche Beschaffungsalternative; Bedingungen und Bestandslücken getrennt erfassen.</w:t>
      </w:r>
    </w:p>
    <w:p>
      <w:r>
        <w:t>Quellenstatus: Offizielle Informationsseite gelesen. Kein Nachweis, dass jeder gewünschte Bestand in jedem Fall bereitgestellt wird.</w:t>
      </w:r>
    </w:p>
    <w:p>
      <w:r>
        <w:t xml:space="preserve">Originalfundstelle: </w:t>
      </w:r>
      <w:hyperlink r:id="rId25">
        <w:r>
          <w:rPr>
            <w:color w:val="214E78"/>
            <w:u w:val="single"/>
          </w:rPr>
          <w:t>www.ard.de - E27</w:t>
        </w:r>
      </w:hyperlink>
    </w:p>
    <w:sectPr w:rsidR="00FC693F" w:rsidRPr="0006063C" w:rsidSect="00034616">
      <w:headerReference w:type="default" r:id="rId9"/>
      <w:footerReference w:type="default" r:id="rId10"/>
      <w:pgSz w:w="11906" w:h="16838"/>
      <w:pgMar w:top="1276" w:right="1474" w:bottom="1162" w:left="1474" w:header="595"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fldSimple w:instr="PAGE">
      <w:r>
        <w:t>1</w:t>
      </w:r>
    </w:fldSimple>
    <w:r>
      <w:rPr>
        <w:sz w:val="18"/>
      </w:rPr>
      <w:t xml:space="preserve"> von </w:t>
    </w:r>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40"/>
      <w:pBdr>
        <w:bottom w:val="single" w:sz="4" w:color="CCD4DC"/>
      </w:pBdr>
    </w:pPr>
    <w:r>
      <w:rPr>
        <w:color w:val="536374"/>
        <w:sz w:val="17"/>
      </w:rPr>
      <w:t>Beitragsklage | Gesamtfassung | V5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3" w:lineRule="auto" w:after="140"/>
    </w:pPr>
    <w:rPr>
      <w:rFonts w:ascii="Liberation Serif" w:hAnsi="Liberation Serif"/>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200"/>
      <w:outlineLvl w:val="0"/>
    </w:pPr>
    <w:rPr>
      <w:rFonts w:asciiTheme="majorHAnsi" w:eastAsiaTheme="majorEastAsia" w:hAnsiTheme="majorHAnsi" w:cstheme="majorBidi" w:ascii="Liberation Serif" w:hAnsi="Liberation Serif"/>
      <w:b/>
      <w:bCs/>
      <w:color w:val="172F45"/>
      <w:sz w:val="34"/>
      <w:szCs w:val="28"/>
      <w:lang w:val="de-DE"/>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Liberation Serif" w:hAnsi="Liberation Serif"/>
      <w:b/>
      <w:bCs/>
      <w:color w:val="172F45"/>
      <w:sz w:val="26"/>
      <w:szCs w:val="26"/>
      <w:lang w:val="de-DE"/>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Liberation Serif" w:hAnsi="Liberation Serif"/>
      <w:b/>
      <w:bCs/>
      <w:color w:val="172F45"/>
      <w:sz w:val="24"/>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Liberation Serif" w:hAnsi="Liberation Serif"/>
      <w:b/>
      <w:color w:val="172F45"/>
      <w:spacing w:val="5"/>
      <w:kern w:val="28"/>
      <w:sz w:val="4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erif" w:hAnsi="Liberation Serif"/>
      <w:b w:val="0"/>
      <w:i/>
      <w:iCs/>
      <w:color w:val="172F45"/>
      <w:spacing w:val="15"/>
      <w:sz w:val="26"/>
      <w:szCs w:val="24"/>
      <w:lang w:val="de-D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verwg.de/151025U6C5.24.0" TargetMode="External"/><Relationship Id="rId12" Type="http://schemas.openxmlformats.org/officeDocument/2006/relationships/hyperlink" Target="https://www.gesetze-im-internet.de/vwgo/BJNR000170960.html" TargetMode="External"/><Relationship Id="rId13" Type="http://schemas.openxmlformats.org/officeDocument/2006/relationships/hyperlink" Target="https://verwaltungsgerichtshof-baden-wuerttemberg.justiz-bw.de/pb/site/pbs-bw-rebrush-jum/get/documents_E-1983769261/jum1/JuM/VGH/Presse/Entscheidungen/2s2529.25u.pdf" TargetMode="External"/><Relationship Id="rId14" Type="http://schemas.openxmlformats.org/officeDocument/2006/relationships/hyperlink" Target="https://www.bundesverfassungsgericht.de/SharedDocs/Entscheidungen/DE/2023/06/rk20230620_2bvr116720.html" TargetMode="External"/><Relationship Id="rId15" Type="http://schemas.openxmlformats.org/officeDocument/2006/relationships/hyperlink" Target="https://olgko.justiz.rlp.de/presse-aktuelles/detail/terminsankuendigung" TargetMode="External"/><Relationship Id="rId16" Type="http://schemas.openxmlformats.org/officeDocument/2006/relationships/hyperlink" Target="https://www.bverwg.de/150125B2B36.24.0" TargetMode="External"/><Relationship Id="rId17" Type="http://schemas.openxmlformats.org/officeDocument/2006/relationships/hyperlink" Target="https://www.gesetze-im-internet.de/gg/" TargetMode="External"/><Relationship Id="rId18" Type="http://schemas.openxmlformats.org/officeDocument/2006/relationships/hyperlink" Target="https://www.gesetze-im-internet.de/gkg_2004/__52.html" TargetMode="External"/><Relationship Id="rId19" Type="http://schemas.openxmlformats.org/officeDocument/2006/relationships/hyperlink" Target="https://ssl.bverwg.de/de/080824B9B8.24.0" TargetMode="External"/><Relationship Id="rId20" Type="http://schemas.openxmlformats.org/officeDocument/2006/relationships/hyperlink" Target="https://www.bverwg.de/de/260707B6B25.07.0" TargetMode="External"/><Relationship Id="rId21" Type="http://schemas.openxmlformats.org/officeDocument/2006/relationships/hyperlink" Target="https://www.bverwg.de/160415U4CN2.14.0" TargetMode="External"/><Relationship Id="rId22" Type="http://schemas.openxmlformats.org/officeDocument/2006/relationships/hyperlink" Target="https://laender-analysen.de/ukraine-analysen/289/die-qualitaet-der-medienberichterstattung-ueber-russlands-krieg-gegen-die-ukraine/" TargetMode="External"/><Relationship Id="rId23" Type="http://schemas.openxmlformats.org/officeDocument/2006/relationships/hyperlink" Target="https://www.zdf.de/unternehmen/organisation/gremien/fernsehrat/eingabe-mehrfachbeschwerdeverfahren-100.html" TargetMode="External"/><Relationship Id="rId24" Type="http://schemas.openxmlformats.org/officeDocument/2006/relationships/hyperlink" Target="https://www.zdf.de/assets/mehrfachbeschwerde-programmbeschwerde-heute-journal-100~original?cb=1790928257034" TargetMode="External"/><Relationship Id="rId25" Type="http://schemas.openxmlformats.org/officeDocument/2006/relationships/hyperlink" Target="https://www.ard.de/die-ard/presse-kontakt/archive/archivzugang-fuer-wissenschaft-und-forschung-10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Beitragsklage | Gesamtfassung</dc:title>
  <dc:subject>Modulare Klage- und Arbeitsfassung V5</dc:subject>
  <dc:creator/>
  <cp:keywords>Beitragsstopper; Projekt 51; V5; 2026-10-04</cp:keywords>
  <dc:description>Ausgearbeitete allgemeine Vorlage. Keine eingereichte oder unterschriebene Klage; individuelle Fallangaben sind einzusetzen.</dc:description>
  <cp:lastModifiedBy/>
  <cp:revision>1</cp:revision>
  <dcterms:created xsi:type="dcterms:W3CDTF">2013-12-23T23:15:00Z</dcterms:created>
  <dcterms:modified xsi:type="dcterms:W3CDTF">2013-12-23T23:15:00Z</dcterms:modified>
  <cp:category/>
</cp:coreProperties>
</file>