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P02  |  Individuelles Auskunfts- und Zugangsschreiben</w:t>
      </w:r>
    </w:p>
    <w:p>
      <w:pPr>
        <w:pStyle w:val="Title"/>
      </w:pPr>
      <w:r>
        <w:t>Antrag an das ZDF</w:t>
      </w:r>
    </w:p>
    <w:p>
      <w:pPr>
        <w:pStyle w:val="Subtitle"/>
      </w:pPr>
      <w:r>
        <w:t>Vorhandene Programmdaten, Bestandsklärung und abgestufter Zugang</w:t>
      </w:r>
    </w:p>
    <w:p>
      <w:r>
        <w:t>{Vorname Nachname}</w:t>
        <w:br/>
        <w:t>{Straße, Hausnummer}</w:t>
        <w:br/>
        <w:t>{PLZ Ort}</w:t>
        <w:br/>
        <w:t>{Kontakt}</w:t>
      </w:r>
    </w:p>
    <w:p>
      <w:r>
        <w:t>Zweites Deutsches Fernsehen - Anstalt des öffentlichen Rechts</w:t>
        <w:br/>
        <w:t>Intendanz / Justitiariat, mit Bitte um Einbindung des Unternehmensarchivs</w:t>
        <w:br/>
        <w:t>ZDF-Straße 1</w:t>
        <w:br/>
        <w:t>55127 Mainz</w:t>
      </w:r>
    </w:p>
    <w:p>
      <w:r>
        <w:t>{Ort}, {Datum}</w:t>
        <w:br/>
        <w:t>Beitragsnummer / Aktenzeichen: {Angaben}</w:t>
      </w:r>
    </w:p>
    <w:p>
      <w:r>
        <w:t>Der Antrag betrifft Ihre linearen und nichtlinearen Angebote sowie vorhandene ZDF-Bestände von Gemeinschaftsangeboten. Der wissenschaftliche Archivkontakt ist nach der offiziellen Kontaktseite unternehmensarchiv@zdf.de; die Postanschrift des Unternehmensarchivs lautet ZDF, Unternehmensarchiv, 55100 Mainz.</w:t>
      </w:r>
    </w:p>
    <w:p>
      <w:r>
        <w:t>Sehr geehrte Damen und Herren,</w:t>
      </w:r>
    </w:p>
    <w:p>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r>
        <w:t>Anlagen: P05, ausgefüllte Fassung; D1, konkrete Inhaltsliste soweit verwendet; {wissenschaftliche Bestätigung soweit vorhanden}; {ggf. eingegrenzter Vorantrag und Antwort}. Ein gesondertes, konkret begrenztes Sicherungsersuchen wird bei Bedarf separat beigefügt.</w:t>
      </w:r>
    </w:p>
    <w:p>
      <w:r>
        <w:t>Mit freundlichen Grüßen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R23 | ZDF: Impressum und Kontakt. Offizielle Anschrift und Archivkontakt, geprüft am 03.10.2026; keine personenbezogene Amtsinhaberschaft für die Musterschreiben vorausgesetzt.</w:t>
        <w:br/>
        <w:t>https://www.zdf.de/kontakt</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P02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an das ZDF</dc:title>
  <dc:subject>P02 -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