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An das Verwaltungsgericht {Gericht}</w:t>
      </w:r>
    </w:p>
    <w:p>
      <w:r>
        <w:t>{Anschrift des gesetzlich zuständigen Gerichts}</w:t>
      </w:r>
    </w:p>
    <w:p>
      <w:pPr>
        <w:pStyle w:val="Title"/>
        <w:spacing w:before="480"/>
      </w:pPr>
      <w:r>
        <w:t>Klage gegen Rundfunkbeitragsbescheide</w:t>
      </w:r>
    </w:p>
    <w:p>
      <w:pPr>
        <w:pStyle w:val="Subtitle"/>
      </w:pPr>
      <w:r>
        <w:t>Programmbezogene Begründung mit integrierten Erkenntnisgrundlagen</w:t>
      </w:r>
    </w:p>
    <w:p>
      <w:pPr>
        <w:pStyle w:val="Smallnote"/>
      </w:pPr>
      <w:r>
        <w:t>Arbeitsfassung zur Individualisierung | V4 | 04.10.2026</w:t>
      </w:r>
    </w:p>
    <w:p>
      <w:pPr>
        <w:pStyle w:val="Heading2"/>
      </w:pPr>
      <w:r>
        <w:t>Klägerseite</w:t>
      </w:r>
    </w:p>
    <w:p>
      <w:r>
        <w:t>{Vor- und Nachname}</w:t>
        <w:br/>
        <w:t>{Straße, Hausnummer}</w:t>
        <w:br/>
        <w:t>{Postleitzahl, Ort}</w:t>
        <w:br/>
        <w:t>{Kontakt}</w:t>
      </w:r>
    </w:p>
    <w:p>
      <w:r>
        <w:t>gegen</w:t>
      </w:r>
    </w:p>
    <w:p>
      <w:pPr>
        <w:pStyle w:val="Heading2"/>
      </w:pPr>
      <w:r>
        <w:t>Beklagte</w:t>
      </w:r>
    </w:p>
    <w:p>
      <w:r>
        <w:t>{Genaue Landesrundfunkanstalt}</w:t>
        <w:br/>
        <w:t>{Vertreten durch ...}</w:t>
        <w:br/>
        <w:t>{Ladungsfähige Anschrift}</w:t>
      </w:r>
    </w:p>
    <w:p>
      <w:r>
        <w:t>Beitragsnummer: {Nummer}</w:t>
        <w:br/>
        <w:t>Bescheid(e): {Datum, Betrag, Zeitraum}</w:t>
        <w:br/>
        <w:t>Widerspruchsbescheid: {Datum}</w:t>
        <w:br/>
        <w:t>Aktenzeichen: {falls bereits vergeben}</w:t>
      </w:r>
    </w:p>
    <w:p>
      <w:pPr>
        <w:pStyle w:val="Heading2"/>
      </w:pPr>
      <w:r>
        <w:t>Aufbau der Eingabe</w:t>
      </w:r>
    </w:p>
    <w:p>
      <w:r>
        <w:t>Deckblatt - Inhaltsverzeichnis - vier Begruendungsabschnitte - gesondertes Antrags- und Unterschriftsblatt - fallbezogene Belege. Die Anträge sind ausschließlich im zugehörigen Antragsblatt formuliert.</w:t>
      </w:r>
    </w:p>
    <w:p>
      <w:pPr>
        <w:pStyle w:val="Smallnote"/>
      </w:pPr>
      <w:r>
        <w:t>Keine fertig individualisierte Klage. Offene Klammerfelder, Belege, Zuständigkeit und Fristen vor Einreichung prüfen.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276" w:bottom="1134" w:left="138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right"/>
    </w:pPr>
    <w:r>
      <w:t xml:space="preserve">Seite </w:t>
    </w:r>
    <w:r>
      <w:fldChar w:fldCharType="begin"/>
    </w:r>
    <w:r>
      <w:instrText xml:space="preserve"> PAGE </w:instrText>
    </w:r>
    <w:r>
      <w:fldChar w:fldCharType="end"/>
    </w:r>
    <w:r>
      <w:t xml:space="preserve"> von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spacing w:after="40"/>
      <w:pBdr>
        <w:bottom w:val="single" w:sz="4" w:color="BDBDBD"/>
      </w:pBdr>
    </w:pPr>
    <w:r>
      <w:t>Beitragsklage | V4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</w:pPr>
    <w:rPr>
      <w:rFonts w:ascii="Times New Roman" w:hAnsi="Times New Roman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 w:line="254" w:lineRule="auto"/>
      <w:outlineLvl w:val="0"/>
    </w:pPr>
    <w:rPr>
      <w:rFonts w:ascii="Times New Roman" w:hAnsi="Times New Roman"/>
      <w:b/>
      <w:bCs/>
      <w:color w:val="111111"/>
      <w:sz w:val="32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54" w:lineRule="auto"/>
      <w:outlineLvl w:val="1"/>
    </w:pPr>
    <w:rPr>
      <w:rFonts w:ascii="Times New Roman" w:hAnsi="Times New Roman"/>
      <w:b/>
      <w:bCs/>
      <w:color w:val="111111"/>
      <w:sz w:val="25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 w:line="254" w:lineRule="auto"/>
      <w:outlineLvl w:val="2"/>
    </w:pPr>
    <w:rPr>
      <w:rFonts w:ascii="Times New Roman" w:hAnsi="Times New Roman"/>
      <w:b/>
      <w:bCs/>
      <w:color w:val="111111"/>
      <w:sz w:val="23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60" w:line="254" w:lineRule="auto" w:before="0"/>
      <w:contextualSpacing/>
    </w:pPr>
    <w:rPr>
      <w:rFonts w:ascii="Times New Roman" w:hAnsi="Times New Roman"/>
      <w:b/>
      <w:color w:val="111111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80" w:line="254" w:lineRule="auto"/>
    </w:pPr>
    <w:rPr>
      <w:rFonts w:ascii="Times New Roman" w:hAnsi="Times New Roman"/>
      <w:b w:val="0"/>
      <w:i/>
      <w:iCs/>
      <w:color w:val="11111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 w:line="271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basedOn w:val="Normal"/>
    <w:pPr>
      <w:keepLines/>
      <w:spacing w:after="80" w:line="252" w:lineRule="auto"/>
    </w:pPr>
    <w:rPr>
      <w:rFonts w:ascii="Times New Roman" w:hAnsi="Times New Roman"/>
      <w:sz w:val="19"/>
    </w:rPr>
  </w:style>
  <w:style w:type="paragraph" w:customStyle="1" w:styleId="Smallnote">
    <w:name w:val="Small note"/>
    <w:basedOn w:val="Normal"/>
    <w:pPr>
      <w:keepLines/>
      <w:spacing w:after="80" w:line="252" w:lineRule="auto"/>
    </w:pPr>
    <w:rPr>
      <w:rFonts w:ascii="Times New Roman" w:hAnsi="Times New Roman"/>
      <w:color w:val="555555"/>
      <w:sz w:val="20"/>
    </w:rPr>
  </w:style>
  <w:style w:type="paragraph" w:customStyle="1" w:styleId="TOCline">
    <w:name w:val="TOC line"/>
    <w:basedOn w:val="Normal"/>
    <w:pPr>
      <w:keepLines/>
      <w:spacing w:after="80" w:line="252" w:lineRule="auto"/>
    </w:pPr>
    <w:rPr>
      <w:rFonts w:ascii="Times New Roman" w:hAnsi="Times New Roman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Beitragsklage</dc:title>
  <dc:subject>Modulare Klage mit integrierter Begründung</dc:subject>
  <dc:creator>Beitragsstopper - Arbeitsfassung</dc:creator>
  <cp:keywords>Beitragsstopper, Projekt 51, V4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