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line="240" w:lineRule="auto" w:after="20"/>
      </w:pPr>
      <w:r>
        <w:t>Inhaltsverzeichnis</w:t>
      </w:r>
    </w:p>
    <w:p>
      <w:pPr>
        <w:spacing w:line="240" w:lineRule="auto" w:after="20" w:before="0"/>
      </w:pPr>
      <w:r>
        <w:rPr>
          <w:sz w:val="21"/>
        </w:rPr>
        <w:t>Modulare Fassung 7.0 - Stand 04.10.2026. Die Abschnittsnummern sind in Einzeldateien und Gesamtfassung identisch.</w:t>
      </w:r>
    </w:p>
    <w:p>
      <w:pPr>
        <w:spacing w:before="0" w:line="240" w:lineRule="auto" w:after="20"/>
      </w:pPr>
      <w:r>
        <w:rPr>
          <w:b/>
          <w:sz w:val="21"/>
        </w:rPr>
        <w:t>Gegenstand der Klage und verfassungsrechtliche Rechtfertigung der Beitragsbelastung</w:t>
      </w:r>
    </w:p>
    <w:p>
      <w:pPr>
        <w:spacing w:after="20" w:line="240" w:lineRule="auto" w:before="0"/>
      </w:pPr>
      <w:r>
        <w:rPr>
          <w:sz w:val="21"/>
        </w:rPr>
        <w:t>1.1 Angefochtener Bescheid und Vorverfahren</w:t>
      </w:r>
    </w:p>
    <w:p>
      <w:pPr>
        <w:spacing w:after="20" w:line="240" w:lineRule="auto" w:before="0"/>
      </w:pPr>
      <w:r>
        <w:rPr>
          <w:sz w:val="21"/>
        </w:rPr>
        <w:t>1.2 Zulässigkeit und Rechtsschutzziel</w:t>
      </w:r>
    </w:p>
    <w:p>
      <w:pPr>
        <w:spacing w:after="20" w:line="240" w:lineRule="auto" w:before="0"/>
      </w:pPr>
      <w:r>
        <w:rPr>
          <w:sz w:val="21"/>
        </w:rPr>
        <w:t>1.3 Der beitragsrechtliche Vorteil ist mehr als die technische Empfangsmöglichkeit</w:t>
      </w:r>
    </w:p>
    <w:p>
      <w:pPr>
        <w:spacing w:after="20" w:line="240" w:lineRule="auto" w:before="0"/>
      </w:pPr>
      <w:r>
        <w:rPr>
          <w:sz w:val="21"/>
        </w:rPr>
        <w:t>1.4 Verfassungsrechtliche Prüfung statt vertraglichen Leistungsverweigerungsrechts</w:t>
      </w:r>
    </w:p>
    <w:p>
      <w:pPr>
        <w:spacing w:after="20" w:line="240" w:lineRule="auto" w:before="0"/>
      </w:pPr>
      <w:r>
        <w:rPr>
          <w:sz w:val="21"/>
        </w:rPr>
        <w:t>1.5 Gegenständliche und meinungsmäßige Vielfalt</w:t>
      </w:r>
    </w:p>
    <w:p>
      <w:pPr>
        <w:spacing w:after="20" w:line="240" w:lineRule="auto" w:before="0"/>
      </w:pPr>
      <w:r>
        <w:rPr>
          <w:sz w:val="21"/>
        </w:rPr>
        <w:t>1.6 Programmautonomie und gerichtliche Evidenzkontrolle</w:t>
      </w:r>
    </w:p>
    <w:p>
      <w:pPr>
        <w:spacing w:after="20" w:line="240" w:lineRule="auto" w:before="0"/>
      </w:pPr>
      <w:r>
        <w:rPr>
          <w:sz w:val="21"/>
        </w:rPr>
        <w:t>1.7 Maßgeblicher Zeitraum</w:t>
      </w:r>
    </w:p>
    <w:p>
      <w:pPr>
        <w:spacing w:after="20" w:line="240" w:lineRule="auto" w:before="0"/>
      </w:pPr>
      <w:r>
        <w:rPr>
          <w:sz w:val="21"/>
        </w:rPr>
        <w:t>1.8 Der bereits vorliegende Tatsachenkern</w:t>
      </w:r>
    </w:p>
    <w:p>
      <w:pPr>
        <w:spacing w:after="20" w:line="240" w:lineRule="auto" w:before="0"/>
      </w:pPr>
      <w:r>
        <w:rPr>
          <w:sz w:val="21"/>
        </w:rPr>
        <w:t>1.9 Institutionelle Kontrolle als Teil der tatsächlichen Gesamtwürdigung</w:t>
      </w:r>
    </w:p>
    <w:p>
      <w:pPr>
        <w:spacing w:after="20" w:line="240" w:lineRule="auto" w:before="0"/>
      </w:pPr>
      <w:r>
        <w:rPr>
          <w:sz w:val="21"/>
        </w:rPr>
        <w:t>1.10 Darlegung eines Aufklärungsanlasses und abschließender Beweis</w:t>
      </w:r>
    </w:p>
    <w:p>
      <w:pPr>
        <w:spacing w:after="20" w:line="240" w:lineRule="auto" w:before="0"/>
      </w:pPr>
      <w:r>
        <w:rPr>
          <w:sz w:val="21"/>
        </w:rPr>
        <w:t>1.11 Rechtsschutz unter ungleichen Erkenntnisbedingungen</w:t>
      </w:r>
    </w:p>
    <w:p>
      <w:pPr>
        <w:spacing w:after="20" w:line="240" w:lineRule="auto" w:before="0"/>
      </w:pPr>
      <w:r>
        <w:rPr>
          <w:sz w:val="21"/>
        </w:rPr>
        <w:t>1.12 Konkretisierung gegenüber der dokumentierten Gerichtspraxis</w:t>
      </w:r>
    </w:p>
    <w:p>
      <w:pPr>
        <w:spacing w:after="20" w:line="240" w:lineRule="auto" w:before="0"/>
      </w:pPr>
      <w:r>
        <w:rPr>
          <w:sz w:val="21"/>
        </w:rPr>
        <w:t>1.13 Umfang der Anfechtung, weitere Verfahren und Streitwert</w:t>
      </w:r>
    </w:p>
    <w:p>
      <w:pPr>
        <w:spacing w:after="20" w:line="240" w:lineRule="auto" w:before="0"/>
      </w:pPr>
      <w:r>
        <w:rPr>
          <w:sz w:val="21"/>
        </w:rPr>
        <w:t>1.14 Gebotene Rechtsfolge</w:t>
      </w:r>
    </w:p>
    <w:p>
      <w:pPr>
        <w:spacing w:before="0" w:line="240" w:lineRule="auto" w:after="20"/>
      </w:pPr>
      <w:r>
        <w:rPr>
          <w:b/>
          <w:sz w:val="21"/>
        </w:rPr>
        <w:t>Programmbezogene Tatsachen und Zusammenhang der Untersuchungsbefunde</w:t>
      </w:r>
    </w:p>
    <w:p>
      <w:pPr>
        <w:spacing w:after="20" w:line="240" w:lineRule="auto" w:before="0"/>
      </w:pPr>
      <w:r>
        <w:rPr>
          <w:sz w:val="21"/>
        </w:rPr>
        <w:t>2.1 Gegenstand des tatsächlichen Vortrags</w:t>
      </w:r>
    </w:p>
    <w:p>
      <w:pPr>
        <w:spacing w:after="20" w:line="240" w:lineRule="auto" w:before="0"/>
      </w:pPr>
      <w:r>
        <w:rPr>
          <w:sz w:val="21"/>
        </w:rPr>
        <w:t>2.2 Müller: Gegenstand und Methode der historischen Untersuchung</w:t>
      </w:r>
    </w:p>
    <w:p>
      <w:pPr>
        <w:spacing w:after="20" w:line="240" w:lineRule="auto" w:before="0"/>
      </w:pPr>
      <w:r>
        <w:rPr>
          <w:sz w:val="21"/>
        </w:rPr>
        <w:t>2.3 Müller: Quellenwahl, Auslandsvergleich und Darstellung von Kritik</w:t>
      </w:r>
    </w:p>
    <w:p>
      <w:pPr>
        <w:spacing w:after="20" w:line="240" w:lineRule="auto" w:before="0"/>
      </w:pPr>
      <w:r>
        <w:rPr>
          <w:sz w:val="21"/>
        </w:rPr>
        <w:t>2.4 Müller: Bedeutung der Dokumentation für die Beweisaufnahme</w:t>
      </w:r>
    </w:p>
    <w:p>
      <w:pPr>
        <w:spacing w:after="20" w:line="240" w:lineRule="auto" w:before="0"/>
      </w:pPr>
      <w:r>
        <w:rPr>
          <w:sz w:val="21"/>
        </w:rPr>
        <w:t>2.5 Glashaus: institutionelle Kommentarauswahl über einen langen Zeitraum</w:t>
      </w:r>
    </w:p>
    <w:p>
      <w:pPr>
        <w:spacing w:after="20" w:line="240" w:lineRule="auto" w:before="0"/>
      </w:pPr>
      <w:r>
        <w:rPr>
          <w:sz w:val="21"/>
        </w:rPr>
        <w:t>2.6 Glashaus: Themenverteilung und zeitlicher Vergleich</w:t>
      </w:r>
    </w:p>
    <w:p>
      <w:pPr>
        <w:spacing w:after="20" w:line="240" w:lineRule="auto" w:before="0"/>
      </w:pPr>
      <w:r>
        <w:rPr>
          <w:sz w:val="21"/>
        </w:rPr>
        <w:t>2.7 Glashaus: Eignung und Aussage des Messverfahrens</w:t>
      </w:r>
    </w:p>
    <w:p>
      <w:pPr>
        <w:spacing w:after="20" w:line="240" w:lineRule="auto" w:before="0"/>
      </w:pPr>
      <w:r>
        <w:rPr>
          <w:sz w:val="21"/>
        </w:rPr>
        <w:t>2.8 O-Ton-Auswertung: Korpus und berichtete Ergebnisse</w:t>
      </w:r>
    </w:p>
    <w:p>
      <w:pPr>
        <w:spacing w:after="20" w:line="240" w:lineRule="auto" w:before="0"/>
      </w:pPr>
      <w:r>
        <w:rPr>
          <w:sz w:val="21"/>
        </w:rPr>
        <w:t>2.9 O-Ton-Auswertung: Erkennungswege und Gegenprüfung</w:t>
      </w:r>
    </w:p>
    <w:p>
      <w:pPr>
        <w:spacing w:after="20" w:line="240" w:lineRule="auto" w:before="0"/>
      </w:pPr>
      <w:r>
        <w:rPr>
          <w:sz w:val="21"/>
        </w:rPr>
        <w:t>2.10 Quantitative Untersuchung zur Ukraine-Berichterstattung</w:t>
      </w:r>
    </w:p>
    <w:p>
      <w:pPr>
        <w:spacing w:after="20" w:line="240" w:lineRule="auto" w:before="0"/>
      </w:pPr>
      <w:r>
        <w:rPr>
          <w:sz w:val="21"/>
        </w:rPr>
        <w:t>2.11 Jeitner: themenübergreifender Vergleichsansatz</w:t>
      </w:r>
    </w:p>
    <w:p>
      <w:pPr>
        <w:spacing w:after="20" w:line="240" w:lineRule="auto" w:before="0"/>
      </w:pPr>
      <w:r>
        <w:rPr>
          <w:sz w:val="21"/>
        </w:rPr>
        <w:t>2.12 Programm, Herstellung und Kontrolle</w:t>
      </w:r>
    </w:p>
    <w:p>
      <w:pPr>
        <w:spacing w:after="20" w:line="240" w:lineRule="auto" w:before="0"/>
      </w:pPr>
      <w:r>
        <w:rPr>
          <w:sz w:val="21"/>
        </w:rPr>
        <w:t>2.13 Gesamtprogrammbezug und funktionaler Ausgleich</w:t>
      </w:r>
    </w:p>
    <w:p>
      <w:pPr>
        <w:spacing w:after="20" w:line="240" w:lineRule="auto" w:before="0"/>
      </w:pPr>
      <w:r>
        <w:rPr>
          <w:sz w:val="21"/>
        </w:rPr>
        <w:t>2.14 Indikatoren und sachverständige Anschlussprüfung</w:t>
      </w:r>
    </w:p>
    <w:p>
      <w:pPr>
        <w:spacing w:after="20" w:line="240" w:lineRule="auto" w:before="0"/>
      </w:pPr>
      <w:r>
        <w:rPr>
          <w:sz w:val="21"/>
        </w:rPr>
        <w:t>2.15 Zwei Vielfaltsdimensionen und die tatsächliche Abdeckung des Gesamtangebots</w:t>
      </w:r>
    </w:p>
    <w:p>
      <w:pPr>
        <w:spacing w:after="20" w:line="240" w:lineRule="auto" w:before="0"/>
      </w:pPr>
      <w:r>
        <w:rPr>
          <w:sz w:val="21"/>
        </w:rPr>
        <w:t>2.16 Nachgewiesene Teilbefunde, offene Auswertung und Gegenbefunde</w:t>
      </w:r>
    </w:p>
    <w:p>
      <w:pPr>
        <w:spacing w:before="0" w:line="240" w:lineRule="auto" w:after="20"/>
      </w:pPr>
      <w:r>
        <w:rPr>
          <w:b/>
          <w:sz w:val="21"/>
        </w:rPr>
        <w:t>Programmbeschwerden, Gremienkontrolle und dokumentierte Korrekturpraxis</w:t>
      </w:r>
    </w:p>
    <w:p>
      <w:pPr>
        <w:spacing w:after="20" w:line="240" w:lineRule="auto" w:before="0"/>
      </w:pPr>
      <w:r>
        <w:rPr>
          <w:sz w:val="21"/>
        </w:rPr>
        <w:t>3.1 Die Kontrollstrukturen sind Teil des rechtlich erheblichen Zusammenhangs</w:t>
      </w:r>
    </w:p>
    <w:p>
      <w:pPr>
        <w:spacing w:after="20" w:line="240" w:lineRule="auto" w:before="0"/>
      </w:pPr>
      <w:r>
        <w:rPr>
          <w:sz w:val="21"/>
        </w:rPr>
        <w:t>3.2 Originaldatensatz und nachgerechnete Hauptkennzahlen</w:t>
      </w:r>
    </w:p>
    <w:p>
      <w:pPr>
        <w:spacing w:after="20" w:line="240" w:lineRule="auto" w:before="0"/>
      </w:pPr>
      <w:r>
        <w:rPr>
          <w:sz w:val="21"/>
        </w:rPr>
        <w:t>3.3 Inhalt und Reichweite der vorhandenen Felder</w:t>
      </w:r>
    </w:p>
    <w:p>
      <w:pPr>
        <w:spacing w:after="20" w:line="240" w:lineRule="auto" w:before="0"/>
      </w:pPr>
      <w:r>
        <w:rPr>
          <w:sz w:val="21"/>
        </w:rPr>
        <w:t>3.4 Unterschiedliche Zähleinheiten und Mehrfachvorgänge</w:t>
      </w:r>
    </w:p>
    <w:p>
      <w:pPr>
        <w:spacing w:after="20" w:line="240" w:lineRule="auto" w:before="0"/>
      </w:pPr>
      <w:r>
        <w:rPr>
          <w:sz w:val="21"/>
        </w:rPr>
        <w:t>3.5 Verteilung auf Medien und Sender</w:t>
      </w:r>
    </w:p>
    <w:p>
      <w:pPr>
        <w:spacing w:after="20" w:line="240" w:lineRule="auto" w:before="0"/>
      </w:pPr>
      <w:r>
        <w:rPr>
          <w:sz w:val="21"/>
        </w:rPr>
        <w:t>3.6 Zeitlicher Verlauf und Vorwurfskategorien</w:t>
      </w:r>
    </w:p>
    <w:p>
      <w:pPr>
        <w:spacing w:after="20" w:line="240" w:lineRule="auto" w:before="0"/>
      </w:pPr>
      <w:r>
        <w:rPr>
          <w:sz w:val="21"/>
        </w:rPr>
        <w:t>3.7 Prüfungs-, Abhilfe- und Lernwirkung</w:t>
      </w:r>
    </w:p>
    <w:p>
      <w:pPr>
        <w:spacing w:after="20" w:line="240" w:lineRule="auto" w:before="0"/>
      </w:pPr>
      <w:r>
        <w:rPr>
          <w:sz w:val="21"/>
        </w:rPr>
        <w:t>3.8 Fallgruppe F01: "heute journal" vom 15. Februar 2026</w:t>
      </w:r>
    </w:p>
    <w:p>
      <w:pPr>
        <w:spacing w:after="20" w:line="240" w:lineRule="auto" w:before="0"/>
      </w:pPr>
      <w:r>
        <w:rPr>
          <w:sz w:val="21"/>
        </w:rPr>
        <w:t>3.9 Fallgruppe F02: "Schlagabtausch" vom 6. Februar 2025</w:t>
      </w:r>
    </w:p>
    <w:p>
      <w:pPr>
        <w:spacing w:after="20" w:line="240" w:lineRule="auto" w:before="0"/>
      </w:pPr>
      <w:r>
        <w:rPr>
          <w:sz w:val="21"/>
        </w:rPr>
        <w:t>3.10 Fallgruppe F03: "Nuhr im Ersten" vom 29. Mai 2025</w:t>
      </w:r>
    </w:p>
    <w:p>
      <w:pPr>
        <w:spacing w:after="20" w:line="240" w:lineRule="auto" w:before="0"/>
      </w:pPr>
      <w:r>
        <w:rPr>
          <w:sz w:val="21"/>
        </w:rPr>
        <w:t>3.11 Externe Vergleichsdaten und Erledigung durch Abhilfe</w:t>
      </w:r>
    </w:p>
    <w:p>
      <w:pPr>
        <w:spacing w:after="20" w:line="240" w:lineRule="auto" w:before="0"/>
      </w:pPr>
      <w:r>
        <w:rPr>
          <w:sz w:val="21"/>
        </w:rPr>
        <w:t>3.12 Bedeutung für den Programmeinwand</w:t>
      </w:r>
    </w:p>
    <w:p>
      <w:pPr>
        <w:spacing w:after="20" w:line="240" w:lineRule="auto" w:before="0"/>
      </w:pPr>
      <w:r>
        <w:rPr>
          <w:sz w:val="21"/>
        </w:rPr>
        <w:t>3.13 Daraus folgende bestimmte Sachaufklärung</w:t>
      </w:r>
    </w:p>
    <w:p>
      <w:pPr>
        <w:spacing w:after="20" w:line="240" w:lineRule="auto" w:before="0"/>
      </w:pPr>
      <w:r>
        <w:rPr>
          <w:sz w:val="21"/>
        </w:rPr>
        <w:t>3.14 Zeitbezug, Zustellung und sachlicher Zusammenhang der Kontrollfälle</w:t>
      </w:r>
    </w:p>
    <w:p>
      <w:pPr>
        <w:spacing w:before="0" w:line="240" w:lineRule="auto" w:after="20"/>
      </w:pPr>
      <w:r>
        <w:rPr>
          <w:b/>
          <w:sz w:val="21"/>
        </w:rPr>
        <w:t>Erkenntniszugang, gerichtliche Sachaufklärung und rechtliche Folgerungen</w:t>
      </w:r>
    </w:p>
    <w:p>
      <w:pPr>
        <w:spacing w:after="20" w:line="240" w:lineRule="auto" w:before="0"/>
      </w:pPr>
      <w:r>
        <w:rPr>
          <w:sz w:val="21"/>
        </w:rPr>
        <w:t>4.1 Der materielle Prüfungsgegenstand bestimmt die tatsächliche Aufklärung</w:t>
      </w:r>
    </w:p>
    <w:p>
      <w:pPr>
        <w:spacing w:after="20" w:line="240" w:lineRule="auto" w:before="0"/>
      </w:pPr>
      <w:r>
        <w:rPr>
          <w:sz w:val="21"/>
        </w:rPr>
        <w:t>4.2 Die vorgelegten Befunde begründen bestimmte Erkenntnisfragen</w:t>
      </w:r>
    </w:p>
    <w:p>
      <w:pPr>
        <w:spacing w:after="20" w:line="240" w:lineRule="auto" w:before="0"/>
      </w:pPr>
      <w:r>
        <w:rPr>
          <w:sz w:val="21"/>
        </w:rPr>
        <w:t>4.3 Substantiierung ist nicht mit dem abschließenden Beweis gleichzusetzen</w:t>
      </w:r>
    </w:p>
    <w:p>
      <w:pPr>
        <w:spacing w:after="20" w:line="240" w:lineRule="auto" w:before="0"/>
      </w:pPr>
      <w:r>
        <w:rPr>
          <w:sz w:val="21"/>
        </w:rPr>
        <w:t>4.4 Art. 19 Abs. 4 GG und die wirtschaftliche Erreichbarkeit der Tatsachengrundlage</w:t>
      </w:r>
    </w:p>
    <w:p>
      <w:pPr>
        <w:spacing w:after="20" w:line="240" w:lineRule="auto" w:before="0"/>
      </w:pPr>
      <w:r>
        <w:rPr>
          <w:sz w:val="21"/>
        </w:rPr>
        <w:t>4.5 Methodenoffenheit statt Vollerhebung jeder Sendeminute</w:t>
      </w:r>
    </w:p>
    <w:p>
      <w:pPr>
        <w:spacing w:after="20" w:line="240" w:lineRule="auto" w:before="0"/>
      </w:pPr>
      <w:r>
        <w:rPr>
          <w:sz w:val="21"/>
        </w:rPr>
        <w:t>4.6 Informationsnähe der Beklagten und prozessuale Mitwirkung</w:t>
      </w:r>
    </w:p>
    <w:p>
      <w:pPr>
        <w:spacing w:after="20" w:line="240" w:lineRule="auto" w:before="0"/>
      </w:pPr>
      <w:r>
        <w:rPr>
          <w:sz w:val="21"/>
        </w:rPr>
        <w:t>4.7 Vorhandene Inhalte, Verzeichnisse und Kontrollunterlagen</w:t>
      </w:r>
    </w:p>
    <w:p>
      <w:pPr>
        <w:spacing w:after="20" w:line="240" w:lineRule="auto" w:before="0"/>
      </w:pPr>
      <w:r>
        <w:rPr>
          <w:sz w:val="21"/>
        </w:rPr>
        <w:t>4.8 Öffentliche Archive und verbleibende Erkenntnishindernisse</w:t>
      </w:r>
    </w:p>
    <w:p>
      <w:pPr>
        <w:spacing w:after="20" w:line="240" w:lineRule="auto" w:before="0"/>
      </w:pPr>
      <w:r>
        <w:rPr>
          <w:sz w:val="21"/>
        </w:rPr>
        <w:t>4.9 Schutz der Rundfunkfreiheit und Verhältnismäßigkeit</w:t>
      </w:r>
    </w:p>
    <w:p>
      <w:pPr>
        <w:spacing w:after="20" w:line="240" w:lineRule="auto" w:before="0"/>
      </w:pPr>
      <w:r>
        <w:rPr>
          <w:sz w:val="21"/>
        </w:rPr>
        <w:t>4.10 Antrag auf Beiziehung der individuellen Verwaltungs- und Zugangsakten</w:t>
      </w:r>
    </w:p>
    <w:p>
      <w:pPr>
        <w:spacing w:after="20" w:line="240" w:lineRule="auto" w:before="0"/>
      </w:pPr>
      <w:r>
        <w:rPr>
          <w:sz w:val="21"/>
        </w:rPr>
        <w:t>4.11 Antrag auf Aufklärung konkret bezeichneter Programmbestände</w:t>
      </w:r>
    </w:p>
    <w:p>
      <w:pPr>
        <w:spacing w:after="20" w:line="240" w:lineRule="auto" w:before="0"/>
      </w:pPr>
      <w:r>
        <w:rPr>
          <w:sz w:val="21"/>
        </w:rPr>
        <w:t>4.12 Sachverständige Würdigung der vorgelegten Inhaltsuntersuchungen</w:t>
      </w:r>
    </w:p>
    <w:p>
      <w:pPr>
        <w:spacing w:after="20" w:line="240" w:lineRule="auto" w:before="0"/>
      </w:pPr>
      <w:r>
        <w:rPr>
          <w:sz w:val="21"/>
        </w:rPr>
        <w:t>4.13 Aufklärung der beschriebenen Beschwerdeketten</w:t>
      </w:r>
    </w:p>
    <w:p>
      <w:pPr>
        <w:spacing w:after="20" w:line="240" w:lineRule="auto" w:before="0"/>
      </w:pPr>
      <w:r>
        <w:rPr>
          <w:sz w:val="21"/>
        </w:rPr>
        <w:t>4.14 Quellenbezug und Würdigung der Gesamtheit</w:t>
      </w:r>
    </w:p>
    <w:p>
      <w:pPr>
        <w:spacing w:after="20" w:line="240" w:lineRule="auto" w:before="0"/>
      </w:pPr>
      <w:r>
        <w:rPr>
          <w:sz w:val="21"/>
        </w:rPr>
        <w:t>4.15 Eigenständige Tatsachenfragen statt eines Sachverständigenurteils über die Verfassung</w:t>
      </w:r>
    </w:p>
    <w:p>
      <w:pPr>
        <w:spacing w:after="20" w:line="240" w:lineRule="auto" w:before="0"/>
      </w:pPr>
      <w:r>
        <w:rPr>
          <w:sz w:val="21"/>
        </w:rPr>
        <w:t>4.16 Die kumulative Auslegung des VGH und die Gegenposition der Klägerseite</w:t>
      </w:r>
    </w:p>
    <w:p>
      <w:pPr>
        <w:spacing w:after="20" w:line="240" w:lineRule="auto" w:before="0"/>
      </w:pPr>
      <w:r>
        <w:rPr>
          <w:sz w:val="21"/>
        </w:rPr>
        <w:t>4.17 Verantwortete Methodik und fachliche Durchführbarkeit</w:t>
      </w:r>
    </w:p>
    <w:p>
      <w:pPr>
        <w:spacing w:after="20" w:line="240" w:lineRule="auto" w:before="0"/>
      </w:pPr>
      <w:r>
        <w:rPr>
          <w:sz w:val="21"/>
        </w:rPr>
        <w:t>4.18 Dokumentierte Beschaffungslücke und begrenzte Mitwirkung</w:t>
      </w:r>
    </w:p>
    <w:p>
      <w:pPr>
        <w:spacing w:after="20" w:line="240" w:lineRule="auto" w:before="0"/>
      </w:pPr>
      <w:r>
        <w:rPr>
          <w:sz w:val="21"/>
        </w:rPr>
        <w:t>4.19 Beitragsfestsetzung, Vollstreckung und selbständiger Zugang sind verschiedene Gegenstände</w:t>
      </w:r>
    </w:p>
    <w:p>
      <w:pPr>
        <w:spacing w:after="20" w:line="240" w:lineRule="auto" w:before="0"/>
      </w:pPr>
      <w:r>
        <w:rPr>
          <w:sz w:val="21"/>
        </w:rPr>
        <w:t>4.20 Rechtzeitiger Vortrag und gerichtliche Verfahrensgestaltung</w:t>
      </w:r>
    </w:p>
    <w:p>
      <w:pPr>
        <w:spacing w:after="20" w:line="240" w:lineRule="auto" w:before="0"/>
      </w:pPr>
      <w:r>
        <w:rPr>
          <w:sz w:val="21"/>
        </w:rPr>
        <w:t>4.21 Schlussfolgerung</w:t>
      </w:r>
    </w:p>
    <w:p>
      <w:pPr>
        <w:spacing w:line="240" w:lineRule="auto" w:after="20" w:before="0"/>
      </w:pPr>
      <w:r>
        <w:rPr>
          <w:sz w:val="21"/>
        </w:rPr>
        <w:t>Anträge und Unterschrift</w:t>
      </w:r>
    </w:p>
    <w:p>
      <w:pPr>
        <w:spacing w:line="240" w:lineRule="auto" w:after="20" w:before="0"/>
      </w:pPr>
      <w:r>
        <w:rPr>
          <w:sz w:val="21"/>
        </w:rPr>
        <w:t>Beleg- und Quellenverzeichnis B01-B10, R01-R12, J01-J20 und persönliche K-Anlagen</w:t>
      </w:r>
    </w:p>
    <w:p>
      <w:pPr>
        <w:spacing w:line="240" w:lineRule="auto" w:after="20" w:before="0"/>
      </w:pPr>
      <w:r>
        <w:rPr>
          <w:sz w:val="21"/>
        </w:rPr>
        <w:t>K16 bis K20 (sowie K21 im Feststellungsstrang) sind erst nach konkreter Ausfüllung und mit den tatsächlichen Nachweisen verwendbar. Interne Leitfäden sind nicht Teil des gerichtlichen Tatsachenvortrags.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276" w:bottom="1134" w:left="1276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Seite </w:t>
    </w:r>
    <w:r>
      <w:rPr>
        <w:sz w:val="18"/>
      </w:rPr>
      <w:fldChar w:fldCharType="begin"/>
      <w:instrText xml:space="preserve"> PAGE </w:instrText>
      <w:fldChar w:fldCharType="end"/>
    </w:r>
    <w:r>
      <w:rPr>
        <w:sz w:val="18"/>
      </w:rPr>
      <w:t xml:space="preserve"> von </w:t>
    </w:r>
    <w:r>
      <w:rPr>
        <w:sz w:val="18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Inhaltsverzeichnis | V7.0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8" w:lineRule="auto" w:after="14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="Times New Roman" w:hAnsi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/>
      <w:outlineLvl w:val="1"/>
    </w:pPr>
    <w:rPr>
      <w:rFonts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/>
      <w:outlineLvl w:val="2"/>
    </w:pPr>
    <w:rPr>
      <w:rFonts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160"/>
      <w:contextualSpacing/>
    </w:pPr>
    <w:rPr>
      <w:rFonts w:ascii="Times New Roman" w:hAnsi="Times New Roman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Inhaltsverzeichnis | V7.0</dc:title>
  <dc:subject>Modulare Klageschriften - Fassung 7.0 vom 04.10.2026</dc:subject>
  <dc:creator>Freiheitskanzlei / Beitragsstopper</dc:creator>
  <cp:keywords/>
  <dc:description>Standardtext; individuelle Angaben und Freigabe vor Einreichung erforderlich.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